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CB548" w14:textId="56DD0FBF" w:rsidR="00D04C7D" w:rsidRDefault="00D6184D" w:rsidP="00EF7C26">
      <w:bookmarkStart w:id="0" w:name="ref0"/>
      <w:r>
        <w:rPr>
          <w:noProof/>
        </w:rPr>
        <w:drawing>
          <wp:anchor distT="0" distB="0" distL="114300" distR="114300" simplePos="0" relativeHeight="251660288" behindDoc="0" locked="0" layoutInCell="1" allowOverlap="1" wp14:anchorId="01DBADA2" wp14:editId="78600B1F">
            <wp:simplePos x="0" y="0"/>
            <wp:positionH relativeFrom="column">
              <wp:posOffset>4524375</wp:posOffset>
            </wp:positionH>
            <wp:positionV relativeFrom="paragraph">
              <wp:posOffset>0</wp:posOffset>
            </wp:positionV>
            <wp:extent cx="1729740" cy="83693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GA Logo Landscape-01.png"/>
                    <pic:cNvPicPr/>
                  </pic:nvPicPr>
                  <pic:blipFill>
                    <a:blip r:embed="rId8">
                      <a:extLst>
                        <a:ext uri="{28A0092B-C50C-407E-A947-70E740481C1C}">
                          <a14:useLocalDpi xmlns:a14="http://schemas.microsoft.com/office/drawing/2010/main" val="0"/>
                        </a:ext>
                      </a:extLst>
                    </a:blip>
                    <a:stretch>
                      <a:fillRect/>
                    </a:stretch>
                  </pic:blipFill>
                  <pic:spPr>
                    <a:xfrm>
                      <a:off x="0" y="0"/>
                      <a:ext cx="1729740" cy="836930"/>
                    </a:xfrm>
                    <a:prstGeom prst="rect">
                      <a:avLst/>
                    </a:prstGeom>
                  </pic:spPr>
                </pic:pic>
              </a:graphicData>
            </a:graphic>
            <wp14:sizeRelH relativeFrom="margin">
              <wp14:pctWidth>0</wp14:pctWidth>
            </wp14:sizeRelH>
            <wp14:sizeRelV relativeFrom="margin">
              <wp14:pctHeight>0</wp14:pctHeight>
            </wp14:sizeRelV>
          </wp:anchor>
        </w:drawing>
      </w:r>
    </w:p>
    <w:bookmarkEnd w:id="0"/>
    <w:p w14:paraId="55E93E14" w14:textId="5803A30D" w:rsidR="00D04C7D" w:rsidRDefault="00D04C7D">
      <w:pPr>
        <w:jc w:val="center"/>
      </w:pPr>
    </w:p>
    <w:p w14:paraId="6FFF66E5" w14:textId="6D5D5E44" w:rsidR="00D04C7D" w:rsidRDefault="00D04C7D">
      <w:pPr>
        <w:jc w:val="center"/>
        <w:rPr>
          <w:rtl/>
        </w:rPr>
      </w:pPr>
    </w:p>
    <w:p w14:paraId="391EE06F" w14:textId="77777777" w:rsidR="00524722" w:rsidRDefault="00524722">
      <w:pPr>
        <w:jc w:val="center"/>
        <w:rPr>
          <w:rtl/>
        </w:rPr>
      </w:pPr>
    </w:p>
    <w:p w14:paraId="34D0886C" w14:textId="1E931193" w:rsidR="00524722" w:rsidRDefault="00524722" w:rsidP="00D6184D"/>
    <w:p w14:paraId="341B5308" w14:textId="3E5A7C14" w:rsidR="00D04C7D" w:rsidRPr="006F71CA" w:rsidRDefault="00D6184D" w:rsidP="006F71CA">
      <w:pPr>
        <w:pStyle w:val="Heading1"/>
        <w:bidi/>
        <w:jc w:val="center"/>
        <w:rPr>
          <w:rFonts w:ascii="☞DIODRUM ARABIC SEMIBOLD" w:hAnsi="☞DIODRUM ARABIC SEMIBOLD" w:cs="☞DIODRUM ARABIC SEMIBOLD"/>
          <w:color w:val="auto"/>
          <w:sz w:val="48"/>
          <w:szCs w:val="48"/>
          <w:rtl/>
        </w:rPr>
      </w:pPr>
      <w:bookmarkStart w:id="1" w:name="_Toc204250832"/>
      <w:bookmarkStart w:id="2" w:name="_Toc204265658"/>
      <w:bookmarkStart w:id="3" w:name="_Toc204265931"/>
      <w:r w:rsidRPr="006F71CA">
        <w:rPr>
          <w:rFonts w:ascii="☞DIODRUM ARABIC SEMIBOLD" w:hAnsi="☞DIODRUM ARABIC SEMIBOLD" w:cs="☞DIODRUM ARABIC SEMIBOLD" w:hint="cs"/>
          <w:color w:val="auto"/>
          <w:sz w:val="48"/>
          <w:szCs w:val="48"/>
          <w:rtl/>
        </w:rPr>
        <w:t>نظرة</w:t>
      </w:r>
      <w:r w:rsidRPr="006F71CA">
        <w:rPr>
          <w:rFonts w:ascii="☞DIODRUM ARABIC SEMIBOLD" w:hAnsi="☞DIODRUM ARABIC SEMIBOLD" w:cs="☞DIODRUM ARABIC SEMIBOLD" w:hint="cs"/>
          <w:color w:val="auto"/>
          <w:sz w:val="48"/>
          <w:szCs w:val="48"/>
        </w:rPr>
        <w:t xml:space="preserve"> </w:t>
      </w:r>
      <w:r w:rsidRPr="006F71CA">
        <w:rPr>
          <w:rFonts w:ascii="☞DIODRUM ARABIC SEMIBOLD" w:hAnsi="☞DIODRUM ARABIC SEMIBOLD" w:cs="☞DIODRUM ARABIC SEMIBOLD" w:hint="cs"/>
          <w:color w:val="auto"/>
          <w:sz w:val="48"/>
          <w:szCs w:val="48"/>
          <w:rtl/>
        </w:rPr>
        <w:t>عامة</w:t>
      </w:r>
      <w:r w:rsidRPr="006F71CA">
        <w:rPr>
          <w:rFonts w:ascii="☞DIODRUM ARABIC SEMIBOLD" w:hAnsi="☞DIODRUM ARABIC SEMIBOLD" w:cs="☞DIODRUM ARABIC SEMIBOLD" w:hint="cs"/>
          <w:color w:val="auto"/>
          <w:sz w:val="48"/>
          <w:szCs w:val="48"/>
        </w:rPr>
        <w:t xml:space="preserve"> </w:t>
      </w:r>
      <w:r w:rsidRPr="006F71CA">
        <w:rPr>
          <w:rFonts w:ascii="☞DIODRUM ARABIC SEMIBOLD" w:hAnsi="☞DIODRUM ARABIC SEMIBOLD" w:cs="☞DIODRUM ARABIC SEMIBOLD" w:hint="cs"/>
          <w:color w:val="auto"/>
          <w:sz w:val="48"/>
          <w:szCs w:val="48"/>
          <w:rtl/>
        </w:rPr>
        <w:t>عن</w:t>
      </w:r>
      <w:r w:rsidRPr="006F71CA">
        <w:rPr>
          <w:rFonts w:ascii="☞DIODRUM ARABIC SEMIBOLD" w:hAnsi="☞DIODRUM ARABIC SEMIBOLD" w:cs="☞DIODRUM ARABIC SEMIBOLD" w:hint="cs"/>
          <w:color w:val="auto"/>
          <w:sz w:val="48"/>
          <w:szCs w:val="48"/>
        </w:rPr>
        <w:t xml:space="preserve"> </w:t>
      </w:r>
      <w:r w:rsidRPr="006F71CA">
        <w:rPr>
          <w:rFonts w:ascii="☞DIODRUM ARABIC SEMIBOLD" w:hAnsi="☞DIODRUM ARABIC SEMIBOLD" w:cs="☞DIODRUM ARABIC SEMIBOLD" w:hint="cs"/>
          <w:color w:val="auto"/>
          <w:sz w:val="48"/>
          <w:szCs w:val="48"/>
          <w:rtl/>
        </w:rPr>
        <w:t>الشمولية</w:t>
      </w:r>
      <w:r w:rsidRPr="006F71CA">
        <w:rPr>
          <w:rFonts w:ascii="☞DIODRUM ARABIC SEMIBOLD" w:hAnsi="☞DIODRUM ARABIC SEMIBOLD" w:cs="☞DIODRUM ARABIC SEMIBOLD" w:hint="cs"/>
          <w:color w:val="auto"/>
          <w:sz w:val="48"/>
          <w:szCs w:val="48"/>
        </w:rPr>
        <w:t xml:space="preserve"> </w:t>
      </w:r>
      <w:r w:rsidRPr="006F71CA">
        <w:rPr>
          <w:rFonts w:ascii="☞DIODRUM ARABIC SEMIBOLD" w:hAnsi="☞DIODRUM ARABIC SEMIBOLD" w:cs="☞DIODRUM ARABIC SEMIBOLD" w:hint="cs"/>
          <w:color w:val="auto"/>
          <w:sz w:val="48"/>
          <w:szCs w:val="48"/>
          <w:rtl/>
        </w:rPr>
        <w:t>الرقمية</w:t>
      </w:r>
      <w:r w:rsidRPr="006F71CA">
        <w:rPr>
          <w:rFonts w:ascii="☞DIODRUM ARABIC SEMIBOLD" w:hAnsi="☞DIODRUM ARABIC SEMIBOLD" w:cs="☞DIODRUM ARABIC SEMIBOLD" w:hint="cs"/>
          <w:color w:val="auto"/>
          <w:sz w:val="48"/>
          <w:szCs w:val="48"/>
        </w:rPr>
        <w:t xml:space="preserve"> </w:t>
      </w:r>
      <w:r w:rsidRPr="006F71CA">
        <w:rPr>
          <w:rFonts w:ascii="☞DIODRUM ARABIC SEMIBOLD" w:hAnsi="☞DIODRUM ARABIC SEMIBOLD" w:cs="☞DIODRUM ARABIC SEMIBOLD" w:hint="cs"/>
          <w:color w:val="auto"/>
          <w:sz w:val="48"/>
          <w:szCs w:val="48"/>
          <w:rtl/>
        </w:rPr>
        <w:t>في</w:t>
      </w:r>
      <w:r w:rsidRPr="006F71CA">
        <w:rPr>
          <w:rFonts w:ascii="☞DIODRUM ARABIC SEMIBOLD" w:hAnsi="☞DIODRUM ARABIC SEMIBOLD" w:cs="☞DIODRUM ARABIC SEMIBOLD" w:hint="cs"/>
          <w:color w:val="auto"/>
          <w:sz w:val="48"/>
          <w:szCs w:val="48"/>
        </w:rPr>
        <w:t xml:space="preserve"> </w:t>
      </w:r>
      <w:r w:rsidRPr="006F71CA">
        <w:rPr>
          <w:rFonts w:ascii="☞DIODRUM ARABIC SEMIBOLD" w:hAnsi="☞DIODRUM ARABIC SEMIBOLD" w:cs="☞DIODRUM ARABIC SEMIBOLD" w:hint="cs"/>
          <w:color w:val="auto"/>
          <w:sz w:val="48"/>
          <w:szCs w:val="48"/>
          <w:rtl/>
        </w:rPr>
        <w:t>الحكومة</w:t>
      </w:r>
      <w:r w:rsidRPr="006F71CA">
        <w:rPr>
          <w:rFonts w:ascii="☞DIODRUM ARABIC SEMIBOLD" w:hAnsi="☞DIODRUM ARABIC SEMIBOLD" w:cs="☞DIODRUM ARABIC SEMIBOLD" w:hint="cs"/>
          <w:color w:val="auto"/>
          <w:sz w:val="48"/>
          <w:szCs w:val="48"/>
        </w:rPr>
        <w:t xml:space="preserve"> </w:t>
      </w:r>
      <w:r w:rsidRPr="006F71CA">
        <w:rPr>
          <w:rFonts w:ascii="☞DIODRUM ARABIC SEMIBOLD" w:hAnsi="☞DIODRUM ARABIC SEMIBOLD" w:cs="☞DIODRUM ARABIC SEMIBOLD" w:hint="cs"/>
          <w:color w:val="auto"/>
          <w:sz w:val="48"/>
          <w:szCs w:val="48"/>
          <w:rtl/>
        </w:rPr>
        <w:t>الرقمية</w:t>
      </w:r>
      <w:bookmarkEnd w:id="1"/>
      <w:bookmarkEnd w:id="2"/>
      <w:bookmarkEnd w:id="3"/>
    </w:p>
    <w:p w14:paraId="24F3CA28" w14:textId="77777777" w:rsidR="00EF7C26" w:rsidRDefault="00EF7C26" w:rsidP="00EF7C26">
      <w:pPr>
        <w:bidi/>
        <w:rPr>
          <w:rtl/>
        </w:rPr>
      </w:pPr>
    </w:p>
    <w:p w14:paraId="6F9E0210" w14:textId="77777777" w:rsidR="00EF7C26" w:rsidRDefault="00EF7C26" w:rsidP="00EF7C26">
      <w:pPr>
        <w:bidi/>
        <w:rPr>
          <w:rtl/>
        </w:rPr>
      </w:pPr>
    </w:p>
    <w:p w14:paraId="1B103C7A" w14:textId="77777777" w:rsidR="00EF7C26" w:rsidRDefault="00EF7C26" w:rsidP="00EF7C26">
      <w:pPr>
        <w:bidi/>
        <w:rPr>
          <w:rtl/>
        </w:rPr>
      </w:pPr>
    </w:p>
    <w:p w14:paraId="136578FC" w14:textId="77777777" w:rsidR="00EF7C26" w:rsidRDefault="00EF7C26" w:rsidP="00EF7C26">
      <w:pPr>
        <w:bidi/>
        <w:rPr>
          <w:rtl/>
        </w:rPr>
      </w:pPr>
    </w:p>
    <w:p w14:paraId="174D2CDB" w14:textId="451EB982" w:rsidR="00D04C7D" w:rsidRDefault="00D04C7D" w:rsidP="00A631E7">
      <w:pPr>
        <w:rPr>
          <w:rtl/>
        </w:rPr>
      </w:pPr>
    </w:p>
    <w:p w14:paraId="7B2F46E8" w14:textId="77777777" w:rsidR="00A631E7" w:rsidRDefault="00A631E7" w:rsidP="00A631E7">
      <w:pPr>
        <w:jc w:val="both"/>
        <w:rPr>
          <w:rFonts w:ascii="☞DIODRUM ARABIC MEDIUM" w:hAnsi="☞DIODRUM ARABIC MEDIUM" w:cs="☞DIODRUM ARABIC MEDIUM"/>
          <w:sz w:val="24"/>
          <w:szCs w:val="24"/>
          <w:rtl/>
        </w:rPr>
      </w:pPr>
    </w:p>
    <w:p w14:paraId="69834635" w14:textId="77777777" w:rsidR="00A631E7" w:rsidRDefault="00A631E7" w:rsidP="00A631E7">
      <w:pPr>
        <w:jc w:val="both"/>
        <w:rPr>
          <w:rFonts w:ascii="☞DIODRUM ARABIC MEDIUM" w:hAnsi="☞DIODRUM ARABIC MEDIUM" w:cs="☞DIODRUM ARABIC MEDIUM"/>
          <w:sz w:val="24"/>
          <w:szCs w:val="24"/>
          <w:rtl/>
        </w:rPr>
      </w:pPr>
    </w:p>
    <w:p w14:paraId="63DC373F" w14:textId="5F76E0E2" w:rsidR="00A631E7" w:rsidRDefault="00A631E7" w:rsidP="00F90653">
      <w:pPr>
        <w:spacing w:line="240" w:lineRule="auto"/>
        <w:jc w:val="both"/>
        <w:rPr>
          <w:rFonts w:ascii="☞DIODRUM ARABIC MEDIUM" w:hAnsi="☞DIODRUM ARABIC MEDIUM" w:cs="☞DIODRUM ARABIC MEDIUM"/>
          <w:sz w:val="24"/>
          <w:szCs w:val="24"/>
          <w:rtl/>
        </w:rPr>
      </w:pPr>
      <w:r>
        <w:rPr>
          <w:rFonts w:ascii="☞DIODRUM ARABIC MEDIUM" w:hAnsi="☞DIODRUM ARABIC MEDIUM" w:cs="☞DIODRUM ARABIC MEDIUM" w:hint="cs"/>
          <w:color w:val="000000"/>
          <w:sz w:val="24"/>
          <w:szCs w:val="24"/>
          <w:rtl/>
        </w:rPr>
        <w:t>2025</w:t>
      </w:r>
      <w:r w:rsidR="00D6184D" w:rsidRPr="00083043">
        <w:rPr>
          <w:rFonts w:ascii="☞DIODRUM ARABIC MEDIUM" w:hAnsi="☞DIODRUM ARABIC MEDIUM" w:cs="☞DIODRUM ARABIC MEDIUM" w:hint="cs"/>
          <w:color w:val="000000"/>
          <w:sz w:val="24"/>
          <w:szCs w:val="24"/>
        </w:rPr>
        <w:t xml:space="preserve"> </w:t>
      </w:r>
      <w:proofErr w:type="gramStart"/>
      <w:r>
        <w:rPr>
          <w:rFonts w:ascii="☞DIODRUM ARABIC MEDIUM" w:hAnsi="☞DIODRUM ARABIC MEDIUM" w:cs="☞DIODRUM ARABIC MEDIUM" w:hint="cs"/>
          <w:color w:val="000000"/>
          <w:sz w:val="24"/>
          <w:szCs w:val="24"/>
          <w:rtl/>
        </w:rPr>
        <w:t xml:space="preserve">يوليو </w:t>
      </w:r>
      <w:r w:rsidR="00D6184D" w:rsidRPr="00083043">
        <w:rPr>
          <w:rFonts w:ascii="☞DIODRUM ARABIC MEDIUM" w:hAnsi="☞DIODRUM ARABIC MEDIUM" w:cs="☞DIODRUM ARABIC MEDIUM" w:hint="cs"/>
          <w:color w:val="000000"/>
          <w:sz w:val="24"/>
          <w:szCs w:val="24"/>
        </w:rPr>
        <w:t xml:space="preserve"> </w:t>
      </w:r>
      <w:r w:rsidR="00F90653">
        <w:rPr>
          <w:rFonts w:ascii="☞DIODRUM ARABIC MEDIUM" w:hAnsi="☞DIODRUM ARABIC MEDIUM" w:cs="☞DIODRUM ARABIC MEDIUM"/>
          <w:color w:val="000000"/>
          <w:sz w:val="24"/>
          <w:szCs w:val="24"/>
        </w:rPr>
        <w:t>28</w:t>
      </w:r>
      <w:proofErr w:type="gramEnd"/>
    </w:p>
    <w:p w14:paraId="061CA3AE" w14:textId="52A2378F" w:rsidR="00D04C7D" w:rsidRPr="00083043" w:rsidRDefault="00A631E7" w:rsidP="00A631E7">
      <w:pPr>
        <w:bidi/>
        <w:spacing w:line="240" w:lineRule="auto"/>
        <w:jc w:val="right"/>
        <w:rPr>
          <w:rFonts w:ascii="☞DIODRUM ARABIC MEDIUM" w:hAnsi="☞DIODRUM ARABIC MEDIUM" w:cs="☞DIODRUM ARABIC MEDIUM"/>
          <w:sz w:val="24"/>
          <w:szCs w:val="24"/>
        </w:rPr>
      </w:pPr>
      <w:r>
        <w:rPr>
          <w:rFonts w:ascii="☞DIODRUM ARABIC MEDIUM" w:hAnsi="☞DIODRUM ARABIC MEDIUM" w:cs="☞DIODRUM ARABIC MEDIUM" w:hint="cs"/>
          <w:color w:val="000000"/>
          <w:sz w:val="24"/>
          <w:szCs w:val="24"/>
          <w:rtl/>
        </w:rPr>
        <w:t xml:space="preserve"> نوع الوثيقة: موجز رقمي</w:t>
      </w:r>
    </w:p>
    <w:p w14:paraId="7CD726B8" w14:textId="77777777" w:rsidR="00A631E7" w:rsidRDefault="00A631E7" w:rsidP="00A631E7">
      <w:pPr>
        <w:spacing w:line="240" w:lineRule="auto"/>
        <w:jc w:val="both"/>
        <w:rPr>
          <w:rFonts w:ascii="☞DIODRUM ARABIC MEDIUM" w:hAnsi="☞DIODRUM ARABIC MEDIUM" w:cs="☞DIODRUM ARABIC MEDIUM"/>
          <w:sz w:val="24"/>
          <w:szCs w:val="24"/>
          <w:rtl/>
        </w:rPr>
      </w:pPr>
      <w:r>
        <w:rPr>
          <w:rFonts w:ascii="☞DIODRUM ARABIC MEDIUM" w:hAnsi="☞DIODRUM ARABIC MEDIUM" w:cs="☞DIODRUM ARABIC MEDIUM" w:hint="cs"/>
          <w:color w:val="000000"/>
          <w:sz w:val="24"/>
          <w:szCs w:val="24"/>
          <w:rtl/>
        </w:rPr>
        <w:t>عام</w:t>
      </w:r>
      <w:r w:rsidR="00D6184D" w:rsidRPr="00083043">
        <w:rPr>
          <w:rFonts w:ascii="☞DIODRUM ARABIC MEDIUM" w:hAnsi="☞DIODRUM ARABIC MEDIUM" w:cs="☞DIODRUM ARABIC MEDIUM" w:hint="cs"/>
          <w:color w:val="000000"/>
          <w:sz w:val="24"/>
          <w:szCs w:val="24"/>
        </w:rPr>
        <w:t xml:space="preserve"> </w:t>
      </w:r>
      <w:r>
        <w:rPr>
          <w:rFonts w:ascii="☞DIODRUM ARABIC MEDIUM" w:hAnsi="☞DIODRUM ARABIC MEDIUM" w:cs="☞DIODRUM ARABIC MEDIUM" w:hint="cs"/>
          <w:color w:val="000000"/>
          <w:sz w:val="24"/>
          <w:szCs w:val="24"/>
          <w:rtl/>
        </w:rPr>
        <w:t>تصنيف الوثيقة:</w:t>
      </w:r>
    </w:p>
    <w:p w14:paraId="072E37B1" w14:textId="32DA6446" w:rsidR="00D04C7D" w:rsidRPr="00A631E7" w:rsidRDefault="00A631E7" w:rsidP="00A631E7">
      <w:pPr>
        <w:spacing w:line="240" w:lineRule="auto"/>
        <w:jc w:val="both"/>
        <w:rPr>
          <w:rFonts w:ascii="☞DIODRUM ARABIC MEDIUM" w:hAnsi="☞DIODRUM ARABIC MEDIUM" w:cs="☞DIODRUM ARABIC MEDIUM"/>
          <w:sz w:val="24"/>
          <w:szCs w:val="24"/>
        </w:rPr>
      </w:pPr>
      <w:r>
        <w:rPr>
          <w:rFonts w:ascii="☞DIODRUM ARABIC MEDIUM" w:hAnsi="☞DIODRUM ARABIC MEDIUM" w:cs="☞DIODRUM ARABIC MEDIUM" w:hint="cs"/>
          <w:sz w:val="24"/>
          <w:szCs w:val="24"/>
          <w:rtl/>
        </w:rPr>
        <w:t>رقم الإصدار: 1.0</w:t>
      </w:r>
      <w:r w:rsidR="00D6184D">
        <w:br w:type="page"/>
      </w:r>
    </w:p>
    <w:sdt>
      <w:sdtPr>
        <w:rPr>
          <w:rFonts w:ascii="☞DIODRUM ARABIC SEMIBOLD" w:eastAsiaTheme="minorEastAsia" w:hAnsi="☞DIODRUM ARABIC SEMIBOLD" w:cs="☞DIODRUM ARABIC SEMIBOLD" w:hint="cs"/>
          <w:b w:val="0"/>
          <w:bCs w:val="0"/>
          <w:color w:val="auto"/>
          <w:sz w:val="24"/>
          <w:szCs w:val="24"/>
          <w:rtl/>
          <w:lang w:val="ar-SA"/>
        </w:rPr>
        <w:id w:val="-1749495992"/>
        <w:docPartObj>
          <w:docPartGallery w:val="Table of Contents"/>
          <w:docPartUnique/>
        </w:docPartObj>
      </w:sdtPr>
      <w:sdtEndPr>
        <w:rPr>
          <w:rFonts w:ascii="☞DIODRUM ARABIC MEDIUM" w:hAnsi="☞DIODRUM ARABIC MEDIUM" w:cs="☞DIODRUM ARABIC MEDIUM"/>
          <w:sz w:val="16"/>
          <w:szCs w:val="16"/>
          <w:lang w:val="en-US"/>
        </w:rPr>
      </w:sdtEndPr>
      <w:sdtContent>
        <w:p w14:paraId="38AA9B72" w14:textId="5E6B0CF2" w:rsidR="00814ACB" w:rsidRPr="00814ACB" w:rsidRDefault="00814ACB" w:rsidP="00ED470F">
          <w:pPr>
            <w:pStyle w:val="TOCHeading"/>
            <w:bidi/>
            <w:rPr>
              <w:rFonts w:ascii="☞DIODRUM ARABIC SEMIBOLD" w:hAnsi="☞DIODRUM ARABIC SEMIBOLD" w:cs="☞DIODRUM ARABIC SEMIBOLD"/>
              <w:color w:val="auto"/>
              <w:sz w:val="24"/>
              <w:szCs w:val="24"/>
            </w:rPr>
          </w:pPr>
          <w:r w:rsidRPr="00814ACB">
            <w:rPr>
              <w:rFonts w:ascii="☞DIODRUM ARABIC SEMIBOLD" w:hAnsi="☞DIODRUM ARABIC SEMIBOLD" w:cs="☞DIODRUM ARABIC SEMIBOLD" w:hint="cs"/>
              <w:color w:val="auto"/>
              <w:sz w:val="24"/>
              <w:szCs w:val="24"/>
              <w:rtl/>
              <w:lang w:val="ar-SA"/>
            </w:rPr>
            <w:t>جدول المحتويات</w:t>
          </w:r>
        </w:p>
        <w:p w14:paraId="5CA29DB1" w14:textId="3882F80E" w:rsidR="00814ACB" w:rsidRPr="00A631E7" w:rsidRDefault="00814ACB" w:rsidP="00ED470F">
          <w:pPr>
            <w:pStyle w:val="TOC1"/>
            <w:tabs>
              <w:tab w:val="right" w:leader="dot" w:pos="8630"/>
            </w:tabs>
            <w:bidi/>
            <w:rPr>
              <w:rFonts w:ascii="DiodrumArabic-Regular" w:hAnsi="DiodrumArabic-Regular" w:cs="DiodrumArabic-Regular"/>
              <w:b w:val="0"/>
              <w:bCs w:val="0"/>
              <w:i w:val="0"/>
              <w:iCs w:val="0"/>
              <w:noProof/>
              <w:kern w:val="2"/>
              <w:sz w:val="16"/>
              <w:szCs w:val="16"/>
              <w14:ligatures w14:val="standardContextual"/>
            </w:rPr>
          </w:pPr>
          <w:r w:rsidRPr="00814ACB">
            <w:rPr>
              <w:rFonts w:ascii="☞DIODRUM ARABIC MEDIUM" w:hAnsi="☞DIODRUM ARABIC MEDIUM" w:cs="☞DIODRUM ARABIC MEDIUM" w:hint="cs"/>
              <w:b w:val="0"/>
              <w:bCs w:val="0"/>
              <w:i w:val="0"/>
              <w:iCs w:val="0"/>
              <w:sz w:val="16"/>
              <w:szCs w:val="16"/>
            </w:rPr>
            <w:fldChar w:fldCharType="begin"/>
          </w:r>
          <w:r w:rsidRPr="00814ACB">
            <w:rPr>
              <w:rFonts w:ascii="☞DIODRUM ARABIC MEDIUM" w:hAnsi="☞DIODRUM ARABIC MEDIUM" w:cs="☞DIODRUM ARABIC MEDIUM" w:hint="cs"/>
              <w:b w:val="0"/>
              <w:bCs w:val="0"/>
              <w:i w:val="0"/>
              <w:iCs w:val="0"/>
              <w:sz w:val="16"/>
              <w:szCs w:val="16"/>
            </w:rPr>
            <w:instrText>TOC \o "1-3" \h \z \u</w:instrText>
          </w:r>
          <w:r w:rsidRPr="00814ACB">
            <w:rPr>
              <w:rFonts w:ascii="☞DIODRUM ARABIC MEDIUM" w:hAnsi="☞DIODRUM ARABIC MEDIUM" w:cs="☞DIODRUM ARABIC MEDIUM" w:hint="cs"/>
              <w:b w:val="0"/>
              <w:bCs w:val="0"/>
              <w:i w:val="0"/>
              <w:iCs w:val="0"/>
              <w:sz w:val="16"/>
              <w:szCs w:val="16"/>
            </w:rPr>
            <w:fldChar w:fldCharType="separate"/>
          </w:r>
          <w:hyperlink w:anchor="_Toc204265931" w:history="1"/>
        </w:p>
        <w:p w14:paraId="4035D938" w14:textId="15D93A40" w:rsidR="00814ACB" w:rsidRPr="00A631E7" w:rsidRDefault="00814ACB" w:rsidP="00ED470F">
          <w:pPr>
            <w:pStyle w:val="TOC2"/>
            <w:bidi/>
            <w:rPr>
              <w:i/>
              <w:iCs/>
              <w:kern w:val="2"/>
              <w14:ligatures w14:val="standardContextual"/>
            </w:rPr>
          </w:pPr>
          <w:hyperlink w:anchor="_Toc204265933" w:history="1">
            <w:r w:rsidRPr="00A631E7">
              <w:rPr>
                <w:rStyle w:val="Hyperlink"/>
                <w:rFonts w:hint="cs"/>
              </w:rPr>
              <w:t xml:space="preserve">1. </w:t>
            </w:r>
            <w:r w:rsidRPr="00A631E7">
              <w:rPr>
                <w:rStyle w:val="Hyperlink"/>
                <w:rFonts w:hint="cs"/>
                <w:rtl/>
              </w:rPr>
              <w:t>مقدمة</w:t>
            </w:r>
            <w:r w:rsidRPr="00A631E7">
              <w:rPr>
                <w:rFonts w:hint="cs"/>
                <w:webHidden/>
              </w:rPr>
              <w:tab/>
            </w:r>
            <w:r w:rsidRPr="00A631E7">
              <w:rPr>
                <w:rStyle w:val="Hyperlink"/>
                <w:rFonts w:hint="cs"/>
                <w:i/>
                <w:iCs/>
                <w:rtl/>
              </w:rPr>
              <w:fldChar w:fldCharType="begin"/>
            </w:r>
            <w:r w:rsidRPr="00A631E7">
              <w:rPr>
                <w:rFonts w:hint="cs"/>
                <w:webHidden/>
              </w:rPr>
              <w:instrText xml:space="preserve"> PAGEREF _Toc204265933 \h </w:instrText>
            </w:r>
            <w:r w:rsidRPr="00A631E7">
              <w:rPr>
                <w:rStyle w:val="Hyperlink"/>
                <w:rFonts w:hint="cs"/>
                <w:i/>
                <w:iCs/>
                <w:rtl/>
              </w:rPr>
            </w:r>
            <w:r w:rsidRPr="00A631E7">
              <w:rPr>
                <w:rStyle w:val="Hyperlink"/>
                <w:rFonts w:hint="cs"/>
                <w:i/>
                <w:iCs/>
                <w:rtl/>
              </w:rPr>
              <w:fldChar w:fldCharType="separate"/>
            </w:r>
            <w:r w:rsidRPr="00A631E7">
              <w:rPr>
                <w:rFonts w:hint="cs"/>
                <w:webHidden/>
              </w:rPr>
              <w:t>3</w:t>
            </w:r>
            <w:r w:rsidRPr="00A631E7">
              <w:rPr>
                <w:rStyle w:val="Hyperlink"/>
                <w:rFonts w:hint="cs"/>
                <w:i/>
                <w:iCs/>
                <w:rtl/>
              </w:rPr>
              <w:fldChar w:fldCharType="end"/>
            </w:r>
          </w:hyperlink>
        </w:p>
        <w:p w14:paraId="6CDB1EF2" w14:textId="34E62385" w:rsidR="00814ACB" w:rsidRPr="00A631E7" w:rsidRDefault="00814ACB" w:rsidP="00ED470F">
          <w:pPr>
            <w:pStyle w:val="TOC2"/>
            <w:bidi/>
            <w:rPr>
              <w:i/>
              <w:iCs/>
              <w:kern w:val="2"/>
              <w14:ligatures w14:val="standardContextual"/>
            </w:rPr>
          </w:pPr>
          <w:hyperlink w:anchor="_Toc204265934" w:history="1">
            <w:r w:rsidRPr="00A631E7">
              <w:rPr>
                <w:rStyle w:val="Hyperlink"/>
                <w:rFonts w:hint="cs"/>
              </w:rPr>
              <w:t xml:space="preserve">2. </w:t>
            </w:r>
            <w:r w:rsidRPr="00A631E7">
              <w:rPr>
                <w:rStyle w:val="Hyperlink"/>
                <w:rFonts w:hint="cs"/>
                <w:rtl/>
              </w:rPr>
              <w:t>مفهوم</w:t>
            </w:r>
            <w:r w:rsidRPr="00A631E7">
              <w:rPr>
                <w:rStyle w:val="Hyperlink"/>
                <w:rFonts w:hint="cs"/>
              </w:rPr>
              <w:t xml:space="preserve"> </w:t>
            </w:r>
            <w:r w:rsidRPr="00A631E7">
              <w:rPr>
                <w:rStyle w:val="Hyperlink"/>
                <w:rFonts w:hint="cs"/>
                <w:rtl/>
              </w:rPr>
              <w:t>الشمولية</w:t>
            </w:r>
            <w:r w:rsidRPr="00A631E7">
              <w:rPr>
                <w:rStyle w:val="Hyperlink"/>
                <w:rFonts w:hint="cs"/>
              </w:rPr>
              <w:t xml:space="preserve"> </w:t>
            </w:r>
            <w:r w:rsidRPr="00A631E7">
              <w:rPr>
                <w:rStyle w:val="Hyperlink"/>
                <w:rFonts w:hint="cs"/>
                <w:rtl/>
              </w:rPr>
              <w:t>الرقمية</w:t>
            </w:r>
            <w:r w:rsidRPr="00A631E7">
              <w:rPr>
                <w:rFonts w:hint="cs"/>
                <w:webHidden/>
              </w:rPr>
              <w:tab/>
            </w:r>
            <w:r w:rsidRPr="00A631E7">
              <w:rPr>
                <w:rStyle w:val="Hyperlink"/>
                <w:rFonts w:hint="cs"/>
                <w:i/>
                <w:iCs/>
                <w:rtl/>
              </w:rPr>
              <w:fldChar w:fldCharType="begin"/>
            </w:r>
            <w:r w:rsidRPr="00A631E7">
              <w:rPr>
                <w:rFonts w:hint="cs"/>
                <w:webHidden/>
              </w:rPr>
              <w:instrText xml:space="preserve"> PAGEREF _Toc204265934 \h </w:instrText>
            </w:r>
            <w:r w:rsidRPr="00A631E7">
              <w:rPr>
                <w:rStyle w:val="Hyperlink"/>
                <w:rFonts w:hint="cs"/>
                <w:i/>
                <w:iCs/>
                <w:rtl/>
              </w:rPr>
            </w:r>
            <w:r w:rsidRPr="00A631E7">
              <w:rPr>
                <w:rStyle w:val="Hyperlink"/>
                <w:rFonts w:hint="cs"/>
                <w:i/>
                <w:iCs/>
                <w:rtl/>
              </w:rPr>
              <w:fldChar w:fldCharType="separate"/>
            </w:r>
            <w:r w:rsidRPr="00A631E7">
              <w:rPr>
                <w:rFonts w:hint="cs"/>
                <w:webHidden/>
              </w:rPr>
              <w:t>5</w:t>
            </w:r>
            <w:r w:rsidRPr="00A631E7">
              <w:rPr>
                <w:rStyle w:val="Hyperlink"/>
                <w:rFonts w:hint="cs"/>
                <w:i/>
                <w:iCs/>
                <w:rtl/>
              </w:rPr>
              <w:fldChar w:fldCharType="end"/>
            </w:r>
          </w:hyperlink>
        </w:p>
        <w:p w14:paraId="2D3F0F72" w14:textId="503FC747" w:rsidR="00814ACB" w:rsidRPr="00A631E7" w:rsidRDefault="00814ACB" w:rsidP="00ED470F">
          <w:pPr>
            <w:pStyle w:val="TOC3"/>
            <w:tabs>
              <w:tab w:val="right" w:leader="dot" w:pos="8630"/>
            </w:tabs>
            <w:bidi/>
            <w:rPr>
              <w:rFonts w:ascii="DiodrumArabic-Regular" w:hAnsi="DiodrumArabic-Regular" w:cs="DiodrumArabic-Regular"/>
              <w:noProof/>
              <w:kern w:val="2"/>
              <w:sz w:val="16"/>
              <w:szCs w:val="16"/>
              <w14:ligatures w14:val="standardContextual"/>
            </w:rPr>
          </w:pPr>
          <w:hyperlink w:anchor="_Toc204265935" w:history="1">
            <w:r w:rsidRPr="00A631E7">
              <w:rPr>
                <w:rStyle w:val="Hyperlink"/>
                <w:rFonts w:ascii="DiodrumArabic-Regular" w:hAnsi="DiodrumArabic-Regular" w:cs="DiodrumArabic-Regular" w:hint="cs"/>
                <w:noProof/>
                <w:sz w:val="16"/>
                <w:szCs w:val="16"/>
              </w:rPr>
              <w:t xml:space="preserve">2.1  </w:t>
            </w:r>
            <w:r w:rsidRPr="00A631E7">
              <w:rPr>
                <w:rStyle w:val="Hyperlink"/>
                <w:rFonts w:ascii="DiodrumArabic-Regular" w:hAnsi="DiodrumArabic-Regular" w:cs="DiodrumArabic-Regular" w:hint="cs"/>
                <w:noProof/>
                <w:sz w:val="16"/>
                <w:szCs w:val="16"/>
                <w:rtl/>
              </w:rPr>
              <w:t>الأشخاص</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ذوي</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الإعاقة</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وكبار</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السن</w:t>
            </w:r>
            <w:r w:rsidRPr="00A631E7">
              <w:rPr>
                <w:rFonts w:ascii="DiodrumArabic-Regular" w:hAnsi="DiodrumArabic-Regular" w:cs="DiodrumArabic-Regular" w:hint="cs"/>
                <w:noProof/>
                <w:webHidden/>
                <w:sz w:val="16"/>
                <w:szCs w:val="16"/>
              </w:rPr>
              <w:tab/>
            </w:r>
            <w:r w:rsidRPr="00A631E7">
              <w:rPr>
                <w:rStyle w:val="Hyperlink"/>
                <w:rFonts w:ascii="DiodrumArabic-Regular" w:hAnsi="DiodrumArabic-Regular" w:cs="DiodrumArabic-Regular" w:hint="cs"/>
                <w:noProof/>
                <w:sz w:val="16"/>
                <w:szCs w:val="16"/>
                <w:rtl/>
              </w:rPr>
              <w:fldChar w:fldCharType="begin"/>
            </w:r>
            <w:r w:rsidRPr="00A631E7">
              <w:rPr>
                <w:rFonts w:ascii="DiodrumArabic-Regular" w:hAnsi="DiodrumArabic-Regular" w:cs="DiodrumArabic-Regular" w:hint="cs"/>
                <w:noProof/>
                <w:webHidden/>
                <w:sz w:val="16"/>
                <w:szCs w:val="16"/>
              </w:rPr>
              <w:instrText xml:space="preserve"> PAGEREF _Toc204265935 \h </w:instrText>
            </w:r>
            <w:r w:rsidRPr="00A631E7">
              <w:rPr>
                <w:rStyle w:val="Hyperlink"/>
                <w:rFonts w:ascii="DiodrumArabic-Regular" w:hAnsi="DiodrumArabic-Regular" w:cs="DiodrumArabic-Regular" w:hint="cs"/>
                <w:noProof/>
                <w:sz w:val="16"/>
                <w:szCs w:val="16"/>
                <w:rtl/>
              </w:rPr>
            </w:r>
            <w:r w:rsidRPr="00A631E7">
              <w:rPr>
                <w:rStyle w:val="Hyperlink"/>
                <w:rFonts w:ascii="DiodrumArabic-Regular" w:hAnsi="DiodrumArabic-Regular" w:cs="DiodrumArabic-Regular" w:hint="cs"/>
                <w:noProof/>
                <w:sz w:val="16"/>
                <w:szCs w:val="16"/>
                <w:rtl/>
              </w:rPr>
              <w:fldChar w:fldCharType="separate"/>
            </w:r>
            <w:r w:rsidRPr="00A631E7">
              <w:rPr>
                <w:rFonts w:ascii="DiodrumArabic-Regular" w:hAnsi="DiodrumArabic-Regular" w:cs="DiodrumArabic-Regular" w:hint="cs"/>
                <w:noProof/>
                <w:webHidden/>
                <w:sz w:val="16"/>
                <w:szCs w:val="16"/>
              </w:rPr>
              <w:t>5</w:t>
            </w:r>
            <w:r w:rsidRPr="00A631E7">
              <w:rPr>
                <w:rStyle w:val="Hyperlink"/>
                <w:rFonts w:ascii="DiodrumArabic-Regular" w:hAnsi="DiodrumArabic-Regular" w:cs="DiodrumArabic-Regular" w:hint="cs"/>
                <w:noProof/>
                <w:sz w:val="16"/>
                <w:szCs w:val="16"/>
                <w:rtl/>
              </w:rPr>
              <w:fldChar w:fldCharType="end"/>
            </w:r>
          </w:hyperlink>
        </w:p>
        <w:p w14:paraId="674040AF" w14:textId="79AF5475" w:rsidR="00814ACB" w:rsidRPr="00A631E7" w:rsidRDefault="00814ACB" w:rsidP="00ED470F">
          <w:pPr>
            <w:pStyle w:val="TOC3"/>
            <w:tabs>
              <w:tab w:val="right" w:leader="dot" w:pos="8630"/>
            </w:tabs>
            <w:bidi/>
            <w:rPr>
              <w:rFonts w:ascii="DiodrumArabic-Regular" w:hAnsi="DiodrumArabic-Regular" w:cs="DiodrumArabic-Regular"/>
              <w:noProof/>
              <w:kern w:val="2"/>
              <w:sz w:val="16"/>
              <w:szCs w:val="16"/>
              <w14:ligatures w14:val="standardContextual"/>
            </w:rPr>
          </w:pPr>
          <w:hyperlink w:anchor="_Toc204265936" w:history="1">
            <w:r w:rsidRPr="00A631E7">
              <w:rPr>
                <w:rStyle w:val="Hyperlink"/>
                <w:rFonts w:ascii="DiodrumArabic-Regular" w:hAnsi="DiodrumArabic-Regular" w:cs="DiodrumArabic-Regular" w:hint="cs"/>
                <w:noProof/>
                <w:sz w:val="16"/>
                <w:szCs w:val="16"/>
              </w:rPr>
              <w:t xml:space="preserve">2.2  </w:t>
            </w:r>
            <w:r w:rsidRPr="00A631E7">
              <w:rPr>
                <w:rStyle w:val="Hyperlink"/>
                <w:rFonts w:ascii="DiodrumArabic-Regular" w:hAnsi="DiodrumArabic-Regular" w:cs="DiodrumArabic-Regular" w:hint="cs"/>
                <w:noProof/>
                <w:sz w:val="16"/>
                <w:szCs w:val="16"/>
                <w:rtl/>
              </w:rPr>
              <w:t>أنواع</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الإعاقات</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المختلفة</w:t>
            </w:r>
            <w:r w:rsidRPr="00A631E7">
              <w:rPr>
                <w:rFonts w:ascii="DiodrumArabic-Regular" w:hAnsi="DiodrumArabic-Regular" w:cs="DiodrumArabic-Regular" w:hint="cs"/>
                <w:noProof/>
                <w:webHidden/>
                <w:sz w:val="16"/>
                <w:szCs w:val="16"/>
              </w:rPr>
              <w:tab/>
            </w:r>
            <w:r w:rsidRPr="00A631E7">
              <w:rPr>
                <w:rStyle w:val="Hyperlink"/>
                <w:rFonts w:ascii="DiodrumArabic-Regular" w:hAnsi="DiodrumArabic-Regular" w:cs="DiodrumArabic-Regular" w:hint="cs"/>
                <w:noProof/>
                <w:sz w:val="16"/>
                <w:szCs w:val="16"/>
                <w:rtl/>
              </w:rPr>
              <w:fldChar w:fldCharType="begin"/>
            </w:r>
            <w:r w:rsidRPr="00A631E7">
              <w:rPr>
                <w:rFonts w:ascii="DiodrumArabic-Regular" w:hAnsi="DiodrumArabic-Regular" w:cs="DiodrumArabic-Regular" w:hint="cs"/>
                <w:noProof/>
                <w:webHidden/>
                <w:sz w:val="16"/>
                <w:szCs w:val="16"/>
              </w:rPr>
              <w:instrText xml:space="preserve"> PAGEREF _Toc204265936 \h </w:instrText>
            </w:r>
            <w:r w:rsidRPr="00A631E7">
              <w:rPr>
                <w:rStyle w:val="Hyperlink"/>
                <w:rFonts w:ascii="DiodrumArabic-Regular" w:hAnsi="DiodrumArabic-Regular" w:cs="DiodrumArabic-Regular" w:hint="cs"/>
                <w:noProof/>
                <w:sz w:val="16"/>
                <w:szCs w:val="16"/>
                <w:rtl/>
              </w:rPr>
            </w:r>
            <w:r w:rsidRPr="00A631E7">
              <w:rPr>
                <w:rStyle w:val="Hyperlink"/>
                <w:rFonts w:ascii="DiodrumArabic-Regular" w:hAnsi="DiodrumArabic-Regular" w:cs="DiodrumArabic-Regular" w:hint="cs"/>
                <w:noProof/>
                <w:sz w:val="16"/>
                <w:szCs w:val="16"/>
                <w:rtl/>
              </w:rPr>
              <w:fldChar w:fldCharType="separate"/>
            </w:r>
            <w:r w:rsidRPr="00A631E7">
              <w:rPr>
                <w:rFonts w:ascii="DiodrumArabic-Regular" w:hAnsi="DiodrumArabic-Regular" w:cs="DiodrumArabic-Regular" w:hint="cs"/>
                <w:noProof/>
                <w:webHidden/>
                <w:sz w:val="16"/>
                <w:szCs w:val="16"/>
              </w:rPr>
              <w:t>5</w:t>
            </w:r>
            <w:r w:rsidRPr="00A631E7">
              <w:rPr>
                <w:rStyle w:val="Hyperlink"/>
                <w:rFonts w:ascii="DiodrumArabic-Regular" w:hAnsi="DiodrumArabic-Regular" w:cs="DiodrumArabic-Regular" w:hint="cs"/>
                <w:noProof/>
                <w:sz w:val="16"/>
                <w:szCs w:val="16"/>
                <w:rtl/>
              </w:rPr>
              <w:fldChar w:fldCharType="end"/>
            </w:r>
          </w:hyperlink>
        </w:p>
        <w:p w14:paraId="26FE633A" w14:textId="1A4B171C" w:rsidR="00814ACB" w:rsidRPr="00A631E7" w:rsidRDefault="00814ACB" w:rsidP="00ED470F">
          <w:pPr>
            <w:pStyle w:val="TOC3"/>
            <w:tabs>
              <w:tab w:val="right" w:leader="dot" w:pos="8630"/>
            </w:tabs>
            <w:bidi/>
            <w:rPr>
              <w:rFonts w:ascii="DiodrumArabic-Regular" w:hAnsi="DiodrumArabic-Regular" w:cs="DiodrumArabic-Regular"/>
              <w:noProof/>
              <w:kern w:val="2"/>
              <w:sz w:val="16"/>
              <w:szCs w:val="16"/>
              <w14:ligatures w14:val="standardContextual"/>
            </w:rPr>
          </w:pPr>
          <w:hyperlink w:anchor="_Toc204265937" w:history="1">
            <w:r w:rsidRPr="00A631E7">
              <w:rPr>
                <w:rStyle w:val="Hyperlink"/>
                <w:rFonts w:ascii="DiodrumArabic-Regular" w:hAnsi="DiodrumArabic-Regular" w:cs="DiodrumArabic-Regular" w:hint="cs"/>
                <w:noProof/>
                <w:sz w:val="16"/>
                <w:szCs w:val="16"/>
              </w:rPr>
              <w:t xml:space="preserve">2.3 </w:t>
            </w:r>
            <w:r w:rsidRPr="00A631E7">
              <w:rPr>
                <w:rStyle w:val="Hyperlink"/>
                <w:rFonts w:ascii="DiodrumArabic-Regular" w:hAnsi="DiodrumArabic-Regular" w:cs="DiodrumArabic-Regular" w:hint="cs"/>
                <w:noProof/>
                <w:sz w:val="16"/>
                <w:szCs w:val="16"/>
                <w:rtl/>
              </w:rPr>
              <w:t>الوضع</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الراهن</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حول</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الشمولية</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الرقمية:</w:t>
            </w:r>
            <w:r w:rsidRPr="00A631E7">
              <w:rPr>
                <w:rFonts w:ascii="DiodrumArabic-Regular" w:hAnsi="DiodrumArabic-Regular" w:cs="DiodrumArabic-Regular" w:hint="cs"/>
                <w:noProof/>
                <w:webHidden/>
                <w:sz w:val="16"/>
                <w:szCs w:val="16"/>
              </w:rPr>
              <w:tab/>
            </w:r>
            <w:r w:rsidRPr="00A631E7">
              <w:rPr>
                <w:rStyle w:val="Hyperlink"/>
                <w:rFonts w:ascii="DiodrumArabic-Regular" w:hAnsi="DiodrumArabic-Regular" w:cs="DiodrumArabic-Regular" w:hint="cs"/>
                <w:noProof/>
                <w:sz w:val="16"/>
                <w:szCs w:val="16"/>
                <w:rtl/>
              </w:rPr>
              <w:fldChar w:fldCharType="begin"/>
            </w:r>
            <w:r w:rsidRPr="00A631E7">
              <w:rPr>
                <w:rFonts w:ascii="DiodrumArabic-Regular" w:hAnsi="DiodrumArabic-Regular" w:cs="DiodrumArabic-Regular" w:hint="cs"/>
                <w:noProof/>
                <w:webHidden/>
                <w:sz w:val="16"/>
                <w:szCs w:val="16"/>
              </w:rPr>
              <w:instrText xml:space="preserve"> PAGEREF _Toc204265937 \h </w:instrText>
            </w:r>
            <w:r w:rsidRPr="00A631E7">
              <w:rPr>
                <w:rStyle w:val="Hyperlink"/>
                <w:rFonts w:ascii="DiodrumArabic-Regular" w:hAnsi="DiodrumArabic-Regular" w:cs="DiodrumArabic-Regular" w:hint="cs"/>
                <w:noProof/>
                <w:sz w:val="16"/>
                <w:szCs w:val="16"/>
                <w:rtl/>
              </w:rPr>
            </w:r>
            <w:r w:rsidRPr="00A631E7">
              <w:rPr>
                <w:rStyle w:val="Hyperlink"/>
                <w:rFonts w:ascii="DiodrumArabic-Regular" w:hAnsi="DiodrumArabic-Regular" w:cs="DiodrumArabic-Regular" w:hint="cs"/>
                <w:noProof/>
                <w:sz w:val="16"/>
                <w:szCs w:val="16"/>
                <w:rtl/>
              </w:rPr>
              <w:fldChar w:fldCharType="separate"/>
            </w:r>
            <w:r w:rsidRPr="00A631E7">
              <w:rPr>
                <w:rFonts w:ascii="DiodrumArabic-Regular" w:hAnsi="DiodrumArabic-Regular" w:cs="DiodrumArabic-Regular" w:hint="cs"/>
                <w:noProof/>
                <w:webHidden/>
                <w:sz w:val="16"/>
                <w:szCs w:val="16"/>
              </w:rPr>
              <w:t>7</w:t>
            </w:r>
            <w:r w:rsidRPr="00A631E7">
              <w:rPr>
                <w:rStyle w:val="Hyperlink"/>
                <w:rFonts w:ascii="DiodrumArabic-Regular" w:hAnsi="DiodrumArabic-Regular" w:cs="DiodrumArabic-Regular" w:hint="cs"/>
                <w:noProof/>
                <w:sz w:val="16"/>
                <w:szCs w:val="16"/>
                <w:rtl/>
              </w:rPr>
              <w:fldChar w:fldCharType="end"/>
            </w:r>
          </w:hyperlink>
        </w:p>
        <w:p w14:paraId="08315FE5" w14:textId="0989F918" w:rsidR="00814ACB" w:rsidRPr="00A631E7" w:rsidRDefault="00814ACB" w:rsidP="00ED470F">
          <w:pPr>
            <w:pStyle w:val="TOC3"/>
            <w:tabs>
              <w:tab w:val="right" w:leader="dot" w:pos="8630"/>
            </w:tabs>
            <w:bidi/>
            <w:rPr>
              <w:rFonts w:ascii="DiodrumArabic-Regular" w:hAnsi="DiodrumArabic-Regular" w:cs="DiodrumArabic-Regular"/>
              <w:noProof/>
              <w:kern w:val="2"/>
              <w:sz w:val="16"/>
              <w:szCs w:val="16"/>
              <w14:ligatures w14:val="standardContextual"/>
            </w:rPr>
          </w:pPr>
          <w:hyperlink w:anchor="_Toc204265938" w:history="1">
            <w:r w:rsidRPr="00A631E7">
              <w:rPr>
                <w:rStyle w:val="Hyperlink"/>
                <w:rFonts w:ascii="DiodrumArabic-Regular" w:hAnsi="DiodrumArabic-Regular" w:cs="DiodrumArabic-Regular" w:hint="cs"/>
                <w:noProof/>
                <w:sz w:val="16"/>
                <w:szCs w:val="16"/>
              </w:rPr>
              <w:t xml:space="preserve">2.4  </w:t>
            </w:r>
            <w:r w:rsidRPr="00A631E7">
              <w:rPr>
                <w:rStyle w:val="Hyperlink"/>
                <w:rFonts w:ascii="DiodrumArabic-Regular" w:hAnsi="DiodrumArabic-Regular" w:cs="DiodrumArabic-Regular" w:hint="cs"/>
                <w:noProof/>
                <w:sz w:val="16"/>
                <w:szCs w:val="16"/>
                <w:rtl/>
              </w:rPr>
              <w:t>الشمولية</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الرقمية</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لكبار</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السن</w:t>
            </w:r>
            <w:r w:rsidRPr="00A631E7">
              <w:rPr>
                <w:rFonts w:ascii="DiodrumArabic-Regular" w:hAnsi="DiodrumArabic-Regular" w:cs="DiodrumArabic-Regular" w:hint="cs"/>
                <w:noProof/>
                <w:webHidden/>
                <w:sz w:val="16"/>
                <w:szCs w:val="16"/>
              </w:rPr>
              <w:tab/>
            </w:r>
            <w:r w:rsidRPr="00A631E7">
              <w:rPr>
                <w:rStyle w:val="Hyperlink"/>
                <w:rFonts w:ascii="DiodrumArabic-Regular" w:hAnsi="DiodrumArabic-Regular" w:cs="DiodrumArabic-Regular" w:hint="cs"/>
                <w:noProof/>
                <w:sz w:val="16"/>
                <w:szCs w:val="16"/>
                <w:rtl/>
              </w:rPr>
              <w:fldChar w:fldCharType="begin"/>
            </w:r>
            <w:r w:rsidRPr="00A631E7">
              <w:rPr>
                <w:rFonts w:ascii="DiodrumArabic-Regular" w:hAnsi="DiodrumArabic-Regular" w:cs="DiodrumArabic-Regular" w:hint="cs"/>
                <w:noProof/>
                <w:webHidden/>
                <w:sz w:val="16"/>
                <w:szCs w:val="16"/>
              </w:rPr>
              <w:instrText xml:space="preserve"> PAGEREF _Toc204265938 \h </w:instrText>
            </w:r>
            <w:r w:rsidRPr="00A631E7">
              <w:rPr>
                <w:rStyle w:val="Hyperlink"/>
                <w:rFonts w:ascii="DiodrumArabic-Regular" w:hAnsi="DiodrumArabic-Regular" w:cs="DiodrumArabic-Regular" w:hint="cs"/>
                <w:noProof/>
                <w:sz w:val="16"/>
                <w:szCs w:val="16"/>
                <w:rtl/>
              </w:rPr>
            </w:r>
            <w:r w:rsidRPr="00A631E7">
              <w:rPr>
                <w:rStyle w:val="Hyperlink"/>
                <w:rFonts w:ascii="DiodrumArabic-Regular" w:hAnsi="DiodrumArabic-Regular" w:cs="DiodrumArabic-Regular" w:hint="cs"/>
                <w:noProof/>
                <w:sz w:val="16"/>
                <w:szCs w:val="16"/>
                <w:rtl/>
              </w:rPr>
              <w:fldChar w:fldCharType="separate"/>
            </w:r>
            <w:r w:rsidRPr="00A631E7">
              <w:rPr>
                <w:rFonts w:ascii="DiodrumArabic-Regular" w:hAnsi="DiodrumArabic-Regular" w:cs="DiodrumArabic-Regular" w:hint="cs"/>
                <w:noProof/>
                <w:webHidden/>
                <w:sz w:val="16"/>
                <w:szCs w:val="16"/>
              </w:rPr>
              <w:t>9</w:t>
            </w:r>
            <w:r w:rsidRPr="00A631E7">
              <w:rPr>
                <w:rStyle w:val="Hyperlink"/>
                <w:rFonts w:ascii="DiodrumArabic-Regular" w:hAnsi="DiodrumArabic-Regular" w:cs="DiodrumArabic-Regular" w:hint="cs"/>
                <w:noProof/>
                <w:sz w:val="16"/>
                <w:szCs w:val="16"/>
                <w:rtl/>
              </w:rPr>
              <w:fldChar w:fldCharType="end"/>
            </w:r>
          </w:hyperlink>
        </w:p>
        <w:p w14:paraId="69389407" w14:textId="21FFCD79" w:rsidR="00814ACB" w:rsidRPr="00A631E7" w:rsidRDefault="00814ACB" w:rsidP="00ED470F">
          <w:pPr>
            <w:pStyle w:val="TOC2"/>
            <w:bidi/>
            <w:rPr>
              <w:i/>
              <w:iCs/>
              <w:kern w:val="2"/>
              <w14:ligatures w14:val="standardContextual"/>
            </w:rPr>
          </w:pPr>
          <w:hyperlink w:anchor="_Toc204265939" w:history="1">
            <w:r w:rsidRPr="00A631E7">
              <w:rPr>
                <w:rStyle w:val="Hyperlink"/>
                <w:rFonts w:hint="cs"/>
              </w:rPr>
              <w:t xml:space="preserve">3. </w:t>
            </w:r>
            <w:r w:rsidRPr="00A631E7">
              <w:rPr>
                <w:rStyle w:val="Hyperlink"/>
                <w:rFonts w:hint="cs"/>
                <w:rtl/>
              </w:rPr>
              <w:t>مسيرة</w:t>
            </w:r>
            <w:r w:rsidRPr="00A631E7">
              <w:rPr>
                <w:rStyle w:val="Hyperlink"/>
                <w:rFonts w:hint="cs"/>
              </w:rPr>
              <w:t xml:space="preserve"> </w:t>
            </w:r>
            <w:r w:rsidRPr="00A631E7">
              <w:rPr>
                <w:rStyle w:val="Hyperlink"/>
                <w:rFonts w:hint="cs"/>
                <w:rtl/>
              </w:rPr>
              <w:t>الحكومة</w:t>
            </w:r>
            <w:r w:rsidRPr="00A631E7">
              <w:rPr>
                <w:rStyle w:val="Hyperlink"/>
                <w:rFonts w:hint="cs"/>
              </w:rPr>
              <w:t xml:space="preserve"> </w:t>
            </w:r>
            <w:r w:rsidRPr="00A631E7">
              <w:rPr>
                <w:rStyle w:val="Hyperlink"/>
                <w:rFonts w:hint="cs"/>
                <w:rtl/>
              </w:rPr>
              <w:t>الرقمية</w:t>
            </w:r>
            <w:r w:rsidRPr="00A631E7">
              <w:rPr>
                <w:rStyle w:val="Hyperlink"/>
                <w:rFonts w:hint="cs"/>
              </w:rPr>
              <w:t xml:space="preserve"> </w:t>
            </w:r>
            <w:r w:rsidRPr="00A631E7">
              <w:rPr>
                <w:rStyle w:val="Hyperlink"/>
                <w:rFonts w:hint="cs"/>
                <w:rtl/>
              </w:rPr>
              <w:t>في</w:t>
            </w:r>
            <w:r w:rsidRPr="00A631E7">
              <w:rPr>
                <w:rStyle w:val="Hyperlink"/>
                <w:rFonts w:hint="cs"/>
              </w:rPr>
              <w:t xml:space="preserve"> </w:t>
            </w:r>
            <w:r w:rsidRPr="00A631E7">
              <w:rPr>
                <w:rStyle w:val="Hyperlink"/>
                <w:rFonts w:hint="cs"/>
                <w:rtl/>
              </w:rPr>
              <w:t>مجال</w:t>
            </w:r>
            <w:r w:rsidRPr="00A631E7">
              <w:rPr>
                <w:rStyle w:val="Hyperlink"/>
                <w:rFonts w:hint="cs"/>
              </w:rPr>
              <w:t xml:space="preserve"> </w:t>
            </w:r>
            <w:r w:rsidRPr="00A631E7">
              <w:rPr>
                <w:rStyle w:val="Hyperlink"/>
                <w:rFonts w:hint="cs"/>
                <w:rtl/>
              </w:rPr>
              <w:t>الشمولية</w:t>
            </w:r>
            <w:r w:rsidRPr="00A631E7">
              <w:rPr>
                <w:rStyle w:val="Hyperlink"/>
                <w:rFonts w:hint="cs"/>
              </w:rPr>
              <w:t xml:space="preserve"> </w:t>
            </w:r>
            <w:r w:rsidRPr="00A631E7">
              <w:rPr>
                <w:rStyle w:val="Hyperlink"/>
                <w:rFonts w:hint="cs"/>
                <w:rtl/>
              </w:rPr>
              <w:t>الرقمية</w:t>
            </w:r>
            <w:r w:rsidRPr="00A631E7">
              <w:rPr>
                <w:rFonts w:hint="cs"/>
                <w:webHidden/>
              </w:rPr>
              <w:tab/>
            </w:r>
            <w:r w:rsidRPr="00A631E7">
              <w:rPr>
                <w:rStyle w:val="Hyperlink"/>
                <w:rFonts w:hint="cs"/>
                <w:i/>
                <w:iCs/>
                <w:rtl/>
              </w:rPr>
              <w:fldChar w:fldCharType="begin"/>
            </w:r>
            <w:r w:rsidRPr="00A631E7">
              <w:rPr>
                <w:rFonts w:hint="cs"/>
                <w:webHidden/>
              </w:rPr>
              <w:instrText xml:space="preserve"> PAGEREF _Toc204265939 \h </w:instrText>
            </w:r>
            <w:r w:rsidRPr="00A631E7">
              <w:rPr>
                <w:rStyle w:val="Hyperlink"/>
                <w:rFonts w:hint="cs"/>
                <w:i/>
                <w:iCs/>
                <w:rtl/>
              </w:rPr>
            </w:r>
            <w:r w:rsidRPr="00A631E7">
              <w:rPr>
                <w:rStyle w:val="Hyperlink"/>
                <w:rFonts w:hint="cs"/>
                <w:i/>
                <w:iCs/>
                <w:rtl/>
              </w:rPr>
              <w:fldChar w:fldCharType="separate"/>
            </w:r>
            <w:r w:rsidRPr="00A631E7">
              <w:rPr>
                <w:rFonts w:hint="cs"/>
                <w:webHidden/>
              </w:rPr>
              <w:t>10</w:t>
            </w:r>
            <w:r w:rsidRPr="00A631E7">
              <w:rPr>
                <w:rStyle w:val="Hyperlink"/>
                <w:rFonts w:hint="cs"/>
                <w:i/>
                <w:iCs/>
                <w:rtl/>
              </w:rPr>
              <w:fldChar w:fldCharType="end"/>
            </w:r>
          </w:hyperlink>
        </w:p>
        <w:p w14:paraId="3A93C774" w14:textId="523CA79F" w:rsidR="00814ACB" w:rsidRPr="00A631E7" w:rsidRDefault="00814ACB" w:rsidP="00ED470F">
          <w:pPr>
            <w:pStyle w:val="TOC3"/>
            <w:tabs>
              <w:tab w:val="right" w:leader="dot" w:pos="8630"/>
            </w:tabs>
            <w:bidi/>
            <w:rPr>
              <w:rFonts w:ascii="DiodrumArabic-Regular" w:hAnsi="DiodrumArabic-Regular" w:cs="DiodrumArabic-Regular"/>
              <w:noProof/>
              <w:kern w:val="2"/>
              <w:sz w:val="16"/>
              <w:szCs w:val="16"/>
              <w14:ligatures w14:val="standardContextual"/>
            </w:rPr>
          </w:pPr>
          <w:hyperlink w:anchor="_Toc204265940" w:history="1">
            <w:r w:rsidRPr="00A631E7">
              <w:rPr>
                <w:rStyle w:val="Hyperlink"/>
                <w:rFonts w:ascii="DiodrumArabic-Regular" w:hAnsi="DiodrumArabic-Regular" w:cs="DiodrumArabic-Regular" w:hint="cs"/>
                <w:noProof/>
                <w:sz w:val="16"/>
                <w:szCs w:val="16"/>
              </w:rPr>
              <w:t xml:space="preserve">3.1 </w:t>
            </w:r>
            <w:r w:rsidRPr="00A631E7">
              <w:rPr>
                <w:rStyle w:val="Hyperlink"/>
                <w:rFonts w:ascii="DiodrumArabic-Regular" w:hAnsi="DiodrumArabic-Regular" w:cs="DiodrumArabic-Regular" w:hint="cs"/>
                <w:noProof/>
                <w:sz w:val="16"/>
                <w:szCs w:val="16"/>
                <w:rtl/>
              </w:rPr>
              <w:t>رحلة</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الحكومة</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الرقمية</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نحو</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الشمولية</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الرقمية</w:t>
            </w:r>
            <w:r w:rsidRPr="00A631E7">
              <w:rPr>
                <w:rFonts w:ascii="DiodrumArabic-Regular" w:hAnsi="DiodrumArabic-Regular" w:cs="DiodrumArabic-Regular" w:hint="cs"/>
                <w:noProof/>
                <w:webHidden/>
                <w:sz w:val="16"/>
                <w:szCs w:val="16"/>
              </w:rPr>
              <w:tab/>
            </w:r>
            <w:r w:rsidRPr="00A631E7">
              <w:rPr>
                <w:rStyle w:val="Hyperlink"/>
                <w:rFonts w:ascii="DiodrumArabic-Regular" w:hAnsi="DiodrumArabic-Regular" w:cs="DiodrumArabic-Regular" w:hint="cs"/>
                <w:noProof/>
                <w:sz w:val="16"/>
                <w:szCs w:val="16"/>
                <w:rtl/>
              </w:rPr>
              <w:fldChar w:fldCharType="begin"/>
            </w:r>
            <w:r w:rsidRPr="00A631E7">
              <w:rPr>
                <w:rFonts w:ascii="DiodrumArabic-Regular" w:hAnsi="DiodrumArabic-Regular" w:cs="DiodrumArabic-Regular" w:hint="cs"/>
                <w:noProof/>
                <w:webHidden/>
                <w:sz w:val="16"/>
                <w:szCs w:val="16"/>
              </w:rPr>
              <w:instrText xml:space="preserve"> PAGEREF _Toc204265940 \h </w:instrText>
            </w:r>
            <w:r w:rsidRPr="00A631E7">
              <w:rPr>
                <w:rStyle w:val="Hyperlink"/>
                <w:rFonts w:ascii="DiodrumArabic-Regular" w:hAnsi="DiodrumArabic-Regular" w:cs="DiodrumArabic-Regular" w:hint="cs"/>
                <w:noProof/>
                <w:sz w:val="16"/>
                <w:szCs w:val="16"/>
                <w:rtl/>
              </w:rPr>
            </w:r>
            <w:r w:rsidRPr="00A631E7">
              <w:rPr>
                <w:rStyle w:val="Hyperlink"/>
                <w:rFonts w:ascii="DiodrumArabic-Regular" w:hAnsi="DiodrumArabic-Regular" w:cs="DiodrumArabic-Regular" w:hint="cs"/>
                <w:noProof/>
                <w:sz w:val="16"/>
                <w:szCs w:val="16"/>
                <w:rtl/>
              </w:rPr>
              <w:fldChar w:fldCharType="separate"/>
            </w:r>
            <w:r w:rsidRPr="00A631E7">
              <w:rPr>
                <w:rFonts w:ascii="DiodrumArabic-Regular" w:hAnsi="DiodrumArabic-Regular" w:cs="DiodrumArabic-Regular" w:hint="cs"/>
                <w:noProof/>
                <w:webHidden/>
                <w:sz w:val="16"/>
                <w:szCs w:val="16"/>
              </w:rPr>
              <w:t>10</w:t>
            </w:r>
            <w:r w:rsidRPr="00A631E7">
              <w:rPr>
                <w:rStyle w:val="Hyperlink"/>
                <w:rFonts w:ascii="DiodrumArabic-Regular" w:hAnsi="DiodrumArabic-Regular" w:cs="DiodrumArabic-Regular" w:hint="cs"/>
                <w:noProof/>
                <w:sz w:val="16"/>
                <w:szCs w:val="16"/>
                <w:rtl/>
              </w:rPr>
              <w:fldChar w:fldCharType="end"/>
            </w:r>
          </w:hyperlink>
        </w:p>
        <w:p w14:paraId="52579118" w14:textId="59FC8FCB" w:rsidR="00814ACB" w:rsidRPr="00A631E7" w:rsidRDefault="00814ACB" w:rsidP="00ED470F">
          <w:pPr>
            <w:pStyle w:val="TOC3"/>
            <w:tabs>
              <w:tab w:val="right" w:leader="dot" w:pos="8630"/>
            </w:tabs>
            <w:bidi/>
            <w:rPr>
              <w:rFonts w:ascii="DiodrumArabic-Regular" w:hAnsi="DiodrumArabic-Regular" w:cs="DiodrumArabic-Regular"/>
              <w:noProof/>
              <w:kern w:val="2"/>
              <w:sz w:val="16"/>
              <w:szCs w:val="16"/>
              <w14:ligatures w14:val="standardContextual"/>
            </w:rPr>
          </w:pPr>
          <w:hyperlink w:anchor="_Toc204265941" w:history="1">
            <w:r w:rsidRPr="00A631E7">
              <w:rPr>
                <w:rStyle w:val="Hyperlink"/>
                <w:rFonts w:ascii="DiodrumArabic-Regular" w:hAnsi="DiodrumArabic-Regular" w:cs="DiodrumArabic-Regular" w:hint="cs"/>
                <w:noProof/>
                <w:sz w:val="16"/>
                <w:szCs w:val="16"/>
              </w:rPr>
              <w:t xml:space="preserve">3.2 </w:t>
            </w:r>
            <w:r w:rsidRPr="00A631E7">
              <w:rPr>
                <w:rStyle w:val="Hyperlink"/>
                <w:rFonts w:ascii="DiodrumArabic-Regular" w:hAnsi="DiodrumArabic-Regular" w:cs="DiodrumArabic-Regular" w:hint="cs"/>
                <w:noProof/>
                <w:sz w:val="16"/>
                <w:szCs w:val="16"/>
                <w:rtl/>
              </w:rPr>
              <w:t>أبرز</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مبادرة</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وطنية</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لتعزيز</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الشمولية</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الرقمية</w:t>
            </w:r>
            <w:r w:rsidRPr="00A631E7">
              <w:rPr>
                <w:rFonts w:ascii="DiodrumArabic-Regular" w:hAnsi="DiodrumArabic-Regular" w:cs="DiodrumArabic-Regular" w:hint="cs"/>
                <w:noProof/>
                <w:webHidden/>
                <w:sz w:val="16"/>
                <w:szCs w:val="16"/>
              </w:rPr>
              <w:tab/>
            </w:r>
            <w:r w:rsidRPr="00A631E7">
              <w:rPr>
                <w:rStyle w:val="Hyperlink"/>
                <w:rFonts w:ascii="DiodrumArabic-Regular" w:hAnsi="DiodrumArabic-Regular" w:cs="DiodrumArabic-Regular" w:hint="cs"/>
                <w:noProof/>
                <w:sz w:val="16"/>
                <w:szCs w:val="16"/>
                <w:rtl/>
              </w:rPr>
              <w:fldChar w:fldCharType="begin"/>
            </w:r>
            <w:r w:rsidRPr="00A631E7">
              <w:rPr>
                <w:rFonts w:ascii="DiodrumArabic-Regular" w:hAnsi="DiodrumArabic-Regular" w:cs="DiodrumArabic-Regular" w:hint="cs"/>
                <w:noProof/>
                <w:webHidden/>
                <w:sz w:val="16"/>
                <w:szCs w:val="16"/>
              </w:rPr>
              <w:instrText xml:space="preserve"> PAGEREF _Toc204265941 \h </w:instrText>
            </w:r>
            <w:r w:rsidRPr="00A631E7">
              <w:rPr>
                <w:rStyle w:val="Hyperlink"/>
                <w:rFonts w:ascii="DiodrumArabic-Regular" w:hAnsi="DiodrumArabic-Regular" w:cs="DiodrumArabic-Regular" w:hint="cs"/>
                <w:noProof/>
                <w:sz w:val="16"/>
                <w:szCs w:val="16"/>
                <w:rtl/>
              </w:rPr>
            </w:r>
            <w:r w:rsidRPr="00A631E7">
              <w:rPr>
                <w:rStyle w:val="Hyperlink"/>
                <w:rFonts w:ascii="DiodrumArabic-Regular" w:hAnsi="DiodrumArabic-Regular" w:cs="DiodrumArabic-Regular" w:hint="cs"/>
                <w:noProof/>
                <w:sz w:val="16"/>
                <w:szCs w:val="16"/>
                <w:rtl/>
              </w:rPr>
              <w:fldChar w:fldCharType="separate"/>
            </w:r>
            <w:r w:rsidRPr="00A631E7">
              <w:rPr>
                <w:rFonts w:ascii="DiodrumArabic-Regular" w:hAnsi="DiodrumArabic-Regular" w:cs="DiodrumArabic-Regular" w:hint="cs"/>
                <w:noProof/>
                <w:webHidden/>
                <w:sz w:val="16"/>
                <w:szCs w:val="16"/>
              </w:rPr>
              <w:t>12</w:t>
            </w:r>
            <w:r w:rsidRPr="00A631E7">
              <w:rPr>
                <w:rStyle w:val="Hyperlink"/>
                <w:rFonts w:ascii="DiodrumArabic-Regular" w:hAnsi="DiodrumArabic-Regular" w:cs="DiodrumArabic-Regular" w:hint="cs"/>
                <w:noProof/>
                <w:sz w:val="16"/>
                <w:szCs w:val="16"/>
                <w:rtl/>
              </w:rPr>
              <w:fldChar w:fldCharType="end"/>
            </w:r>
          </w:hyperlink>
        </w:p>
        <w:p w14:paraId="04662B67" w14:textId="623C430C" w:rsidR="00814ACB" w:rsidRPr="00A631E7" w:rsidRDefault="00814ACB" w:rsidP="00ED470F">
          <w:pPr>
            <w:pStyle w:val="TOC3"/>
            <w:tabs>
              <w:tab w:val="right" w:leader="dot" w:pos="8630"/>
            </w:tabs>
            <w:bidi/>
            <w:rPr>
              <w:rFonts w:ascii="DiodrumArabic-Regular" w:hAnsi="DiodrumArabic-Regular" w:cs="DiodrumArabic-Regular"/>
              <w:noProof/>
              <w:kern w:val="2"/>
              <w:sz w:val="16"/>
              <w:szCs w:val="16"/>
              <w14:ligatures w14:val="standardContextual"/>
            </w:rPr>
          </w:pPr>
          <w:hyperlink w:anchor="_Toc204265942" w:history="1">
            <w:r w:rsidRPr="00A631E7">
              <w:rPr>
                <w:rStyle w:val="Hyperlink"/>
                <w:rFonts w:ascii="DiodrumArabic-Regular" w:hAnsi="DiodrumArabic-Regular" w:cs="DiodrumArabic-Regular" w:hint="cs"/>
                <w:noProof/>
                <w:sz w:val="16"/>
                <w:szCs w:val="16"/>
              </w:rPr>
              <w:t xml:space="preserve">3.3 </w:t>
            </w:r>
            <w:r w:rsidRPr="00A631E7">
              <w:rPr>
                <w:rStyle w:val="Hyperlink"/>
                <w:rFonts w:ascii="DiodrumArabic-Regular" w:hAnsi="DiodrumArabic-Regular" w:cs="DiodrumArabic-Regular" w:hint="cs"/>
                <w:noProof/>
                <w:sz w:val="16"/>
                <w:szCs w:val="16"/>
                <w:rtl/>
              </w:rPr>
              <w:t>الجهات</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الحكومية</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ودعم</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تمكين</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الوصول</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للأشخاص</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ذوي</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الإعاقة</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وكبار</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السن</w:t>
            </w:r>
            <w:r w:rsidRPr="00A631E7">
              <w:rPr>
                <w:rFonts w:ascii="DiodrumArabic-Regular" w:hAnsi="DiodrumArabic-Regular" w:cs="DiodrumArabic-Regular" w:hint="cs"/>
                <w:noProof/>
                <w:webHidden/>
                <w:sz w:val="16"/>
                <w:szCs w:val="16"/>
              </w:rPr>
              <w:tab/>
            </w:r>
            <w:r w:rsidRPr="00A631E7">
              <w:rPr>
                <w:rStyle w:val="Hyperlink"/>
                <w:rFonts w:ascii="DiodrumArabic-Regular" w:hAnsi="DiodrumArabic-Regular" w:cs="DiodrumArabic-Regular" w:hint="cs"/>
                <w:noProof/>
                <w:sz w:val="16"/>
                <w:szCs w:val="16"/>
                <w:rtl/>
              </w:rPr>
              <w:fldChar w:fldCharType="begin"/>
            </w:r>
            <w:r w:rsidRPr="00A631E7">
              <w:rPr>
                <w:rFonts w:ascii="DiodrumArabic-Regular" w:hAnsi="DiodrumArabic-Regular" w:cs="DiodrumArabic-Regular" w:hint="cs"/>
                <w:noProof/>
                <w:webHidden/>
                <w:sz w:val="16"/>
                <w:szCs w:val="16"/>
              </w:rPr>
              <w:instrText xml:space="preserve"> PAGEREF _Toc204265942 \h </w:instrText>
            </w:r>
            <w:r w:rsidRPr="00A631E7">
              <w:rPr>
                <w:rStyle w:val="Hyperlink"/>
                <w:rFonts w:ascii="DiodrumArabic-Regular" w:hAnsi="DiodrumArabic-Regular" w:cs="DiodrumArabic-Regular" w:hint="cs"/>
                <w:noProof/>
                <w:sz w:val="16"/>
                <w:szCs w:val="16"/>
                <w:rtl/>
              </w:rPr>
            </w:r>
            <w:r w:rsidRPr="00A631E7">
              <w:rPr>
                <w:rStyle w:val="Hyperlink"/>
                <w:rFonts w:ascii="DiodrumArabic-Regular" w:hAnsi="DiodrumArabic-Regular" w:cs="DiodrumArabic-Regular" w:hint="cs"/>
                <w:noProof/>
                <w:sz w:val="16"/>
                <w:szCs w:val="16"/>
                <w:rtl/>
              </w:rPr>
              <w:fldChar w:fldCharType="separate"/>
            </w:r>
            <w:r w:rsidRPr="00A631E7">
              <w:rPr>
                <w:rFonts w:ascii="DiodrumArabic-Regular" w:hAnsi="DiodrumArabic-Regular" w:cs="DiodrumArabic-Regular" w:hint="cs"/>
                <w:noProof/>
                <w:webHidden/>
                <w:sz w:val="16"/>
                <w:szCs w:val="16"/>
              </w:rPr>
              <w:t>16</w:t>
            </w:r>
            <w:r w:rsidRPr="00A631E7">
              <w:rPr>
                <w:rStyle w:val="Hyperlink"/>
                <w:rFonts w:ascii="DiodrumArabic-Regular" w:hAnsi="DiodrumArabic-Regular" w:cs="DiodrumArabic-Regular" w:hint="cs"/>
                <w:noProof/>
                <w:sz w:val="16"/>
                <w:szCs w:val="16"/>
                <w:rtl/>
              </w:rPr>
              <w:fldChar w:fldCharType="end"/>
            </w:r>
          </w:hyperlink>
        </w:p>
        <w:p w14:paraId="5E9BAE30" w14:textId="31C507D6" w:rsidR="00814ACB" w:rsidRPr="00A631E7" w:rsidRDefault="00814ACB" w:rsidP="00ED470F">
          <w:pPr>
            <w:pStyle w:val="TOC3"/>
            <w:tabs>
              <w:tab w:val="right" w:leader="dot" w:pos="8630"/>
            </w:tabs>
            <w:bidi/>
            <w:rPr>
              <w:rFonts w:ascii="DiodrumArabic-Regular" w:hAnsi="DiodrumArabic-Regular" w:cs="DiodrumArabic-Regular"/>
              <w:noProof/>
              <w:kern w:val="2"/>
              <w:sz w:val="16"/>
              <w:szCs w:val="16"/>
              <w14:ligatures w14:val="standardContextual"/>
            </w:rPr>
          </w:pPr>
          <w:hyperlink w:anchor="_Toc204265943" w:history="1">
            <w:r w:rsidRPr="00A631E7">
              <w:rPr>
                <w:rStyle w:val="Hyperlink"/>
                <w:rFonts w:ascii="DiodrumArabic-Regular" w:hAnsi="DiodrumArabic-Regular" w:cs="DiodrumArabic-Regular" w:hint="cs"/>
                <w:noProof/>
                <w:sz w:val="16"/>
                <w:szCs w:val="16"/>
              </w:rPr>
              <w:t xml:space="preserve">3.4 </w:t>
            </w:r>
            <w:r w:rsidRPr="00A631E7">
              <w:rPr>
                <w:rStyle w:val="Hyperlink"/>
                <w:rFonts w:ascii="DiodrumArabic-Regular" w:hAnsi="DiodrumArabic-Regular" w:cs="DiodrumArabic-Regular" w:hint="cs"/>
                <w:noProof/>
                <w:sz w:val="16"/>
                <w:szCs w:val="16"/>
                <w:rtl/>
              </w:rPr>
              <w:t>قصص</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نجاح</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في</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مجال</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الشمولية</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الرقمية</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في</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المملكة</w:t>
            </w:r>
            <w:r w:rsidRPr="00A631E7">
              <w:rPr>
                <w:rFonts w:ascii="DiodrumArabic-Regular" w:hAnsi="DiodrumArabic-Regular" w:cs="DiodrumArabic-Regular" w:hint="cs"/>
                <w:noProof/>
                <w:webHidden/>
                <w:sz w:val="16"/>
                <w:szCs w:val="16"/>
              </w:rPr>
              <w:tab/>
            </w:r>
            <w:r w:rsidRPr="00A631E7">
              <w:rPr>
                <w:rStyle w:val="Hyperlink"/>
                <w:rFonts w:ascii="DiodrumArabic-Regular" w:hAnsi="DiodrumArabic-Regular" w:cs="DiodrumArabic-Regular" w:hint="cs"/>
                <w:noProof/>
                <w:sz w:val="16"/>
                <w:szCs w:val="16"/>
                <w:rtl/>
              </w:rPr>
              <w:fldChar w:fldCharType="begin"/>
            </w:r>
            <w:r w:rsidRPr="00A631E7">
              <w:rPr>
                <w:rFonts w:ascii="DiodrumArabic-Regular" w:hAnsi="DiodrumArabic-Regular" w:cs="DiodrumArabic-Regular" w:hint="cs"/>
                <w:noProof/>
                <w:webHidden/>
                <w:sz w:val="16"/>
                <w:szCs w:val="16"/>
              </w:rPr>
              <w:instrText xml:space="preserve"> PAGEREF _Toc204265943 \h </w:instrText>
            </w:r>
            <w:r w:rsidRPr="00A631E7">
              <w:rPr>
                <w:rStyle w:val="Hyperlink"/>
                <w:rFonts w:ascii="DiodrumArabic-Regular" w:hAnsi="DiodrumArabic-Regular" w:cs="DiodrumArabic-Regular" w:hint="cs"/>
                <w:noProof/>
                <w:sz w:val="16"/>
                <w:szCs w:val="16"/>
                <w:rtl/>
              </w:rPr>
            </w:r>
            <w:r w:rsidRPr="00A631E7">
              <w:rPr>
                <w:rStyle w:val="Hyperlink"/>
                <w:rFonts w:ascii="DiodrumArabic-Regular" w:hAnsi="DiodrumArabic-Regular" w:cs="DiodrumArabic-Regular" w:hint="cs"/>
                <w:noProof/>
                <w:sz w:val="16"/>
                <w:szCs w:val="16"/>
                <w:rtl/>
              </w:rPr>
              <w:fldChar w:fldCharType="separate"/>
            </w:r>
            <w:r w:rsidRPr="00A631E7">
              <w:rPr>
                <w:rFonts w:ascii="DiodrumArabic-Regular" w:hAnsi="DiodrumArabic-Regular" w:cs="DiodrumArabic-Regular" w:hint="cs"/>
                <w:noProof/>
                <w:webHidden/>
                <w:sz w:val="16"/>
                <w:szCs w:val="16"/>
              </w:rPr>
              <w:t>18</w:t>
            </w:r>
            <w:r w:rsidRPr="00A631E7">
              <w:rPr>
                <w:rStyle w:val="Hyperlink"/>
                <w:rFonts w:ascii="DiodrumArabic-Regular" w:hAnsi="DiodrumArabic-Regular" w:cs="DiodrumArabic-Regular" w:hint="cs"/>
                <w:noProof/>
                <w:sz w:val="16"/>
                <w:szCs w:val="16"/>
                <w:rtl/>
              </w:rPr>
              <w:fldChar w:fldCharType="end"/>
            </w:r>
          </w:hyperlink>
        </w:p>
        <w:p w14:paraId="157641E1" w14:textId="2D375669" w:rsidR="00814ACB" w:rsidRPr="00A631E7" w:rsidRDefault="00814ACB" w:rsidP="00ED470F">
          <w:pPr>
            <w:pStyle w:val="TOC3"/>
            <w:tabs>
              <w:tab w:val="right" w:leader="dot" w:pos="8630"/>
            </w:tabs>
            <w:bidi/>
            <w:rPr>
              <w:rFonts w:ascii="DiodrumArabic-Regular" w:hAnsi="DiodrumArabic-Regular" w:cs="DiodrumArabic-Regular"/>
              <w:noProof/>
              <w:kern w:val="2"/>
              <w:sz w:val="16"/>
              <w:szCs w:val="16"/>
              <w14:ligatures w14:val="standardContextual"/>
            </w:rPr>
          </w:pPr>
          <w:hyperlink w:anchor="_Toc204265944" w:history="1">
            <w:r w:rsidRPr="00A631E7">
              <w:rPr>
                <w:rStyle w:val="Hyperlink"/>
                <w:rFonts w:ascii="DiodrumArabic-Regular" w:hAnsi="DiodrumArabic-Regular" w:cs="DiodrumArabic-Regular" w:hint="cs"/>
                <w:noProof/>
                <w:sz w:val="16"/>
                <w:szCs w:val="16"/>
              </w:rPr>
              <w:t xml:space="preserve">3.5 </w:t>
            </w:r>
            <w:r w:rsidRPr="00A631E7">
              <w:rPr>
                <w:rStyle w:val="Hyperlink"/>
                <w:rFonts w:ascii="DiodrumArabic-Regular" w:hAnsi="DiodrumArabic-Regular" w:cs="DiodrumArabic-Regular" w:hint="cs"/>
                <w:noProof/>
                <w:sz w:val="16"/>
                <w:szCs w:val="16"/>
                <w:rtl/>
              </w:rPr>
              <w:t>أبرز</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عناصر</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الشمولية</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الرقمية</w:t>
            </w:r>
            <w:r w:rsidRPr="00A631E7">
              <w:rPr>
                <w:rFonts w:ascii="DiodrumArabic-Regular" w:hAnsi="DiodrumArabic-Regular" w:cs="DiodrumArabic-Regular" w:hint="cs"/>
                <w:noProof/>
                <w:webHidden/>
                <w:sz w:val="16"/>
                <w:szCs w:val="16"/>
              </w:rPr>
              <w:tab/>
            </w:r>
            <w:r w:rsidRPr="00A631E7">
              <w:rPr>
                <w:rStyle w:val="Hyperlink"/>
                <w:rFonts w:ascii="DiodrumArabic-Regular" w:hAnsi="DiodrumArabic-Regular" w:cs="DiodrumArabic-Regular" w:hint="cs"/>
                <w:noProof/>
                <w:sz w:val="16"/>
                <w:szCs w:val="16"/>
                <w:rtl/>
              </w:rPr>
              <w:fldChar w:fldCharType="begin"/>
            </w:r>
            <w:r w:rsidRPr="00A631E7">
              <w:rPr>
                <w:rFonts w:ascii="DiodrumArabic-Regular" w:hAnsi="DiodrumArabic-Regular" w:cs="DiodrumArabic-Regular" w:hint="cs"/>
                <w:noProof/>
                <w:webHidden/>
                <w:sz w:val="16"/>
                <w:szCs w:val="16"/>
              </w:rPr>
              <w:instrText xml:space="preserve"> PAGEREF _Toc204265944 \h </w:instrText>
            </w:r>
            <w:r w:rsidRPr="00A631E7">
              <w:rPr>
                <w:rStyle w:val="Hyperlink"/>
                <w:rFonts w:ascii="DiodrumArabic-Regular" w:hAnsi="DiodrumArabic-Regular" w:cs="DiodrumArabic-Regular" w:hint="cs"/>
                <w:noProof/>
                <w:sz w:val="16"/>
                <w:szCs w:val="16"/>
                <w:rtl/>
              </w:rPr>
            </w:r>
            <w:r w:rsidRPr="00A631E7">
              <w:rPr>
                <w:rStyle w:val="Hyperlink"/>
                <w:rFonts w:ascii="DiodrumArabic-Regular" w:hAnsi="DiodrumArabic-Regular" w:cs="DiodrumArabic-Regular" w:hint="cs"/>
                <w:noProof/>
                <w:sz w:val="16"/>
                <w:szCs w:val="16"/>
                <w:rtl/>
              </w:rPr>
              <w:fldChar w:fldCharType="separate"/>
            </w:r>
            <w:r w:rsidRPr="00A631E7">
              <w:rPr>
                <w:rFonts w:ascii="DiodrumArabic-Regular" w:hAnsi="DiodrumArabic-Regular" w:cs="DiodrumArabic-Regular" w:hint="cs"/>
                <w:noProof/>
                <w:webHidden/>
                <w:sz w:val="16"/>
                <w:szCs w:val="16"/>
              </w:rPr>
              <w:t>21</w:t>
            </w:r>
            <w:r w:rsidRPr="00A631E7">
              <w:rPr>
                <w:rStyle w:val="Hyperlink"/>
                <w:rFonts w:ascii="DiodrumArabic-Regular" w:hAnsi="DiodrumArabic-Regular" w:cs="DiodrumArabic-Regular" w:hint="cs"/>
                <w:noProof/>
                <w:sz w:val="16"/>
                <w:szCs w:val="16"/>
                <w:rtl/>
              </w:rPr>
              <w:fldChar w:fldCharType="end"/>
            </w:r>
          </w:hyperlink>
        </w:p>
        <w:p w14:paraId="74CA116D" w14:textId="773F1FEC" w:rsidR="00814ACB" w:rsidRPr="00A631E7" w:rsidRDefault="00814ACB" w:rsidP="00ED470F">
          <w:pPr>
            <w:pStyle w:val="TOC3"/>
            <w:tabs>
              <w:tab w:val="right" w:leader="dot" w:pos="8630"/>
            </w:tabs>
            <w:bidi/>
            <w:rPr>
              <w:rFonts w:ascii="DiodrumArabic-Regular" w:hAnsi="DiodrumArabic-Regular" w:cs="DiodrumArabic-Regular"/>
              <w:noProof/>
              <w:kern w:val="2"/>
              <w:sz w:val="16"/>
              <w:szCs w:val="16"/>
              <w14:ligatures w14:val="standardContextual"/>
            </w:rPr>
          </w:pPr>
          <w:hyperlink w:anchor="_Toc204265945" w:history="1">
            <w:r w:rsidRPr="00A631E7">
              <w:rPr>
                <w:rStyle w:val="Hyperlink"/>
                <w:rFonts w:ascii="DiodrumArabic-Regular" w:hAnsi="DiodrumArabic-Regular" w:cs="DiodrumArabic-Regular" w:hint="cs"/>
                <w:noProof/>
                <w:sz w:val="16"/>
                <w:szCs w:val="16"/>
              </w:rPr>
              <w:t xml:space="preserve">3.6 </w:t>
            </w:r>
            <w:r w:rsidRPr="00A631E7">
              <w:rPr>
                <w:rStyle w:val="Hyperlink"/>
                <w:rFonts w:ascii="DiodrumArabic-Regular" w:hAnsi="DiodrumArabic-Regular" w:cs="DiodrumArabic-Regular" w:hint="cs"/>
                <w:noProof/>
                <w:sz w:val="16"/>
                <w:szCs w:val="16"/>
                <w:rtl/>
              </w:rPr>
              <w:t>تعزيز</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إمكانية</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الوصول</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الرقمي</w:t>
            </w:r>
            <w:r w:rsidRPr="00A631E7">
              <w:rPr>
                <w:rFonts w:ascii="DiodrumArabic-Regular" w:hAnsi="DiodrumArabic-Regular" w:cs="DiodrumArabic-Regular" w:hint="cs"/>
                <w:noProof/>
                <w:webHidden/>
                <w:sz w:val="16"/>
                <w:szCs w:val="16"/>
              </w:rPr>
              <w:tab/>
            </w:r>
            <w:r w:rsidRPr="00A631E7">
              <w:rPr>
                <w:rStyle w:val="Hyperlink"/>
                <w:rFonts w:ascii="DiodrumArabic-Regular" w:hAnsi="DiodrumArabic-Regular" w:cs="DiodrumArabic-Regular" w:hint="cs"/>
                <w:noProof/>
                <w:sz w:val="16"/>
                <w:szCs w:val="16"/>
                <w:rtl/>
              </w:rPr>
              <w:fldChar w:fldCharType="begin"/>
            </w:r>
            <w:r w:rsidRPr="00A631E7">
              <w:rPr>
                <w:rFonts w:ascii="DiodrumArabic-Regular" w:hAnsi="DiodrumArabic-Regular" w:cs="DiodrumArabic-Regular" w:hint="cs"/>
                <w:noProof/>
                <w:webHidden/>
                <w:sz w:val="16"/>
                <w:szCs w:val="16"/>
              </w:rPr>
              <w:instrText xml:space="preserve"> PAGEREF _Toc204265945 \h </w:instrText>
            </w:r>
            <w:r w:rsidRPr="00A631E7">
              <w:rPr>
                <w:rStyle w:val="Hyperlink"/>
                <w:rFonts w:ascii="DiodrumArabic-Regular" w:hAnsi="DiodrumArabic-Regular" w:cs="DiodrumArabic-Regular" w:hint="cs"/>
                <w:noProof/>
                <w:sz w:val="16"/>
                <w:szCs w:val="16"/>
                <w:rtl/>
              </w:rPr>
            </w:r>
            <w:r w:rsidRPr="00A631E7">
              <w:rPr>
                <w:rStyle w:val="Hyperlink"/>
                <w:rFonts w:ascii="DiodrumArabic-Regular" w:hAnsi="DiodrumArabic-Regular" w:cs="DiodrumArabic-Regular" w:hint="cs"/>
                <w:noProof/>
                <w:sz w:val="16"/>
                <w:szCs w:val="16"/>
                <w:rtl/>
              </w:rPr>
              <w:fldChar w:fldCharType="separate"/>
            </w:r>
            <w:r w:rsidRPr="00A631E7">
              <w:rPr>
                <w:rFonts w:ascii="DiodrumArabic-Regular" w:hAnsi="DiodrumArabic-Regular" w:cs="DiodrumArabic-Regular" w:hint="cs"/>
                <w:noProof/>
                <w:webHidden/>
                <w:sz w:val="16"/>
                <w:szCs w:val="16"/>
              </w:rPr>
              <w:t>22</w:t>
            </w:r>
            <w:r w:rsidRPr="00A631E7">
              <w:rPr>
                <w:rStyle w:val="Hyperlink"/>
                <w:rFonts w:ascii="DiodrumArabic-Regular" w:hAnsi="DiodrumArabic-Regular" w:cs="DiodrumArabic-Regular" w:hint="cs"/>
                <w:noProof/>
                <w:sz w:val="16"/>
                <w:szCs w:val="16"/>
                <w:rtl/>
              </w:rPr>
              <w:fldChar w:fldCharType="end"/>
            </w:r>
          </w:hyperlink>
        </w:p>
        <w:p w14:paraId="070B87C0" w14:textId="5451A324" w:rsidR="00814ACB" w:rsidRPr="00A631E7" w:rsidRDefault="00814ACB" w:rsidP="00ED470F">
          <w:pPr>
            <w:pStyle w:val="TOC3"/>
            <w:tabs>
              <w:tab w:val="right" w:leader="dot" w:pos="8630"/>
            </w:tabs>
            <w:bidi/>
            <w:rPr>
              <w:rFonts w:ascii="DiodrumArabic-Regular" w:hAnsi="DiodrumArabic-Regular" w:cs="DiodrumArabic-Regular"/>
              <w:noProof/>
              <w:kern w:val="2"/>
              <w:sz w:val="16"/>
              <w:szCs w:val="16"/>
              <w14:ligatures w14:val="standardContextual"/>
            </w:rPr>
          </w:pPr>
          <w:hyperlink w:anchor="_Toc204265946" w:history="1">
            <w:r w:rsidRPr="00A631E7">
              <w:rPr>
                <w:rStyle w:val="Hyperlink"/>
                <w:rFonts w:ascii="DiodrumArabic-Regular" w:hAnsi="DiodrumArabic-Regular" w:cs="DiodrumArabic-Regular" w:hint="cs"/>
                <w:noProof/>
                <w:sz w:val="16"/>
                <w:szCs w:val="16"/>
              </w:rPr>
              <w:t xml:space="preserve">3.7 </w:t>
            </w:r>
            <w:r w:rsidRPr="00A631E7">
              <w:rPr>
                <w:rStyle w:val="Hyperlink"/>
                <w:rFonts w:ascii="DiodrumArabic-Regular" w:hAnsi="DiodrumArabic-Regular" w:cs="DiodrumArabic-Regular" w:hint="cs"/>
                <w:noProof/>
                <w:sz w:val="16"/>
                <w:szCs w:val="16"/>
                <w:rtl/>
              </w:rPr>
              <w:t>معايير</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ومبادئ</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إمكانية</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الوصول</w:t>
            </w:r>
            <w:r w:rsidRPr="00A631E7">
              <w:rPr>
                <w:rFonts w:ascii="DiodrumArabic-Regular" w:hAnsi="DiodrumArabic-Regular" w:cs="DiodrumArabic-Regular" w:hint="cs"/>
                <w:noProof/>
                <w:webHidden/>
                <w:sz w:val="16"/>
                <w:szCs w:val="16"/>
              </w:rPr>
              <w:tab/>
            </w:r>
            <w:r w:rsidRPr="00A631E7">
              <w:rPr>
                <w:rStyle w:val="Hyperlink"/>
                <w:rFonts w:ascii="DiodrumArabic-Regular" w:hAnsi="DiodrumArabic-Regular" w:cs="DiodrumArabic-Regular" w:hint="cs"/>
                <w:noProof/>
                <w:sz w:val="16"/>
                <w:szCs w:val="16"/>
                <w:rtl/>
              </w:rPr>
              <w:fldChar w:fldCharType="begin"/>
            </w:r>
            <w:r w:rsidRPr="00A631E7">
              <w:rPr>
                <w:rFonts w:ascii="DiodrumArabic-Regular" w:hAnsi="DiodrumArabic-Regular" w:cs="DiodrumArabic-Regular" w:hint="cs"/>
                <w:noProof/>
                <w:webHidden/>
                <w:sz w:val="16"/>
                <w:szCs w:val="16"/>
              </w:rPr>
              <w:instrText xml:space="preserve"> PAGEREF _Toc204265946 \h </w:instrText>
            </w:r>
            <w:r w:rsidRPr="00A631E7">
              <w:rPr>
                <w:rStyle w:val="Hyperlink"/>
                <w:rFonts w:ascii="DiodrumArabic-Regular" w:hAnsi="DiodrumArabic-Regular" w:cs="DiodrumArabic-Regular" w:hint="cs"/>
                <w:noProof/>
                <w:sz w:val="16"/>
                <w:szCs w:val="16"/>
                <w:rtl/>
              </w:rPr>
            </w:r>
            <w:r w:rsidRPr="00A631E7">
              <w:rPr>
                <w:rStyle w:val="Hyperlink"/>
                <w:rFonts w:ascii="DiodrumArabic-Regular" w:hAnsi="DiodrumArabic-Regular" w:cs="DiodrumArabic-Regular" w:hint="cs"/>
                <w:noProof/>
                <w:sz w:val="16"/>
                <w:szCs w:val="16"/>
                <w:rtl/>
              </w:rPr>
              <w:fldChar w:fldCharType="separate"/>
            </w:r>
            <w:r w:rsidRPr="00A631E7">
              <w:rPr>
                <w:rFonts w:ascii="DiodrumArabic-Regular" w:hAnsi="DiodrumArabic-Regular" w:cs="DiodrumArabic-Regular" w:hint="cs"/>
                <w:noProof/>
                <w:webHidden/>
                <w:sz w:val="16"/>
                <w:szCs w:val="16"/>
              </w:rPr>
              <w:t>23</w:t>
            </w:r>
            <w:r w:rsidRPr="00A631E7">
              <w:rPr>
                <w:rStyle w:val="Hyperlink"/>
                <w:rFonts w:ascii="DiodrumArabic-Regular" w:hAnsi="DiodrumArabic-Regular" w:cs="DiodrumArabic-Regular" w:hint="cs"/>
                <w:noProof/>
                <w:sz w:val="16"/>
                <w:szCs w:val="16"/>
                <w:rtl/>
              </w:rPr>
              <w:fldChar w:fldCharType="end"/>
            </w:r>
          </w:hyperlink>
        </w:p>
        <w:p w14:paraId="60637BAF" w14:textId="6D38E67E" w:rsidR="00814ACB" w:rsidRPr="00A631E7" w:rsidRDefault="00814ACB" w:rsidP="00ED470F">
          <w:pPr>
            <w:pStyle w:val="TOC3"/>
            <w:tabs>
              <w:tab w:val="right" w:leader="dot" w:pos="8630"/>
            </w:tabs>
            <w:bidi/>
            <w:rPr>
              <w:rFonts w:ascii="DiodrumArabic-Regular" w:hAnsi="DiodrumArabic-Regular" w:cs="DiodrumArabic-Regular"/>
              <w:noProof/>
              <w:kern w:val="2"/>
              <w:sz w:val="16"/>
              <w:szCs w:val="16"/>
              <w14:ligatures w14:val="standardContextual"/>
            </w:rPr>
          </w:pPr>
          <w:hyperlink w:anchor="_Toc204265947" w:history="1">
            <w:r w:rsidRPr="00A631E7">
              <w:rPr>
                <w:rStyle w:val="Hyperlink"/>
                <w:rFonts w:ascii="DiodrumArabic-Regular" w:hAnsi="DiodrumArabic-Regular" w:cs="DiodrumArabic-Regular" w:hint="cs"/>
                <w:noProof/>
                <w:sz w:val="16"/>
                <w:szCs w:val="16"/>
              </w:rPr>
              <w:t xml:space="preserve">3.8 </w:t>
            </w:r>
            <w:r w:rsidRPr="00A631E7">
              <w:rPr>
                <w:rStyle w:val="Hyperlink"/>
                <w:rFonts w:ascii="DiodrumArabic-Regular" w:hAnsi="DiodrumArabic-Regular" w:cs="DiodrumArabic-Regular" w:hint="cs"/>
                <w:noProof/>
                <w:sz w:val="16"/>
                <w:szCs w:val="16"/>
                <w:rtl/>
              </w:rPr>
              <w:t>النظام</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الوطني</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للتصميم</w:t>
            </w:r>
            <w:r w:rsidRPr="00A631E7">
              <w:rPr>
                <w:rStyle w:val="Hyperlink"/>
                <w:rFonts w:ascii="DiodrumArabic-Regular" w:hAnsi="DiodrumArabic-Regular" w:cs="DiodrumArabic-Regular" w:hint="cs"/>
                <w:noProof/>
                <w:sz w:val="16"/>
                <w:szCs w:val="16"/>
              </w:rPr>
              <w:t xml:space="preserve"> </w:t>
            </w:r>
            <w:r w:rsidRPr="00A631E7">
              <w:rPr>
                <w:rStyle w:val="Hyperlink"/>
                <w:rFonts w:ascii="DiodrumArabic-Regular" w:hAnsi="DiodrumArabic-Regular" w:cs="DiodrumArabic-Regular" w:hint="cs"/>
                <w:noProof/>
                <w:sz w:val="16"/>
                <w:szCs w:val="16"/>
                <w:rtl/>
              </w:rPr>
              <w:t>الموحد</w:t>
            </w:r>
            <w:r w:rsidRPr="00A631E7">
              <w:rPr>
                <w:rFonts w:ascii="DiodrumArabic-Regular" w:hAnsi="DiodrumArabic-Regular" w:cs="DiodrumArabic-Regular" w:hint="cs"/>
                <w:noProof/>
                <w:webHidden/>
                <w:sz w:val="16"/>
                <w:szCs w:val="16"/>
              </w:rPr>
              <w:tab/>
            </w:r>
            <w:r w:rsidRPr="00A631E7">
              <w:rPr>
                <w:rStyle w:val="Hyperlink"/>
                <w:rFonts w:ascii="DiodrumArabic-Regular" w:hAnsi="DiodrumArabic-Regular" w:cs="DiodrumArabic-Regular" w:hint="cs"/>
                <w:noProof/>
                <w:sz w:val="16"/>
                <w:szCs w:val="16"/>
                <w:rtl/>
              </w:rPr>
              <w:fldChar w:fldCharType="begin"/>
            </w:r>
            <w:r w:rsidRPr="00A631E7">
              <w:rPr>
                <w:rFonts w:ascii="DiodrumArabic-Regular" w:hAnsi="DiodrumArabic-Regular" w:cs="DiodrumArabic-Regular" w:hint="cs"/>
                <w:noProof/>
                <w:webHidden/>
                <w:sz w:val="16"/>
                <w:szCs w:val="16"/>
              </w:rPr>
              <w:instrText xml:space="preserve"> PAGEREF _Toc204265947 \h </w:instrText>
            </w:r>
            <w:r w:rsidRPr="00A631E7">
              <w:rPr>
                <w:rStyle w:val="Hyperlink"/>
                <w:rFonts w:ascii="DiodrumArabic-Regular" w:hAnsi="DiodrumArabic-Regular" w:cs="DiodrumArabic-Regular" w:hint="cs"/>
                <w:noProof/>
                <w:sz w:val="16"/>
                <w:szCs w:val="16"/>
                <w:rtl/>
              </w:rPr>
            </w:r>
            <w:r w:rsidRPr="00A631E7">
              <w:rPr>
                <w:rStyle w:val="Hyperlink"/>
                <w:rFonts w:ascii="DiodrumArabic-Regular" w:hAnsi="DiodrumArabic-Regular" w:cs="DiodrumArabic-Regular" w:hint="cs"/>
                <w:noProof/>
                <w:sz w:val="16"/>
                <w:szCs w:val="16"/>
                <w:rtl/>
              </w:rPr>
              <w:fldChar w:fldCharType="separate"/>
            </w:r>
            <w:r w:rsidRPr="00A631E7">
              <w:rPr>
                <w:rFonts w:ascii="DiodrumArabic-Regular" w:hAnsi="DiodrumArabic-Regular" w:cs="DiodrumArabic-Regular" w:hint="cs"/>
                <w:noProof/>
                <w:webHidden/>
                <w:sz w:val="16"/>
                <w:szCs w:val="16"/>
              </w:rPr>
              <w:t>24</w:t>
            </w:r>
            <w:r w:rsidRPr="00A631E7">
              <w:rPr>
                <w:rStyle w:val="Hyperlink"/>
                <w:rFonts w:ascii="DiodrumArabic-Regular" w:hAnsi="DiodrumArabic-Regular" w:cs="DiodrumArabic-Regular" w:hint="cs"/>
                <w:noProof/>
                <w:sz w:val="16"/>
                <w:szCs w:val="16"/>
                <w:rtl/>
              </w:rPr>
              <w:fldChar w:fldCharType="end"/>
            </w:r>
          </w:hyperlink>
        </w:p>
        <w:p w14:paraId="638CC57C" w14:textId="02E959D6" w:rsidR="00814ACB" w:rsidRPr="00A631E7" w:rsidRDefault="00814ACB" w:rsidP="00ED470F">
          <w:pPr>
            <w:pStyle w:val="TOC2"/>
            <w:bidi/>
            <w:rPr>
              <w:i/>
              <w:iCs/>
              <w:kern w:val="2"/>
              <w14:ligatures w14:val="standardContextual"/>
            </w:rPr>
          </w:pPr>
          <w:hyperlink w:anchor="_Toc204265948" w:history="1">
            <w:r w:rsidRPr="00A631E7">
              <w:rPr>
                <w:rStyle w:val="Hyperlink"/>
                <w:rFonts w:hint="cs"/>
              </w:rPr>
              <w:t xml:space="preserve">4. </w:t>
            </w:r>
            <w:r w:rsidRPr="00A631E7">
              <w:rPr>
                <w:rStyle w:val="Hyperlink"/>
                <w:rFonts w:hint="cs"/>
                <w:rtl/>
              </w:rPr>
              <w:t>الخاتمة</w:t>
            </w:r>
            <w:r w:rsidRPr="00A631E7">
              <w:rPr>
                <w:rFonts w:hint="cs"/>
                <w:webHidden/>
              </w:rPr>
              <w:tab/>
            </w:r>
            <w:r w:rsidRPr="00A631E7">
              <w:rPr>
                <w:rStyle w:val="Hyperlink"/>
                <w:rFonts w:hint="cs"/>
                <w:i/>
                <w:iCs/>
                <w:rtl/>
              </w:rPr>
              <w:fldChar w:fldCharType="begin"/>
            </w:r>
            <w:r w:rsidRPr="00A631E7">
              <w:rPr>
                <w:rFonts w:hint="cs"/>
                <w:webHidden/>
              </w:rPr>
              <w:instrText xml:space="preserve"> PAGEREF _Toc204265948 \h </w:instrText>
            </w:r>
            <w:r w:rsidRPr="00A631E7">
              <w:rPr>
                <w:rStyle w:val="Hyperlink"/>
                <w:rFonts w:hint="cs"/>
                <w:i/>
                <w:iCs/>
                <w:rtl/>
              </w:rPr>
            </w:r>
            <w:r w:rsidRPr="00A631E7">
              <w:rPr>
                <w:rStyle w:val="Hyperlink"/>
                <w:rFonts w:hint="cs"/>
                <w:i/>
                <w:iCs/>
                <w:rtl/>
              </w:rPr>
              <w:fldChar w:fldCharType="separate"/>
            </w:r>
            <w:r w:rsidRPr="00A631E7">
              <w:rPr>
                <w:rFonts w:hint="cs"/>
                <w:webHidden/>
              </w:rPr>
              <w:t>29</w:t>
            </w:r>
            <w:r w:rsidRPr="00A631E7">
              <w:rPr>
                <w:rStyle w:val="Hyperlink"/>
                <w:rFonts w:hint="cs"/>
                <w:i/>
                <w:iCs/>
                <w:rtl/>
              </w:rPr>
              <w:fldChar w:fldCharType="end"/>
            </w:r>
          </w:hyperlink>
        </w:p>
        <w:p w14:paraId="2A8108E1" w14:textId="6E6803E0" w:rsidR="00814ACB" w:rsidRPr="00A631E7" w:rsidRDefault="00814ACB" w:rsidP="00ED470F">
          <w:pPr>
            <w:pStyle w:val="TOC2"/>
            <w:bidi/>
            <w:rPr>
              <w:i/>
              <w:iCs/>
              <w:kern w:val="2"/>
              <w14:ligatures w14:val="standardContextual"/>
            </w:rPr>
          </w:pPr>
          <w:hyperlink w:anchor="_Toc204265949" w:history="1">
            <w:r w:rsidRPr="00A631E7">
              <w:rPr>
                <w:rStyle w:val="Hyperlink"/>
                <w:rFonts w:hint="cs"/>
              </w:rPr>
              <w:t>5</w:t>
            </w:r>
            <w:r w:rsidRPr="00A631E7">
              <w:rPr>
                <w:rStyle w:val="Hyperlink"/>
                <w:rFonts w:hint="cs"/>
                <w:rtl/>
              </w:rPr>
              <w:t>التعريفات</w:t>
            </w:r>
            <w:r w:rsidRPr="00A631E7">
              <w:rPr>
                <w:rFonts w:hint="cs"/>
                <w:webHidden/>
              </w:rPr>
              <w:tab/>
            </w:r>
            <w:r w:rsidRPr="00A631E7">
              <w:rPr>
                <w:rStyle w:val="Hyperlink"/>
                <w:rFonts w:hint="cs"/>
                <w:i/>
                <w:iCs/>
                <w:rtl/>
              </w:rPr>
              <w:fldChar w:fldCharType="begin"/>
            </w:r>
            <w:r w:rsidRPr="00A631E7">
              <w:rPr>
                <w:rFonts w:hint="cs"/>
                <w:webHidden/>
              </w:rPr>
              <w:instrText xml:space="preserve"> PAGEREF _Toc204265949 \h </w:instrText>
            </w:r>
            <w:r w:rsidRPr="00A631E7">
              <w:rPr>
                <w:rStyle w:val="Hyperlink"/>
                <w:rFonts w:hint="cs"/>
                <w:i/>
                <w:iCs/>
                <w:rtl/>
              </w:rPr>
            </w:r>
            <w:r w:rsidRPr="00A631E7">
              <w:rPr>
                <w:rStyle w:val="Hyperlink"/>
                <w:rFonts w:hint="cs"/>
                <w:i/>
                <w:iCs/>
                <w:rtl/>
              </w:rPr>
              <w:fldChar w:fldCharType="separate"/>
            </w:r>
            <w:r w:rsidRPr="00A631E7">
              <w:rPr>
                <w:rFonts w:hint="cs"/>
                <w:webHidden/>
              </w:rPr>
              <w:t>30</w:t>
            </w:r>
            <w:r w:rsidRPr="00A631E7">
              <w:rPr>
                <w:rStyle w:val="Hyperlink"/>
                <w:rFonts w:hint="cs"/>
                <w:i/>
                <w:iCs/>
                <w:rtl/>
              </w:rPr>
              <w:fldChar w:fldCharType="end"/>
            </w:r>
          </w:hyperlink>
        </w:p>
        <w:p w14:paraId="333E699E" w14:textId="54851D49" w:rsidR="00814ACB" w:rsidRPr="00A631E7" w:rsidRDefault="00814ACB" w:rsidP="00ED470F">
          <w:pPr>
            <w:pStyle w:val="TOC2"/>
            <w:bidi/>
            <w:rPr>
              <w:i/>
              <w:iCs/>
              <w:kern w:val="2"/>
              <w14:ligatures w14:val="standardContextual"/>
            </w:rPr>
          </w:pPr>
          <w:hyperlink w:anchor="_Toc204265950" w:history="1">
            <w:r w:rsidRPr="00A631E7">
              <w:rPr>
                <w:rStyle w:val="Hyperlink"/>
                <w:rFonts w:hint="cs"/>
              </w:rPr>
              <w:t xml:space="preserve">6. </w:t>
            </w:r>
            <w:r w:rsidRPr="00A631E7">
              <w:rPr>
                <w:rStyle w:val="Hyperlink"/>
                <w:rFonts w:hint="cs"/>
                <w:rtl/>
              </w:rPr>
              <w:t>قائمة</w:t>
            </w:r>
            <w:r w:rsidRPr="00A631E7">
              <w:rPr>
                <w:rStyle w:val="Hyperlink"/>
                <w:rFonts w:hint="cs"/>
              </w:rPr>
              <w:t xml:space="preserve"> </w:t>
            </w:r>
            <w:r w:rsidRPr="00A631E7">
              <w:rPr>
                <w:rStyle w:val="Hyperlink"/>
                <w:rFonts w:hint="cs"/>
                <w:rtl/>
              </w:rPr>
              <w:t>المراجع</w:t>
            </w:r>
            <w:r w:rsidRPr="00A631E7">
              <w:rPr>
                <w:rFonts w:hint="cs"/>
                <w:webHidden/>
              </w:rPr>
              <w:tab/>
            </w:r>
            <w:r w:rsidRPr="00A631E7">
              <w:rPr>
                <w:rStyle w:val="Hyperlink"/>
                <w:rFonts w:hint="cs"/>
                <w:i/>
                <w:iCs/>
                <w:rtl/>
              </w:rPr>
              <w:fldChar w:fldCharType="begin"/>
            </w:r>
            <w:r w:rsidRPr="00A631E7">
              <w:rPr>
                <w:rFonts w:hint="cs"/>
                <w:webHidden/>
              </w:rPr>
              <w:instrText xml:space="preserve"> PAGEREF _Toc204265950 \h </w:instrText>
            </w:r>
            <w:r w:rsidRPr="00A631E7">
              <w:rPr>
                <w:rStyle w:val="Hyperlink"/>
                <w:rFonts w:hint="cs"/>
                <w:i/>
                <w:iCs/>
                <w:rtl/>
              </w:rPr>
            </w:r>
            <w:r w:rsidRPr="00A631E7">
              <w:rPr>
                <w:rStyle w:val="Hyperlink"/>
                <w:rFonts w:hint="cs"/>
                <w:i/>
                <w:iCs/>
                <w:rtl/>
              </w:rPr>
              <w:fldChar w:fldCharType="separate"/>
            </w:r>
            <w:r w:rsidRPr="00A631E7">
              <w:rPr>
                <w:rFonts w:hint="cs"/>
                <w:webHidden/>
              </w:rPr>
              <w:t>31</w:t>
            </w:r>
            <w:r w:rsidRPr="00A631E7">
              <w:rPr>
                <w:rStyle w:val="Hyperlink"/>
                <w:rFonts w:hint="cs"/>
                <w:i/>
                <w:iCs/>
                <w:rtl/>
              </w:rPr>
              <w:fldChar w:fldCharType="end"/>
            </w:r>
          </w:hyperlink>
        </w:p>
        <w:p w14:paraId="7C66AFFB" w14:textId="06E5F0CC" w:rsidR="00814ACB" w:rsidRPr="00A631E7" w:rsidRDefault="00814ACB" w:rsidP="00ED470F">
          <w:pPr>
            <w:pStyle w:val="TOC2"/>
            <w:bidi/>
            <w:rPr>
              <w:i/>
              <w:iCs/>
              <w:kern w:val="2"/>
              <w14:ligatures w14:val="standardContextual"/>
            </w:rPr>
          </w:pPr>
          <w:hyperlink w:anchor="_Toc204265951" w:history="1">
            <w:r w:rsidRPr="00A631E7">
              <w:rPr>
                <w:rStyle w:val="Hyperlink"/>
                <w:rFonts w:hint="cs"/>
                <w:rtl/>
              </w:rPr>
              <w:t>استطلاع</w:t>
            </w:r>
            <w:r w:rsidRPr="00A631E7">
              <w:rPr>
                <w:rStyle w:val="Hyperlink"/>
                <w:rFonts w:hint="cs"/>
              </w:rPr>
              <w:t xml:space="preserve"> </w:t>
            </w:r>
            <w:r w:rsidRPr="00A631E7">
              <w:rPr>
                <w:rStyle w:val="Hyperlink"/>
                <w:rFonts w:hint="cs"/>
                <w:rtl/>
              </w:rPr>
              <w:t>الآراء</w:t>
            </w:r>
            <w:r w:rsidRPr="00A631E7">
              <w:rPr>
                <w:rStyle w:val="Hyperlink"/>
                <w:rFonts w:hint="cs"/>
              </w:rPr>
              <w:t xml:space="preserve"> </w:t>
            </w:r>
            <w:r w:rsidRPr="00A631E7">
              <w:rPr>
                <w:rStyle w:val="Hyperlink"/>
                <w:rFonts w:hint="cs"/>
                <w:rtl/>
              </w:rPr>
              <w:t>حول</w:t>
            </w:r>
            <w:r w:rsidRPr="00A631E7">
              <w:rPr>
                <w:rStyle w:val="Hyperlink"/>
                <w:rFonts w:hint="cs"/>
              </w:rPr>
              <w:t xml:space="preserve"> </w:t>
            </w:r>
            <w:r w:rsidRPr="00A631E7">
              <w:rPr>
                <w:rStyle w:val="Hyperlink"/>
                <w:rFonts w:hint="cs"/>
                <w:rtl/>
              </w:rPr>
              <w:t>الدراسة عبر</w:t>
            </w:r>
            <w:r w:rsidRPr="00A631E7">
              <w:rPr>
                <w:rStyle w:val="Hyperlink"/>
                <w:rFonts w:hint="cs"/>
              </w:rPr>
              <w:t xml:space="preserve"> </w:t>
            </w:r>
            <w:r w:rsidRPr="00A631E7">
              <w:rPr>
                <w:rStyle w:val="Hyperlink"/>
                <w:rFonts w:hint="cs"/>
                <w:rtl/>
              </w:rPr>
              <w:t>الرابط</w:t>
            </w:r>
            <w:r w:rsidRPr="00A631E7">
              <w:rPr>
                <w:rStyle w:val="Hyperlink"/>
                <w:rFonts w:hint="cs"/>
              </w:rPr>
              <w:t xml:space="preserve"> </w:t>
            </w:r>
            <w:r w:rsidRPr="00A631E7">
              <w:rPr>
                <w:rStyle w:val="Hyperlink"/>
                <w:rFonts w:hint="cs"/>
                <w:rtl/>
              </w:rPr>
              <w:t>التالي:</w:t>
            </w:r>
            <w:r w:rsidRPr="00A631E7">
              <w:rPr>
                <w:rFonts w:hint="cs"/>
                <w:webHidden/>
              </w:rPr>
              <w:tab/>
            </w:r>
            <w:r w:rsidRPr="00A631E7">
              <w:rPr>
                <w:rStyle w:val="Hyperlink"/>
                <w:rFonts w:hint="cs"/>
                <w:i/>
                <w:iCs/>
                <w:rtl/>
              </w:rPr>
              <w:fldChar w:fldCharType="begin"/>
            </w:r>
            <w:r w:rsidRPr="00A631E7">
              <w:rPr>
                <w:rFonts w:hint="cs"/>
                <w:webHidden/>
              </w:rPr>
              <w:instrText xml:space="preserve"> PAGEREF _Toc204265951 \h </w:instrText>
            </w:r>
            <w:r w:rsidRPr="00A631E7">
              <w:rPr>
                <w:rStyle w:val="Hyperlink"/>
                <w:rFonts w:hint="cs"/>
                <w:i/>
                <w:iCs/>
                <w:rtl/>
              </w:rPr>
            </w:r>
            <w:r w:rsidRPr="00A631E7">
              <w:rPr>
                <w:rStyle w:val="Hyperlink"/>
                <w:rFonts w:hint="cs"/>
                <w:i/>
                <w:iCs/>
                <w:rtl/>
              </w:rPr>
              <w:fldChar w:fldCharType="separate"/>
            </w:r>
            <w:r w:rsidRPr="00A631E7">
              <w:rPr>
                <w:rFonts w:hint="cs"/>
                <w:webHidden/>
              </w:rPr>
              <w:t>32</w:t>
            </w:r>
            <w:r w:rsidRPr="00A631E7">
              <w:rPr>
                <w:rStyle w:val="Hyperlink"/>
                <w:rFonts w:hint="cs"/>
                <w:i/>
                <w:iCs/>
                <w:rtl/>
              </w:rPr>
              <w:fldChar w:fldCharType="end"/>
            </w:r>
          </w:hyperlink>
        </w:p>
        <w:p w14:paraId="0A7A2B5F" w14:textId="7CBF6007" w:rsidR="00814ACB" w:rsidRPr="00814ACB" w:rsidRDefault="00814ACB" w:rsidP="00ED470F">
          <w:pPr>
            <w:pStyle w:val="TOC2"/>
            <w:bidi/>
            <w:rPr>
              <w:i/>
              <w:iCs/>
              <w:kern w:val="2"/>
              <w14:ligatures w14:val="standardContextual"/>
            </w:rPr>
          </w:pPr>
          <w:hyperlink w:anchor="_Toc204265952" w:history="1">
            <w:r w:rsidRPr="00A631E7">
              <w:rPr>
                <w:rStyle w:val="Hyperlink"/>
                <w:rFonts w:hint="cs"/>
                <w:rtl/>
              </w:rPr>
              <w:t>للتفضل</w:t>
            </w:r>
            <w:r w:rsidRPr="00A631E7">
              <w:rPr>
                <w:rStyle w:val="Hyperlink"/>
                <w:rFonts w:hint="cs"/>
              </w:rPr>
              <w:t xml:space="preserve"> </w:t>
            </w:r>
            <w:r w:rsidRPr="00A631E7">
              <w:rPr>
                <w:rStyle w:val="Hyperlink"/>
                <w:rFonts w:hint="cs"/>
                <w:rtl/>
              </w:rPr>
              <w:t>بزيارة</w:t>
            </w:r>
            <w:r w:rsidRPr="00A631E7">
              <w:rPr>
                <w:rStyle w:val="Hyperlink"/>
                <w:rFonts w:hint="cs"/>
              </w:rPr>
              <w:t xml:space="preserve"> </w:t>
            </w:r>
            <w:r w:rsidRPr="00A631E7">
              <w:rPr>
                <w:rStyle w:val="Hyperlink"/>
                <w:rFonts w:hint="cs"/>
                <w:rtl/>
              </w:rPr>
              <w:t>الرابط</w:t>
            </w:r>
            <w:r w:rsidRPr="00A631E7">
              <w:rPr>
                <w:rStyle w:val="Hyperlink"/>
                <w:rFonts w:hint="cs"/>
              </w:rPr>
              <w:t xml:space="preserve"> </w:t>
            </w:r>
            <w:r w:rsidRPr="00A631E7">
              <w:rPr>
                <w:rStyle w:val="Hyperlink"/>
                <w:rFonts w:hint="cs"/>
                <w:rtl/>
              </w:rPr>
              <w:t>التالي</w:t>
            </w:r>
            <w:r w:rsidRPr="00A631E7">
              <w:rPr>
                <w:rStyle w:val="Hyperlink"/>
                <w:rFonts w:hint="cs"/>
              </w:rPr>
              <w:t xml:space="preserve"> </w:t>
            </w:r>
            <w:r w:rsidRPr="00A631E7">
              <w:rPr>
                <w:rStyle w:val="Hyperlink"/>
                <w:rFonts w:hint="cs"/>
                <w:rtl/>
              </w:rPr>
              <w:t>للمزيد</w:t>
            </w:r>
            <w:r w:rsidRPr="00A631E7">
              <w:rPr>
                <w:rStyle w:val="Hyperlink"/>
                <w:rFonts w:hint="cs"/>
              </w:rPr>
              <w:t xml:space="preserve"> </w:t>
            </w:r>
            <w:r w:rsidRPr="00A631E7">
              <w:rPr>
                <w:rStyle w:val="Hyperlink"/>
                <w:rFonts w:hint="cs"/>
                <w:rtl/>
              </w:rPr>
              <w:t>من</w:t>
            </w:r>
            <w:r w:rsidRPr="00A631E7">
              <w:rPr>
                <w:rStyle w:val="Hyperlink"/>
                <w:rFonts w:hint="cs"/>
              </w:rPr>
              <w:t xml:space="preserve"> </w:t>
            </w:r>
            <w:r w:rsidRPr="00A631E7">
              <w:rPr>
                <w:rStyle w:val="Hyperlink"/>
                <w:rFonts w:hint="cs"/>
                <w:rtl/>
              </w:rPr>
              <w:t>الدراسات</w:t>
            </w:r>
            <w:r w:rsidRPr="00A631E7">
              <w:rPr>
                <w:rStyle w:val="Hyperlink"/>
                <w:rFonts w:hint="cs"/>
              </w:rPr>
              <w:t xml:space="preserve"> </w:t>
            </w:r>
            <w:r w:rsidRPr="00A631E7">
              <w:rPr>
                <w:rStyle w:val="Hyperlink"/>
                <w:rFonts w:hint="cs"/>
                <w:rtl/>
              </w:rPr>
              <w:t>البحثية:</w:t>
            </w:r>
            <w:r w:rsidRPr="00A631E7">
              <w:rPr>
                <w:rFonts w:hint="cs"/>
                <w:webHidden/>
              </w:rPr>
              <w:tab/>
            </w:r>
            <w:r w:rsidRPr="00A631E7">
              <w:rPr>
                <w:rStyle w:val="Hyperlink"/>
                <w:rFonts w:hint="cs"/>
                <w:i/>
                <w:iCs/>
                <w:rtl/>
              </w:rPr>
              <w:fldChar w:fldCharType="begin"/>
            </w:r>
            <w:r w:rsidRPr="00A631E7">
              <w:rPr>
                <w:rFonts w:hint="cs"/>
                <w:webHidden/>
              </w:rPr>
              <w:instrText xml:space="preserve"> PAGEREF _Toc204265952 \h </w:instrText>
            </w:r>
            <w:r w:rsidRPr="00A631E7">
              <w:rPr>
                <w:rStyle w:val="Hyperlink"/>
                <w:rFonts w:hint="cs"/>
                <w:i/>
                <w:iCs/>
                <w:rtl/>
              </w:rPr>
            </w:r>
            <w:r w:rsidRPr="00A631E7">
              <w:rPr>
                <w:rStyle w:val="Hyperlink"/>
                <w:rFonts w:hint="cs"/>
                <w:i/>
                <w:iCs/>
                <w:rtl/>
              </w:rPr>
              <w:fldChar w:fldCharType="separate"/>
            </w:r>
            <w:r w:rsidRPr="00A631E7">
              <w:rPr>
                <w:rFonts w:hint="cs"/>
                <w:webHidden/>
              </w:rPr>
              <w:t>32</w:t>
            </w:r>
            <w:r w:rsidRPr="00A631E7">
              <w:rPr>
                <w:rStyle w:val="Hyperlink"/>
                <w:rFonts w:hint="cs"/>
                <w:i/>
                <w:iCs/>
                <w:rtl/>
              </w:rPr>
              <w:fldChar w:fldCharType="end"/>
            </w:r>
          </w:hyperlink>
        </w:p>
        <w:p w14:paraId="041A3A49" w14:textId="54D3DA50" w:rsidR="00814ACB" w:rsidRPr="00814ACB" w:rsidRDefault="00814ACB" w:rsidP="00ED470F">
          <w:pPr>
            <w:bidi/>
            <w:rPr>
              <w:rFonts w:ascii="☞DIODRUM ARABIC MEDIUM" w:hAnsi="☞DIODRUM ARABIC MEDIUM" w:cs="☞DIODRUM ARABIC MEDIUM"/>
              <w:sz w:val="16"/>
              <w:szCs w:val="16"/>
            </w:rPr>
          </w:pPr>
          <w:r w:rsidRPr="00814ACB">
            <w:rPr>
              <w:rFonts w:ascii="☞DIODRUM ARABIC MEDIUM" w:hAnsi="☞DIODRUM ARABIC MEDIUM" w:cs="☞DIODRUM ARABIC MEDIUM" w:hint="cs"/>
              <w:sz w:val="16"/>
              <w:szCs w:val="16"/>
            </w:rPr>
            <w:fldChar w:fldCharType="end"/>
          </w:r>
        </w:p>
      </w:sdtContent>
    </w:sdt>
    <w:p w14:paraId="5F528531" w14:textId="77777777" w:rsidR="00940FDE" w:rsidRDefault="00940FDE" w:rsidP="00ED470F">
      <w:pPr>
        <w:bidi/>
      </w:pPr>
    </w:p>
    <w:p w14:paraId="5A68055E" w14:textId="77777777" w:rsidR="00D04C7D" w:rsidRDefault="00D6184D">
      <w:r>
        <w:br w:type="page"/>
      </w:r>
    </w:p>
    <w:p w14:paraId="63A2D272" w14:textId="77777777" w:rsidR="00D04C7D" w:rsidRPr="00103393" w:rsidRDefault="00D6184D">
      <w:pPr>
        <w:pStyle w:val="Heading2"/>
        <w:bidi/>
        <w:jc w:val="both"/>
        <w:rPr>
          <w:rFonts w:ascii="DiodrumArabic-Bold" w:hAnsi="DiodrumArabic-Bold" w:cs="DiodrumArabic-Bold"/>
          <w:color w:val="auto"/>
        </w:rPr>
      </w:pPr>
      <w:bookmarkStart w:id="4" w:name="heading_3_1_مقدمة"/>
      <w:bookmarkStart w:id="5" w:name="_Toc204265933"/>
      <w:r w:rsidRPr="00103393">
        <w:rPr>
          <w:rFonts w:ascii="DiodrumArabic-Bold" w:hAnsi="DiodrumArabic-Bold" w:cs="DiodrumArabic-Bold"/>
          <w:color w:val="auto"/>
        </w:rPr>
        <w:lastRenderedPageBreak/>
        <w:t xml:space="preserve">1. </w:t>
      </w:r>
      <w:r w:rsidRPr="00103393">
        <w:rPr>
          <w:rFonts w:ascii="DiodrumArabic-Bold" w:hAnsi="DiodrumArabic-Bold" w:cs="DiodrumArabic-Bold"/>
          <w:color w:val="auto"/>
          <w:rtl/>
        </w:rPr>
        <w:t>مقدمة</w:t>
      </w:r>
      <w:bookmarkEnd w:id="4"/>
      <w:bookmarkEnd w:id="5"/>
    </w:p>
    <w:p w14:paraId="78703D72" w14:textId="1F591768" w:rsidR="00D04C7D" w:rsidRDefault="00D6184D" w:rsidP="001A705E">
      <w:pPr>
        <w:bidi/>
      </w:pPr>
      <w:r>
        <w:rPr>
          <w:rFonts w:ascii="DiodrumArabic-Medium" w:hAnsi="DiodrumArabic-Medium" w:cs="DiodrumArabic-Medium"/>
          <w:sz w:val="21"/>
          <w:szCs w:val="21"/>
          <w:rtl/>
        </w:rPr>
        <w:t>يشهد</w:t>
      </w:r>
      <w:r>
        <w:rPr>
          <w:rFonts w:ascii="DiodrumArabic-Medium" w:hAnsi="DiodrumArabic-Medium"/>
          <w:sz w:val="21"/>
        </w:rPr>
        <w:t xml:space="preserve"> </w:t>
      </w:r>
      <w:r>
        <w:rPr>
          <w:rFonts w:ascii="DiodrumArabic-Medium" w:hAnsi="DiodrumArabic-Medium" w:cs="DiodrumArabic-Medium"/>
          <w:sz w:val="21"/>
          <w:szCs w:val="21"/>
          <w:rtl/>
        </w:rPr>
        <w:t>العالم</w:t>
      </w:r>
      <w:r>
        <w:rPr>
          <w:rFonts w:ascii="DiodrumArabic-Medium" w:hAnsi="DiodrumArabic-Medium"/>
          <w:sz w:val="21"/>
        </w:rPr>
        <w:t xml:space="preserve"> </w:t>
      </w:r>
      <w:r>
        <w:rPr>
          <w:rFonts w:ascii="DiodrumArabic-Medium" w:hAnsi="DiodrumArabic-Medium" w:cs="DiodrumArabic-Medium"/>
          <w:sz w:val="21"/>
          <w:szCs w:val="21"/>
          <w:rtl/>
        </w:rPr>
        <w:t>الرقمي</w:t>
      </w:r>
      <w:r>
        <w:rPr>
          <w:rFonts w:ascii="DiodrumArabic-Medium" w:hAnsi="DiodrumArabic-Medium"/>
          <w:sz w:val="21"/>
        </w:rPr>
        <w:t xml:space="preserve"> </w:t>
      </w:r>
      <w:r>
        <w:rPr>
          <w:rFonts w:ascii="DiodrumArabic-Medium" w:hAnsi="DiodrumArabic-Medium" w:cs="DiodrumArabic-Medium"/>
          <w:sz w:val="21"/>
          <w:szCs w:val="21"/>
          <w:rtl/>
        </w:rPr>
        <w:t>تحولات</w:t>
      </w:r>
      <w:r>
        <w:rPr>
          <w:rFonts w:ascii="DiodrumArabic-Medium" w:hAnsi="DiodrumArabic-Medium"/>
          <w:sz w:val="21"/>
        </w:rPr>
        <w:t xml:space="preserve"> </w:t>
      </w:r>
      <w:r>
        <w:rPr>
          <w:rFonts w:ascii="DiodrumArabic-Medium" w:hAnsi="DiodrumArabic-Medium" w:cs="DiodrumArabic-Medium"/>
          <w:sz w:val="21"/>
          <w:szCs w:val="21"/>
          <w:rtl/>
        </w:rPr>
        <w:t>متسارعة،</w:t>
      </w:r>
      <w:r>
        <w:rPr>
          <w:rFonts w:ascii="DiodrumArabic-Medium" w:hAnsi="DiodrumArabic-Medium"/>
          <w:sz w:val="21"/>
        </w:rPr>
        <w:t xml:space="preserve"> </w:t>
      </w:r>
      <w:r>
        <w:rPr>
          <w:rFonts w:ascii="DiodrumArabic-Medium" w:hAnsi="DiodrumArabic-Medium" w:cs="DiodrumArabic-Medium"/>
          <w:sz w:val="21"/>
          <w:szCs w:val="21"/>
          <w:rtl/>
        </w:rPr>
        <w:t>مما</w:t>
      </w:r>
      <w:r>
        <w:rPr>
          <w:rFonts w:ascii="DiodrumArabic-Medium" w:hAnsi="DiodrumArabic-Medium"/>
          <w:sz w:val="21"/>
        </w:rPr>
        <w:t xml:space="preserve"> </w:t>
      </w:r>
      <w:r>
        <w:rPr>
          <w:rFonts w:ascii="DiodrumArabic-Medium" w:hAnsi="DiodrumArabic-Medium" w:cs="DiodrumArabic-Medium"/>
          <w:sz w:val="21"/>
          <w:szCs w:val="21"/>
          <w:rtl/>
        </w:rPr>
        <w:t>يجعل</w:t>
      </w:r>
      <w:r>
        <w:rPr>
          <w:rFonts w:ascii="DiodrumArabic-Medium" w:hAnsi="DiodrumArabic-Medium"/>
          <w:sz w:val="21"/>
        </w:rPr>
        <w:t xml:space="preserve"> </w:t>
      </w:r>
      <w:r>
        <w:rPr>
          <w:rFonts w:ascii="DiodrumArabic-Medium" w:hAnsi="DiodrumArabic-Medium" w:cs="DiodrumArabic-Medium"/>
          <w:sz w:val="21"/>
          <w:szCs w:val="21"/>
          <w:rtl/>
        </w:rPr>
        <w:t>الوصول</w:t>
      </w:r>
      <w:r>
        <w:rPr>
          <w:rFonts w:ascii="DiodrumArabic-Medium" w:hAnsi="DiodrumArabic-Medium"/>
          <w:sz w:val="21"/>
        </w:rPr>
        <w:t xml:space="preserve"> </w:t>
      </w:r>
      <w:r>
        <w:rPr>
          <w:rFonts w:ascii="DiodrumArabic-Medium" w:hAnsi="DiodrumArabic-Medium" w:cs="DiodrumArabic-Medium"/>
          <w:sz w:val="21"/>
          <w:szCs w:val="21"/>
          <w:rtl/>
        </w:rPr>
        <w:t>العادل</w:t>
      </w:r>
      <w:r>
        <w:rPr>
          <w:rFonts w:ascii="DiodrumArabic-Medium" w:hAnsi="DiodrumArabic-Medium"/>
          <w:sz w:val="21"/>
        </w:rPr>
        <w:t xml:space="preserve"> </w:t>
      </w:r>
      <w:r>
        <w:rPr>
          <w:rFonts w:ascii="DiodrumArabic-Medium" w:hAnsi="DiodrumArabic-Medium" w:cs="DiodrumArabic-Medium"/>
          <w:sz w:val="21"/>
          <w:szCs w:val="21"/>
          <w:rtl/>
        </w:rPr>
        <w:t>إلى</w:t>
      </w:r>
      <w:r>
        <w:rPr>
          <w:rFonts w:ascii="DiodrumArabic-Medium" w:hAnsi="DiodrumArabic-Medium"/>
          <w:sz w:val="21"/>
        </w:rPr>
        <w:t xml:space="preserve"> </w:t>
      </w:r>
      <w:r>
        <w:rPr>
          <w:rFonts w:ascii="DiodrumArabic-Medium" w:hAnsi="DiodrumArabic-Medium" w:cs="DiodrumArabic-Medium"/>
          <w:sz w:val="21"/>
          <w:szCs w:val="21"/>
          <w:rtl/>
        </w:rPr>
        <w:t>المنتجات</w:t>
      </w:r>
      <w:r>
        <w:rPr>
          <w:rFonts w:ascii="DiodrumArabic-Medium" w:hAnsi="DiodrumArabic-Medium"/>
          <w:sz w:val="21"/>
        </w:rPr>
        <w:t xml:space="preserve"> </w:t>
      </w:r>
      <w:r>
        <w:rPr>
          <w:rFonts w:ascii="DiodrumArabic-Medium" w:hAnsi="DiodrumArabic-Medium" w:cs="DiodrumArabic-Medium"/>
          <w:sz w:val="21"/>
          <w:szCs w:val="21"/>
          <w:rtl/>
        </w:rPr>
        <w:t>والخدمات</w:t>
      </w:r>
      <w:r>
        <w:rPr>
          <w:rFonts w:ascii="DiodrumArabic-Medium" w:hAnsi="DiodrumArabic-Medium"/>
          <w:sz w:val="21"/>
        </w:rPr>
        <w:t xml:space="preserve"> </w:t>
      </w:r>
      <w:r>
        <w:rPr>
          <w:rFonts w:ascii="DiodrumArabic-Medium" w:hAnsi="DiodrumArabic-Medium" w:cs="DiodrumArabic-Medium"/>
          <w:sz w:val="21"/>
          <w:szCs w:val="21"/>
          <w:rtl/>
        </w:rPr>
        <w:t>الرقمية</w:t>
      </w:r>
      <w:r>
        <w:rPr>
          <w:rFonts w:ascii="DiodrumArabic-Medium" w:hAnsi="DiodrumArabic-Medium"/>
          <w:sz w:val="21"/>
        </w:rPr>
        <w:t xml:space="preserve"> </w:t>
      </w:r>
      <w:r>
        <w:rPr>
          <w:rFonts w:ascii="DiodrumArabic-Medium" w:hAnsi="DiodrumArabic-Medium" w:cs="DiodrumArabic-Medium"/>
          <w:sz w:val="21"/>
          <w:szCs w:val="21"/>
          <w:rtl/>
        </w:rPr>
        <w:t>ضرورة</w:t>
      </w:r>
      <w:r>
        <w:rPr>
          <w:rFonts w:ascii="DiodrumArabic-Medium" w:hAnsi="DiodrumArabic-Medium"/>
          <w:sz w:val="21"/>
        </w:rPr>
        <w:t xml:space="preserve"> </w:t>
      </w:r>
      <w:r>
        <w:rPr>
          <w:rFonts w:ascii="DiodrumArabic-Medium" w:hAnsi="DiodrumArabic-Medium" w:cs="DiodrumArabic-Medium"/>
          <w:sz w:val="21"/>
          <w:szCs w:val="21"/>
          <w:rtl/>
        </w:rPr>
        <w:t>أساسية</w:t>
      </w:r>
      <w:r>
        <w:rPr>
          <w:rFonts w:ascii="DiodrumArabic-Medium" w:hAnsi="DiodrumArabic-Medium"/>
          <w:sz w:val="21"/>
        </w:rPr>
        <w:t xml:space="preserve"> </w:t>
      </w:r>
      <w:r>
        <w:rPr>
          <w:rFonts w:ascii="DiodrumArabic-Medium" w:hAnsi="DiodrumArabic-Medium" w:cs="DiodrumArabic-Medium"/>
          <w:sz w:val="21"/>
          <w:szCs w:val="21"/>
          <w:rtl/>
        </w:rPr>
        <w:t>لتعزيز</w:t>
      </w:r>
      <w:r>
        <w:rPr>
          <w:rFonts w:ascii="DiodrumArabic-Medium" w:hAnsi="DiodrumArabic-Medium"/>
          <w:sz w:val="21"/>
        </w:rPr>
        <w:t xml:space="preserve"> </w:t>
      </w:r>
      <w:r>
        <w:rPr>
          <w:rFonts w:ascii="DiodrumArabic-Medium" w:hAnsi="DiodrumArabic-Medium" w:cs="DiodrumArabic-Medium"/>
          <w:sz w:val="21"/>
          <w:szCs w:val="21"/>
          <w:rtl/>
        </w:rPr>
        <w:t>مشاركة</w:t>
      </w:r>
      <w:r>
        <w:rPr>
          <w:rFonts w:ascii="DiodrumArabic-Medium" w:hAnsi="DiodrumArabic-Medium"/>
          <w:sz w:val="21"/>
        </w:rPr>
        <w:t xml:space="preserve"> </w:t>
      </w:r>
      <w:r>
        <w:rPr>
          <w:rFonts w:ascii="DiodrumArabic-Medium" w:hAnsi="DiodrumArabic-Medium" w:cs="DiodrumArabic-Medium"/>
          <w:sz w:val="21"/>
          <w:szCs w:val="21"/>
          <w:rtl/>
        </w:rPr>
        <w:t>الجميع</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المجتمع</w:t>
      </w:r>
      <w:r>
        <w:rPr>
          <w:rFonts w:ascii="DiodrumArabic-Medium" w:hAnsi="DiodrumArabic-Medium"/>
          <w:sz w:val="21"/>
        </w:rPr>
        <w:t xml:space="preserve"> </w:t>
      </w:r>
      <w:r>
        <w:rPr>
          <w:rFonts w:ascii="DiodrumArabic-Medium" w:hAnsi="DiodrumArabic-Medium" w:cs="DiodrumArabic-Medium"/>
          <w:sz w:val="21"/>
          <w:szCs w:val="21"/>
          <w:rtl/>
        </w:rPr>
        <w:t>الرقمي</w:t>
      </w:r>
      <w:r>
        <w:rPr>
          <w:rFonts w:ascii="DiodrumArabic-Medium" w:hAnsi="DiodrumArabic-Medium"/>
          <w:sz w:val="21"/>
        </w:rPr>
        <w:t xml:space="preserve">. </w:t>
      </w:r>
      <w:r>
        <w:rPr>
          <w:rFonts w:ascii="DiodrumArabic-Medium" w:hAnsi="DiodrumArabic-Medium" w:cs="DiodrumArabic-Medium"/>
          <w:sz w:val="21"/>
          <w:szCs w:val="21"/>
          <w:rtl/>
        </w:rPr>
        <w:t>فمع</w:t>
      </w:r>
      <w:r>
        <w:rPr>
          <w:rFonts w:ascii="DiodrumArabic-Medium" w:hAnsi="DiodrumArabic-Medium"/>
          <w:sz w:val="21"/>
        </w:rPr>
        <w:t xml:space="preserve"> </w:t>
      </w:r>
      <w:r>
        <w:rPr>
          <w:rFonts w:ascii="DiodrumArabic-Medium" w:hAnsi="DiodrumArabic-Medium" w:cs="DiodrumArabic-Medium"/>
          <w:sz w:val="21"/>
          <w:szCs w:val="21"/>
          <w:rtl/>
        </w:rPr>
        <w:t>توسع</w:t>
      </w:r>
      <w:r>
        <w:rPr>
          <w:rFonts w:ascii="DiodrumArabic-Medium" w:hAnsi="DiodrumArabic-Medium"/>
          <w:sz w:val="21"/>
        </w:rPr>
        <w:t xml:space="preserve"> </w:t>
      </w:r>
      <w:r>
        <w:rPr>
          <w:rFonts w:ascii="DiodrumArabic-Medium" w:hAnsi="DiodrumArabic-Medium" w:cs="DiodrumArabic-Medium"/>
          <w:sz w:val="21"/>
          <w:szCs w:val="21"/>
          <w:rtl/>
        </w:rPr>
        <w:t>نطاق</w:t>
      </w:r>
      <w:r>
        <w:rPr>
          <w:rFonts w:ascii="DiodrumArabic-Medium" w:hAnsi="DiodrumArabic-Medium"/>
          <w:sz w:val="21"/>
        </w:rPr>
        <w:t xml:space="preserve"> </w:t>
      </w:r>
      <w:r>
        <w:rPr>
          <w:rFonts w:ascii="DiodrumArabic-Medium" w:hAnsi="DiodrumArabic-Medium" w:cs="DiodrumArabic-Medium"/>
          <w:sz w:val="21"/>
          <w:szCs w:val="21"/>
          <w:rtl/>
        </w:rPr>
        <w:t>الخدمات</w:t>
      </w:r>
      <w:r>
        <w:rPr>
          <w:rFonts w:ascii="DiodrumArabic-Medium" w:hAnsi="DiodrumArabic-Medium"/>
          <w:sz w:val="21"/>
        </w:rPr>
        <w:t xml:space="preserve"> </w:t>
      </w:r>
      <w:r>
        <w:rPr>
          <w:rFonts w:ascii="DiodrumArabic-Medium" w:hAnsi="DiodrumArabic-Medium" w:cs="DiodrumArabic-Medium"/>
          <w:sz w:val="21"/>
          <w:szCs w:val="21"/>
          <w:rtl/>
        </w:rPr>
        <w:t>الرقمية،</w:t>
      </w:r>
      <w:r>
        <w:rPr>
          <w:rFonts w:ascii="DiodrumArabic-Medium" w:hAnsi="DiodrumArabic-Medium"/>
          <w:sz w:val="21"/>
        </w:rPr>
        <w:t xml:space="preserve"> </w:t>
      </w:r>
      <w:r>
        <w:rPr>
          <w:rFonts w:ascii="DiodrumArabic-Medium" w:hAnsi="DiodrumArabic-Medium" w:cs="DiodrumArabic-Medium"/>
          <w:sz w:val="21"/>
          <w:szCs w:val="21"/>
          <w:rtl/>
        </w:rPr>
        <w:t>يبرز</w:t>
      </w:r>
      <w:r>
        <w:rPr>
          <w:rFonts w:ascii="DiodrumArabic-Medium" w:hAnsi="DiodrumArabic-Medium"/>
          <w:sz w:val="21"/>
        </w:rPr>
        <w:t xml:space="preserve"> </w:t>
      </w:r>
      <w:r>
        <w:rPr>
          <w:rFonts w:ascii="DiodrumArabic-Medium" w:hAnsi="DiodrumArabic-Medium" w:cs="DiodrumArabic-Medium"/>
          <w:sz w:val="21"/>
          <w:szCs w:val="21"/>
          <w:rtl/>
        </w:rPr>
        <w:t>مفهوم</w:t>
      </w:r>
      <w:r>
        <w:rPr>
          <w:rFonts w:ascii="DiodrumArabic-Medium" w:hAnsi="DiodrumArabic-Medium"/>
          <w:sz w:val="21"/>
        </w:rPr>
        <w:t xml:space="preserve"> </w:t>
      </w:r>
      <w:r>
        <w:rPr>
          <w:rFonts w:ascii="DiodrumArabic-Medium" w:hAnsi="DiodrumArabic-Medium" w:cs="DiodrumArabic-Medium"/>
          <w:sz w:val="21"/>
          <w:szCs w:val="21"/>
          <w:rtl/>
        </w:rPr>
        <w:t>الشمولية</w:t>
      </w:r>
      <w:r>
        <w:rPr>
          <w:rFonts w:ascii="DiodrumArabic-Medium" w:hAnsi="DiodrumArabic-Medium"/>
          <w:sz w:val="21"/>
        </w:rPr>
        <w:t xml:space="preserve"> </w:t>
      </w:r>
      <w:r>
        <w:rPr>
          <w:rFonts w:ascii="DiodrumArabic-Medium" w:hAnsi="DiodrumArabic-Medium" w:cs="DiodrumArabic-Medium"/>
          <w:sz w:val="21"/>
          <w:szCs w:val="21"/>
          <w:rtl/>
        </w:rPr>
        <w:t>الرقمية</w:t>
      </w:r>
      <w:r>
        <w:rPr>
          <w:rFonts w:ascii="DiodrumArabic-Medium" w:hAnsi="DiodrumArabic-Medium"/>
          <w:sz w:val="21"/>
        </w:rPr>
        <w:t xml:space="preserve"> </w:t>
      </w:r>
      <w:r>
        <w:rPr>
          <w:rFonts w:ascii="DiodrumArabic-Medium" w:hAnsi="DiodrumArabic-Medium" w:cs="DiodrumArabic-Medium"/>
          <w:sz w:val="21"/>
          <w:szCs w:val="21"/>
          <w:rtl/>
        </w:rPr>
        <w:t>كأحد</w:t>
      </w:r>
      <w:r>
        <w:rPr>
          <w:rFonts w:ascii="DiodrumArabic-Medium" w:hAnsi="DiodrumArabic-Medium"/>
          <w:sz w:val="21"/>
        </w:rPr>
        <w:t xml:space="preserve"> </w:t>
      </w:r>
      <w:r>
        <w:rPr>
          <w:rFonts w:ascii="DiodrumArabic-Medium" w:hAnsi="DiodrumArabic-Medium" w:cs="DiodrumArabic-Medium"/>
          <w:sz w:val="21"/>
          <w:szCs w:val="21"/>
          <w:rtl/>
        </w:rPr>
        <w:t>الركائز</w:t>
      </w:r>
      <w:r>
        <w:rPr>
          <w:rFonts w:ascii="DiodrumArabic-Medium" w:hAnsi="DiodrumArabic-Medium"/>
          <w:sz w:val="21"/>
        </w:rPr>
        <w:t xml:space="preserve"> </w:t>
      </w:r>
      <w:r>
        <w:rPr>
          <w:rFonts w:ascii="DiodrumArabic-Medium" w:hAnsi="DiodrumArabic-Medium" w:cs="DiodrumArabic-Medium"/>
          <w:sz w:val="21"/>
          <w:szCs w:val="21"/>
          <w:rtl/>
        </w:rPr>
        <w:t>الأساسية</w:t>
      </w:r>
      <w:r>
        <w:rPr>
          <w:rFonts w:ascii="DiodrumArabic-Medium" w:hAnsi="DiodrumArabic-Medium"/>
          <w:sz w:val="21"/>
        </w:rPr>
        <w:t xml:space="preserve"> </w:t>
      </w:r>
      <w:r>
        <w:rPr>
          <w:rFonts w:ascii="DiodrumArabic-Medium" w:hAnsi="DiodrumArabic-Medium" w:cs="DiodrumArabic-Medium"/>
          <w:sz w:val="21"/>
          <w:szCs w:val="21"/>
          <w:rtl/>
        </w:rPr>
        <w:t>لضمان</w:t>
      </w:r>
      <w:r>
        <w:rPr>
          <w:rFonts w:ascii="DiodrumArabic-Medium" w:hAnsi="DiodrumArabic-Medium"/>
          <w:sz w:val="21"/>
        </w:rPr>
        <w:t xml:space="preserve"> </w:t>
      </w:r>
      <w:r>
        <w:rPr>
          <w:rFonts w:ascii="DiodrumArabic-Medium" w:hAnsi="DiodrumArabic-Medium" w:cs="DiodrumArabic-Medium"/>
          <w:sz w:val="21"/>
          <w:szCs w:val="21"/>
          <w:rtl/>
        </w:rPr>
        <w:t>استفادة</w:t>
      </w:r>
      <w:r>
        <w:rPr>
          <w:rFonts w:ascii="DiodrumArabic-Medium" w:hAnsi="DiodrumArabic-Medium"/>
          <w:sz w:val="21"/>
        </w:rPr>
        <w:t xml:space="preserve"> </w:t>
      </w:r>
      <w:r>
        <w:rPr>
          <w:rFonts w:ascii="DiodrumArabic-Medium" w:hAnsi="DiodrumArabic-Medium" w:cs="DiodrumArabic-Medium"/>
          <w:sz w:val="21"/>
          <w:szCs w:val="21"/>
          <w:rtl/>
        </w:rPr>
        <w:t>جميع</w:t>
      </w:r>
      <w:r>
        <w:rPr>
          <w:rFonts w:ascii="DiodrumArabic-Medium" w:hAnsi="DiodrumArabic-Medium"/>
          <w:sz w:val="21"/>
        </w:rPr>
        <w:t xml:space="preserve"> </w:t>
      </w:r>
      <w:r>
        <w:rPr>
          <w:rFonts w:ascii="DiodrumArabic-Medium" w:hAnsi="DiodrumArabic-Medium" w:cs="DiodrumArabic-Medium"/>
          <w:sz w:val="21"/>
          <w:szCs w:val="21"/>
          <w:rtl/>
        </w:rPr>
        <w:t>الأفراد،</w:t>
      </w:r>
      <w:r>
        <w:rPr>
          <w:rFonts w:ascii="DiodrumArabic-Medium" w:hAnsi="DiodrumArabic-Medium"/>
          <w:sz w:val="21"/>
        </w:rPr>
        <w:t xml:space="preserve"> </w:t>
      </w:r>
      <w:r>
        <w:rPr>
          <w:rFonts w:ascii="DiodrumArabic-Medium" w:hAnsi="DiodrumArabic-Medium" w:cs="DiodrumArabic-Medium"/>
          <w:sz w:val="21"/>
          <w:szCs w:val="21"/>
          <w:rtl/>
        </w:rPr>
        <w:t>بغض</w:t>
      </w:r>
      <w:r>
        <w:rPr>
          <w:rFonts w:ascii="DiodrumArabic-Medium" w:hAnsi="DiodrumArabic-Medium"/>
          <w:sz w:val="21"/>
        </w:rPr>
        <w:t xml:space="preserve"> </w:t>
      </w:r>
      <w:r>
        <w:rPr>
          <w:rFonts w:ascii="DiodrumArabic-Medium" w:hAnsi="DiodrumArabic-Medium" w:cs="DiodrumArabic-Medium"/>
          <w:sz w:val="21"/>
          <w:szCs w:val="21"/>
          <w:rtl/>
        </w:rPr>
        <w:t>النظر</w:t>
      </w:r>
      <w:r>
        <w:rPr>
          <w:rFonts w:ascii="DiodrumArabic-Medium" w:hAnsi="DiodrumArabic-Medium"/>
          <w:sz w:val="21"/>
        </w:rPr>
        <w:t xml:space="preserve"> </w:t>
      </w:r>
      <w:r>
        <w:rPr>
          <w:rFonts w:ascii="DiodrumArabic-Medium" w:hAnsi="DiodrumArabic-Medium" w:cs="DiodrumArabic-Medium"/>
          <w:sz w:val="21"/>
          <w:szCs w:val="21"/>
          <w:rtl/>
        </w:rPr>
        <w:t>عن</w:t>
      </w:r>
      <w:r>
        <w:rPr>
          <w:rFonts w:ascii="DiodrumArabic-Medium" w:hAnsi="DiodrumArabic-Medium"/>
          <w:sz w:val="21"/>
        </w:rPr>
        <w:t xml:space="preserve"> </w:t>
      </w:r>
      <w:r>
        <w:rPr>
          <w:rFonts w:ascii="DiodrumArabic-Medium" w:hAnsi="DiodrumArabic-Medium" w:cs="DiodrumArabic-Medium"/>
          <w:sz w:val="21"/>
          <w:szCs w:val="21"/>
          <w:rtl/>
        </w:rPr>
        <w:t>قدراتهم</w:t>
      </w:r>
      <w:r>
        <w:rPr>
          <w:rFonts w:ascii="DiodrumArabic-Medium" w:hAnsi="DiodrumArabic-Medium"/>
          <w:sz w:val="21"/>
        </w:rPr>
        <w:t xml:space="preserve"> </w:t>
      </w:r>
      <w:r>
        <w:rPr>
          <w:rFonts w:ascii="DiodrumArabic-Medium" w:hAnsi="DiodrumArabic-Medium" w:cs="DiodrumArabic-Medium"/>
          <w:sz w:val="21"/>
          <w:szCs w:val="21"/>
          <w:rtl/>
        </w:rPr>
        <w:t>أو</w:t>
      </w:r>
      <w:r>
        <w:rPr>
          <w:rFonts w:ascii="DiodrumArabic-Medium" w:hAnsi="DiodrumArabic-Medium"/>
          <w:sz w:val="21"/>
        </w:rPr>
        <w:t xml:space="preserve"> </w:t>
      </w:r>
      <w:r>
        <w:rPr>
          <w:rFonts w:ascii="DiodrumArabic-Medium" w:hAnsi="DiodrumArabic-Medium" w:cs="DiodrumArabic-Medium"/>
          <w:sz w:val="21"/>
          <w:szCs w:val="21"/>
          <w:rtl/>
        </w:rPr>
        <w:t>ظروفهم،</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الفرص</w:t>
      </w:r>
      <w:r>
        <w:rPr>
          <w:rFonts w:ascii="DiodrumArabic-Medium" w:hAnsi="DiodrumArabic-Medium"/>
          <w:sz w:val="21"/>
        </w:rPr>
        <w:t xml:space="preserve"> </w:t>
      </w:r>
      <w:r>
        <w:rPr>
          <w:rFonts w:ascii="DiodrumArabic-Medium" w:hAnsi="DiodrumArabic-Medium" w:cs="DiodrumArabic-Medium"/>
          <w:sz w:val="21"/>
          <w:szCs w:val="21"/>
          <w:rtl/>
        </w:rPr>
        <w:t>التي</w:t>
      </w:r>
      <w:r>
        <w:rPr>
          <w:rFonts w:ascii="DiodrumArabic-Medium" w:hAnsi="DiodrumArabic-Medium"/>
          <w:sz w:val="21"/>
        </w:rPr>
        <w:t xml:space="preserve"> </w:t>
      </w:r>
      <w:r>
        <w:rPr>
          <w:rFonts w:ascii="DiodrumArabic-Medium" w:hAnsi="DiodrumArabic-Medium" w:cs="DiodrumArabic-Medium"/>
          <w:sz w:val="21"/>
          <w:szCs w:val="21"/>
          <w:rtl/>
        </w:rPr>
        <w:t>تتيحها</w:t>
      </w:r>
      <w:r>
        <w:rPr>
          <w:rFonts w:ascii="DiodrumArabic-Medium" w:hAnsi="DiodrumArabic-Medium"/>
          <w:sz w:val="21"/>
        </w:rPr>
        <w:t xml:space="preserve"> </w:t>
      </w:r>
      <w:r>
        <w:rPr>
          <w:rFonts w:ascii="DiodrumArabic-Medium" w:hAnsi="DiodrumArabic-Medium" w:cs="DiodrumArabic-Medium"/>
          <w:sz w:val="21"/>
          <w:szCs w:val="21"/>
          <w:rtl/>
        </w:rPr>
        <w:t>التقنيات</w:t>
      </w:r>
      <w:r w:rsidR="009D5A07">
        <w:rPr>
          <w:rFonts w:ascii="DiodrumArabic-Medium" w:hAnsi="DiodrumArabic-Medium" w:hint="cs"/>
          <w:sz w:val="21"/>
          <w:rtl/>
        </w:rPr>
        <w:t>.</w:t>
      </w:r>
    </w:p>
    <w:p w14:paraId="04F23D0C" w14:textId="33D381A2" w:rsidR="00D04C7D" w:rsidRDefault="00D6184D" w:rsidP="001A705E">
      <w:pPr>
        <w:bidi/>
      </w:pP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هذا</w:t>
      </w:r>
      <w:r>
        <w:rPr>
          <w:rFonts w:ascii="DiodrumArabic-Medium" w:hAnsi="DiodrumArabic-Medium"/>
          <w:sz w:val="21"/>
        </w:rPr>
        <w:t xml:space="preserve"> </w:t>
      </w:r>
      <w:r>
        <w:rPr>
          <w:rFonts w:ascii="DiodrumArabic-Medium" w:hAnsi="DiodrumArabic-Medium" w:cs="DiodrumArabic-Medium"/>
          <w:sz w:val="21"/>
          <w:szCs w:val="21"/>
          <w:rtl/>
        </w:rPr>
        <w:t>السياق،</w:t>
      </w:r>
      <w:r>
        <w:rPr>
          <w:rFonts w:ascii="DiodrumArabic-Medium" w:hAnsi="DiodrumArabic-Medium"/>
          <w:sz w:val="21"/>
        </w:rPr>
        <w:t xml:space="preserve"> </w:t>
      </w:r>
      <w:r>
        <w:rPr>
          <w:rFonts w:ascii="DiodrumArabic-Medium" w:hAnsi="DiodrumArabic-Medium" w:cs="DiodrumArabic-Medium"/>
          <w:sz w:val="21"/>
          <w:szCs w:val="21"/>
          <w:rtl/>
        </w:rPr>
        <w:t>تعد</w:t>
      </w:r>
      <w:r>
        <w:rPr>
          <w:rFonts w:ascii="DiodrumArabic-Medium" w:hAnsi="DiodrumArabic-Medium"/>
          <w:sz w:val="21"/>
        </w:rPr>
        <w:t xml:space="preserve"> </w:t>
      </w:r>
      <w:r>
        <w:rPr>
          <w:rFonts w:ascii="DiodrumArabic-Medium" w:hAnsi="DiodrumArabic-Medium" w:cs="DiodrumArabic-Medium"/>
          <w:sz w:val="21"/>
          <w:szCs w:val="21"/>
          <w:rtl/>
        </w:rPr>
        <w:t>إمكانية</w:t>
      </w:r>
      <w:r>
        <w:rPr>
          <w:rFonts w:ascii="DiodrumArabic-Medium" w:hAnsi="DiodrumArabic-Medium"/>
          <w:sz w:val="21"/>
        </w:rPr>
        <w:t xml:space="preserve"> </w:t>
      </w:r>
      <w:r>
        <w:rPr>
          <w:rFonts w:ascii="DiodrumArabic-Medium" w:hAnsi="DiodrumArabic-Medium" w:cs="DiodrumArabic-Medium"/>
          <w:sz w:val="21"/>
          <w:szCs w:val="21"/>
          <w:rtl/>
        </w:rPr>
        <w:t>الوصول</w:t>
      </w:r>
      <w:r>
        <w:rPr>
          <w:rFonts w:ascii="DiodrumArabic-Medium" w:hAnsi="DiodrumArabic-Medium"/>
          <w:sz w:val="21"/>
        </w:rPr>
        <w:t xml:space="preserve"> </w:t>
      </w:r>
      <w:r>
        <w:rPr>
          <w:rFonts w:ascii="DiodrumArabic-Medium" w:hAnsi="DiodrumArabic-Medium" w:cs="DiodrumArabic-Medium"/>
          <w:sz w:val="21"/>
          <w:szCs w:val="21"/>
          <w:rtl/>
        </w:rPr>
        <w:t>الرقمي</w:t>
      </w:r>
      <w:r>
        <w:rPr>
          <w:rFonts w:ascii="DiodrumArabic-Medium" w:hAnsi="DiodrumArabic-Medium"/>
          <w:sz w:val="21"/>
        </w:rPr>
        <w:t xml:space="preserve"> </w:t>
      </w:r>
      <w:r>
        <w:rPr>
          <w:rFonts w:ascii="DiodrumArabic-Medium" w:hAnsi="DiodrumArabic-Medium" w:cs="DiodrumArabic-Medium"/>
          <w:sz w:val="21"/>
          <w:szCs w:val="21"/>
          <w:rtl/>
        </w:rPr>
        <w:t>جانباً</w:t>
      </w:r>
      <w:r>
        <w:rPr>
          <w:rFonts w:ascii="DiodrumArabic-Medium" w:hAnsi="DiodrumArabic-Medium"/>
          <w:sz w:val="21"/>
        </w:rPr>
        <w:t xml:space="preserve"> </w:t>
      </w:r>
      <w:r>
        <w:rPr>
          <w:rFonts w:ascii="DiodrumArabic-Medium" w:hAnsi="DiodrumArabic-Medium" w:cs="DiodrumArabic-Medium"/>
          <w:sz w:val="21"/>
          <w:szCs w:val="21"/>
          <w:rtl/>
        </w:rPr>
        <w:t>محورياً</w:t>
      </w:r>
      <w:r>
        <w:rPr>
          <w:rFonts w:ascii="DiodrumArabic-Medium" w:hAnsi="DiodrumArabic-Medium"/>
          <w:sz w:val="21"/>
        </w:rPr>
        <w:t xml:space="preserve"> </w:t>
      </w:r>
      <w:r>
        <w:rPr>
          <w:rFonts w:ascii="DiodrumArabic-Medium" w:hAnsi="DiodrumArabic-Medium" w:cs="DiodrumArabic-Medium"/>
          <w:sz w:val="21"/>
          <w:szCs w:val="21"/>
          <w:rtl/>
        </w:rPr>
        <w:t>لتحقيق</w:t>
      </w:r>
      <w:r>
        <w:rPr>
          <w:rFonts w:ascii="DiodrumArabic-Medium" w:hAnsi="DiodrumArabic-Medium"/>
          <w:sz w:val="21"/>
        </w:rPr>
        <w:t xml:space="preserve"> </w:t>
      </w:r>
      <w:r>
        <w:rPr>
          <w:rFonts w:ascii="DiodrumArabic-Medium" w:hAnsi="DiodrumArabic-Medium" w:cs="DiodrumArabic-Medium"/>
          <w:sz w:val="21"/>
          <w:szCs w:val="21"/>
          <w:rtl/>
        </w:rPr>
        <w:t>الشمولية</w:t>
      </w:r>
      <w:r>
        <w:rPr>
          <w:rFonts w:ascii="DiodrumArabic-Medium" w:hAnsi="DiodrumArabic-Medium"/>
          <w:sz w:val="21"/>
        </w:rPr>
        <w:t xml:space="preserve"> </w:t>
      </w:r>
      <w:r>
        <w:rPr>
          <w:rFonts w:ascii="DiodrumArabic-Medium" w:hAnsi="DiodrumArabic-Medium" w:cs="DiodrumArabic-Medium"/>
          <w:sz w:val="21"/>
          <w:szCs w:val="21"/>
          <w:rtl/>
        </w:rPr>
        <w:t>الرقمية،</w:t>
      </w:r>
      <w:r>
        <w:rPr>
          <w:rFonts w:ascii="DiodrumArabic-Medium" w:hAnsi="DiodrumArabic-Medium"/>
          <w:sz w:val="21"/>
        </w:rPr>
        <w:t xml:space="preserve"> </w:t>
      </w:r>
      <w:r>
        <w:rPr>
          <w:rFonts w:ascii="DiodrumArabic-Medium" w:hAnsi="DiodrumArabic-Medium" w:cs="DiodrumArabic-Medium"/>
          <w:sz w:val="21"/>
          <w:szCs w:val="21"/>
          <w:rtl/>
        </w:rPr>
        <w:t>حيث</w:t>
      </w:r>
      <w:r>
        <w:rPr>
          <w:rFonts w:ascii="DiodrumArabic-Medium" w:hAnsi="DiodrumArabic-Medium"/>
          <w:sz w:val="21"/>
        </w:rPr>
        <w:t xml:space="preserve"> </w:t>
      </w:r>
      <w:r>
        <w:rPr>
          <w:rFonts w:ascii="DiodrumArabic-Medium" w:hAnsi="DiodrumArabic-Medium" w:cs="DiodrumArabic-Medium"/>
          <w:sz w:val="21"/>
          <w:szCs w:val="21"/>
          <w:rtl/>
        </w:rPr>
        <w:t>تتيح</w:t>
      </w:r>
      <w:r>
        <w:rPr>
          <w:rFonts w:ascii="DiodrumArabic-Medium" w:hAnsi="DiodrumArabic-Medium"/>
          <w:sz w:val="21"/>
        </w:rPr>
        <w:t xml:space="preserve"> </w:t>
      </w:r>
      <w:r>
        <w:rPr>
          <w:rFonts w:ascii="DiodrumArabic-Medium" w:hAnsi="DiodrumArabic-Medium" w:cs="DiodrumArabic-Medium"/>
          <w:sz w:val="21"/>
          <w:szCs w:val="21"/>
          <w:rtl/>
        </w:rPr>
        <w:t>للأشخاص</w:t>
      </w:r>
      <w:r>
        <w:rPr>
          <w:rFonts w:ascii="DiodrumArabic-Medium" w:hAnsi="DiodrumArabic-Medium"/>
          <w:sz w:val="21"/>
        </w:rPr>
        <w:t xml:space="preserve"> </w:t>
      </w:r>
      <w:r>
        <w:rPr>
          <w:rFonts w:ascii="DiodrumArabic-Medium" w:hAnsi="DiodrumArabic-Medium" w:cs="DiodrumArabic-Medium"/>
          <w:sz w:val="21"/>
          <w:szCs w:val="21"/>
          <w:rtl/>
        </w:rPr>
        <w:t>ذوي</w:t>
      </w:r>
      <w:r>
        <w:rPr>
          <w:rFonts w:ascii="DiodrumArabic-Medium" w:hAnsi="DiodrumArabic-Medium"/>
          <w:sz w:val="21"/>
        </w:rPr>
        <w:t xml:space="preserve"> </w:t>
      </w:r>
      <w:r>
        <w:rPr>
          <w:rFonts w:ascii="DiodrumArabic-Medium" w:hAnsi="DiodrumArabic-Medium" w:cs="DiodrumArabic-Medium"/>
          <w:sz w:val="21"/>
          <w:szCs w:val="21"/>
          <w:rtl/>
        </w:rPr>
        <w:t>الإعاقة</w:t>
      </w:r>
      <w:r>
        <w:rPr>
          <w:rFonts w:ascii="DiodrumArabic-Medium" w:hAnsi="DiodrumArabic-Medium"/>
          <w:sz w:val="21"/>
        </w:rPr>
        <w:t xml:space="preserve"> </w:t>
      </w:r>
      <w:r>
        <w:rPr>
          <w:rFonts w:ascii="DiodrumArabic-Medium" w:hAnsi="DiodrumArabic-Medium" w:cs="DiodrumArabic-Medium"/>
          <w:sz w:val="21"/>
          <w:szCs w:val="21"/>
          <w:rtl/>
        </w:rPr>
        <w:t>الاستفادة</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التقنيات</w:t>
      </w:r>
      <w:r>
        <w:rPr>
          <w:rFonts w:ascii="DiodrumArabic-Medium" w:hAnsi="DiodrumArabic-Medium"/>
          <w:sz w:val="21"/>
        </w:rPr>
        <w:t xml:space="preserve"> </w:t>
      </w:r>
      <w:r>
        <w:rPr>
          <w:rFonts w:ascii="DiodrumArabic-Medium" w:hAnsi="DiodrumArabic-Medium" w:cs="DiodrumArabic-Medium"/>
          <w:sz w:val="21"/>
          <w:szCs w:val="21"/>
          <w:rtl/>
        </w:rPr>
        <w:t>الرقمية</w:t>
      </w:r>
      <w:r>
        <w:rPr>
          <w:rFonts w:ascii="DiodrumArabic-Medium" w:hAnsi="DiodrumArabic-Medium"/>
          <w:sz w:val="21"/>
        </w:rPr>
        <w:t xml:space="preserve"> </w:t>
      </w:r>
      <w:r>
        <w:rPr>
          <w:rFonts w:ascii="DiodrumArabic-Medium" w:hAnsi="DiodrumArabic-Medium" w:cs="DiodrumArabic-Medium"/>
          <w:sz w:val="21"/>
          <w:szCs w:val="21"/>
          <w:rtl/>
        </w:rPr>
        <w:t>بفعالية</w:t>
      </w:r>
      <w:r>
        <w:rPr>
          <w:rFonts w:ascii="DiodrumArabic-Medium" w:hAnsi="DiodrumArabic-Medium"/>
          <w:sz w:val="21"/>
        </w:rPr>
        <w:t xml:space="preserve">. </w:t>
      </w:r>
      <w:r>
        <w:rPr>
          <w:rFonts w:ascii="DiodrumArabic-Medium" w:hAnsi="DiodrumArabic-Medium" w:cs="DiodrumArabic-Medium"/>
          <w:sz w:val="21"/>
          <w:szCs w:val="21"/>
          <w:rtl/>
        </w:rPr>
        <w:t>ومن</w:t>
      </w:r>
      <w:r>
        <w:rPr>
          <w:rFonts w:ascii="DiodrumArabic-Medium" w:hAnsi="DiodrumArabic-Medium"/>
          <w:sz w:val="21"/>
        </w:rPr>
        <w:t xml:space="preserve"> </w:t>
      </w:r>
      <w:r>
        <w:rPr>
          <w:rFonts w:ascii="DiodrumArabic-Medium" w:hAnsi="DiodrumArabic-Medium" w:cs="DiodrumArabic-Medium"/>
          <w:sz w:val="21"/>
          <w:szCs w:val="21"/>
          <w:rtl/>
        </w:rPr>
        <w:t>خلال</w:t>
      </w:r>
      <w:r>
        <w:rPr>
          <w:rFonts w:ascii="DiodrumArabic-Medium" w:hAnsi="DiodrumArabic-Medium"/>
          <w:sz w:val="21"/>
        </w:rPr>
        <w:t xml:space="preserve"> </w:t>
      </w:r>
      <w:r>
        <w:rPr>
          <w:rFonts w:ascii="DiodrumArabic-Medium" w:hAnsi="DiodrumArabic-Medium" w:cs="DiodrumArabic-Medium"/>
          <w:sz w:val="21"/>
          <w:szCs w:val="21"/>
          <w:rtl/>
        </w:rPr>
        <w:t>تبني</w:t>
      </w:r>
      <w:r>
        <w:rPr>
          <w:rFonts w:ascii="DiodrumArabic-Medium" w:hAnsi="DiodrumArabic-Medium"/>
          <w:sz w:val="21"/>
        </w:rPr>
        <w:t xml:space="preserve"> </w:t>
      </w:r>
      <w:r>
        <w:rPr>
          <w:rFonts w:ascii="DiodrumArabic-Medium" w:hAnsi="DiodrumArabic-Medium" w:cs="DiodrumArabic-Medium"/>
          <w:sz w:val="21"/>
          <w:szCs w:val="21"/>
          <w:rtl/>
        </w:rPr>
        <w:t>معايير</w:t>
      </w:r>
      <w:r>
        <w:rPr>
          <w:rFonts w:ascii="DiodrumArabic-Medium" w:hAnsi="DiodrumArabic-Medium"/>
          <w:sz w:val="21"/>
        </w:rPr>
        <w:t xml:space="preserve"> </w:t>
      </w:r>
      <w:r>
        <w:rPr>
          <w:rFonts w:ascii="DiodrumArabic-Medium" w:hAnsi="DiodrumArabic-Medium" w:cs="DiodrumArabic-Medium"/>
          <w:sz w:val="21"/>
          <w:szCs w:val="21"/>
          <w:rtl/>
        </w:rPr>
        <w:t>وتقنيات</w:t>
      </w:r>
      <w:r>
        <w:rPr>
          <w:rFonts w:ascii="DiodrumArabic-Medium" w:hAnsi="DiodrumArabic-Medium"/>
          <w:sz w:val="21"/>
        </w:rPr>
        <w:t xml:space="preserve"> </w:t>
      </w:r>
      <w:r>
        <w:rPr>
          <w:rFonts w:ascii="DiodrumArabic-Medium" w:hAnsi="DiodrumArabic-Medium" w:cs="DiodrumArabic-Medium"/>
          <w:sz w:val="21"/>
          <w:szCs w:val="21"/>
          <w:rtl/>
        </w:rPr>
        <w:t>تسهّل</w:t>
      </w:r>
      <w:r>
        <w:rPr>
          <w:rFonts w:ascii="DiodrumArabic-Medium" w:hAnsi="DiodrumArabic-Medium"/>
          <w:sz w:val="21"/>
        </w:rPr>
        <w:t xml:space="preserve"> </w:t>
      </w:r>
      <w:r>
        <w:rPr>
          <w:rFonts w:ascii="DiodrumArabic-Medium" w:hAnsi="DiodrumArabic-Medium" w:cs="DiodrumArabic-Medium"/>
          <w:sz w:val="21"/>
          <w:szCs w:val="21"/>
          <w:rtl/>
        </w:rPr>
        <w:t>الوصول،</w:t>
      </w:r>
      <w:r>
        <w:rPr>
          <w:rFonts w:ascii="DiodrumArabic-Medium" w:hAnsi="DiodrumArabic-Medium"/>
          <w:sz w:val="21"/>
        </w:rPr>
        <w:t xml:space="preserve"> </w:t>
      </w:r>
      <w:r>
        <w:rPr>
          <w:rFonts w:ascii="DiodrumArabic-Medium" w:hAnsi="DiodrumArabic-Medium" w:cs="DiodrumArabic-Medium"/>
          <w:sz w:val="21"/>
          <w:szCs w:val="21"/>
          <w:rtl/>
        </w:rPr>
        <w:t>يمكن</w:t>
      </w:r>
      <w:r>
        <w:rPr>
          <w:rFonts w:ascii="DiodrumArabic-Medium" w:hAnsi="DiodrumArabic-Medium"/>
          <w:sz w:val="21"/>
        </w:rPr>
        <w:t xml:space="preserve"> </w:t>
      </w:r>
      <w:r>
        <w:rPr>
          <w:rFonts w:ascii="DiodrumArabic-Medium" w:hAnsi="DiodrumArabic-Medium" w:cs="DiodrumArabic-Medium"/>
          <w:sz w:val="21"/>
          <w:szCs w:val="21"/>
          <w:rtl/>
        </w:rPr>
        <w:t>تحسين</w:t>
      </w:r>
      <w:r>
        <w:rPr>
          <w:rFonts w:ascii="DiodrumArabic-Medium" w:hAnsi="DiodrumArabic-Medium"/>
          <w:sz w:val="21"/>
        </w:rPr>
        <w:t xml:space="preserve"> </w:t>
      </w:r>
      <w:r>
        <w:rPr>
          <w:rFonts w:ascii="DiodrumArabic-Medium" w:hAnsi="DiodrumArabic-Medium" w:cs="DiodrumArabic-Medium"/>
          <w:sz w:val="21"/>
          <w:szCs w:val="21"/>
          <w:rtl/>
        </w:rPr>
        <w:t>جودة</w:t>
      </w:r>
      <w:r>
        <w:rPr>
          <w:rFonts w:ascii="DiodrumArabic-Medium" w:hAnsi="DiodrumArabic-Medium"/>
          <w:sz w:val="21"/>
        </w:rPr>
        <w:t xml:space="preserve"> </w:t>
      </w:r>
      <w:r>
        <w:rPr>
          <w:rFonts w:ascii="DiodrumArabic-Medium" w:hAnsi="DiodrumArabic-Medium" w:cs="DiodrumArabic-Medium"/>
          <w:sz w:val="21"/>
          <w:szCs w:val="21"/>
          <w:rtl/>
        </w:rPr>
        <w:t>الحياة</w:t>
      </w:r>
      <w:r>
        <w:rPr>
          <w:rFonts w:ascii="DiodrumArabic-Medium" w:hAnsi="DiodrumArabic-Medium"/>
          <w:sz w:val="21"/>
        </w:rPr>
        <w:t xml:space="preserve"> </w:t>
      </w:r>
      <w:r>
        <w:rPr>
          <w:rFonts w:ascii="DiodrumArabic-Medium" w:hAnsi="DiodrumArabic-Medium" w:cs="DiodrumArabic-Medium"/>
          <w:sz w:val="21"/>
          <w:szCs w:val="21"/>
          <w:rtl/>
        </w:rPr>
        <w:t>عبر</w:t>
      </w:r>
      <w:r>
        <w:rPr>
          <w:rFonts w:ascii="DiodrumArabic-Medium" w:hAnsi="DiodrumArabic-Medium"/>
          <w:sz w:val="21"/>
        </w:rPr>
        <w:t xml:space="preserve"> </w:t>
      </w:r>
      <w:r>
        <w:rPr>
          <w:rFonts w:ascii="DiodrumArabic-Medium" w:hAnsi="DiodrumArabic-Medium" w:cs="DiodrumArabic-Medium"/>
          <w:sz w:val="21"/>
          <w:szCs w:val="21"/>
          <w:rtl/>
        </w:rPr>
        <w:t>توفير</w:t>
      </w:r>
      <w:r>
        <w:rPr>
          <w:rFonts w:ascii="DiodrumArabic-Medium" w:hAnsi="DiodrumArabic-Medium"/>
          <w:sz w:val="21"/>
        </w:rPr>
        <w:t xml:space="preserve"> </w:t>
      </w:r>
      <w:r>
        <w:rPr>
          <w:rFonts w:ascii="DiodrumArabic-Medium" w:hAnsi="DiodrumArabic-Medium" w:cs="DiodrumArabic-Medium"/>
          <w:sz w:val="21"/>
          <w:szCs w:val="21"/>
          <w:rtl/>
        </w:rPr>
        <w:t>مسارات</w:t>
      </w:r>
      <w:r>
        <w:rPr>
          <w:rFonts w:ascii="DiodrumArabic-Medium" w:hAnsi="DiodrumArabic-Medium"/>
          <w:sz w:val="21"/>
        </w:rPr>
        <w:t xml:space="preserve"> </w:t>
      </w:r>
      <w:r>
        <w:rPr>
          <w:rFonts w:ascii="DiodrumArabic-Medium" w:hAnsi="DiodrumArabic-Medium" w:cs="DiodrumArabic-Medium"/>
          <w:sz w:val="21"/>
          <w:szCs w:val="21"/>
          <w:rtl/>
        </w:rPr>
        <w:t>جديدة</w:t>
      </w:r>
      <w:r>
        <w:rPr>
          <w:rFonts w:ascii="DiodrumArabic-Medium" w:hAnsi="DiodrumArabic-Medium"/>
          <w:sz w:val="21"/>
        </w:rPr>
        <w:t xml:space="preserve"> </w:t>
      </w:r>
      <w:r>
        <w:rPr>
          <w:rFonts w:ascii="DiodrumArabic-Medium" w:hAnsi="DiodrumArabic-Medium" w:cs="DiodrumArabic-Medium"/>
          <w:sz w:val="21"/>
          <w:szCs w:val="21"/>
          <w:rtl/>
        </w:rPr>
        <w:t>للتعلّم،</w:t>
      </w:r>
      <w:r>
        <w:rPr>
          <w:rFonts w:ascii="DiodrumArabic-Medium" w:hAnsi="DiodrumArabic-Medium"/>
          <w:sz w:val="21"/>
        </w:rPr>
        <w:t xml:space="preserve"> </w:t>
      </w:r>
      <w:r>
        <w:rPr>
          <w:rFonts w:ascii="DiodrumArabic-Medium" w:hAnsi="DiodrumArabic-Medium" w:cs="DiodrumArabic-Medium"/>
          <w:sz w:val="21"/>
          <w:szCs w:val="21"/>
          <w:rtl/>
        </w:rPr>
        <w:t>والتوظيف،</w:t>
      </w:r>
      <w:r>
        <w:rPr>
          <w:rFonts w:ascii="DiodrumArabic-Medium" w:hAnsi="DiodrumArabic-Medium"/>
          <w:sz w:val="21"/>
        </w:rPr>
        <w:t xml:space="preserve"> </w:t>
      </w:r>
      <w:r>
        <w:rPr>
          <w:rFonts w:ascii="DiodrumArabic-Medium" w:hAnsi="DiodrumArabic-Medium" w:cs="DiodrumArabic-Medium"/>
          <w:sz w:val="21"/>
          <w:szCs w:val="21"/>
          <w:rtl/>
        </w:rPr>
        <w:t>والمشاركة</w:t>
      </w:r>
      <w:r>
        <w:rPr>
          <w:rFonts w:ascii="DiodrumArabic-Medium" w:hAnsi="DiodrumArabic-Medium"/>
          <w:sz w:val="21"/>
        </w:rPr>
        <w:t xml:space="preserve"> </w:t>
      </w:r>
      <w:r>
        <w:rPr>
          <w:rFonts w:ascii="DiodrumArabic-Medium" w:hAnsi="DiodrumArabic-Medium" w:cs="DiodrumArabic-Medium"/>
          <w:sz w:val="21"/>
          <w:szCs w:val="21"/>
          <w:rtl/>
        </w:rPr>
        <w:t>الاجتماعية،</w:t>
      </w:r>
      <w:r>
        <w:rPr>
          <w:rFonts w:ascii="DiodrumArabic-Medium" w:hAnsi="DiodrumArabic-Medium"/>
          <w:sz w:val="21"/>
        </w:rPr>
        <w:t xml:space="preserve"> </w:t>
      </w:r>
      <w:r>
        <w:rPr>
          <w:rFonts w:ascii="DiodrumArabic-Medium" w:hAnsi="DiodrumArabic-Medium" w:cs="DiodrumArabic-Medium"/>
          <w:sz w:val="21"/>
          <w:szCs w:val="21"/>
          <w:rtl/>
        </w:rPr>
        <w:t>وتعزيز</w:t>
      </w:r>
      <w:r>
        <w:rPr>
          <w:rFonts w:ascii="DiodrumArabic-Medium" w:hAnsi="DiodrumArabic-Medium"/>
          <w:sz w:val="21"/>
        </w:rPr>
        <w:t xml:space="preserve"> </w:t>
      </w:r>
      <w:r>
        <w:rPr>
          <w:rFonts w:ascii="DiodrumArabic-Medium" w:hAnsi="DiodrumArabic-Medium" w:cs="DiodrumArabic-Medium"/>
          <w:sz w:val="21"/>
          <w:szCs w:val="21"/>
          <w:rtl/>
        </w:rPr>
        <w:t>الاستقلالية</w:t>
      </w:r>
      <w:r>
        <w:rPr>
          <w:rFonts w:ascii="DiodrumArabic-Medium" w:hAnsi="DiodrumArabic-Medium"/>
          <w:sz w:val="21"/>
        </w:rPr>
        <w:t xml:space="preserve">. </w:t>
      </w:r>
      <w:r>
        <w:rPr>
          <w:rFonts w:ascii="DiodrumArabic-Medium" w:hAnsi="DiodrumArabic-Medium" w:cs="DiodrumArabic-Medium"/>
          <w:sz w:val="21"/>
          <w:szCs w:val="21"/>
          <w:rtl/>
        </w:rPr>
        <w:t>ومع</w:t>
      </w:r>
      <w:r>
        <w:rPr>
          <w:rFonts w:ascii="DiodrumArabic-Medium" w:hAnsi="DiodrumArabic-Medium"/>
          <w:sz w:val="21"/>
        </w:rPr>
        <w:t xml:space="preserve"> </w:t>
      </w:r>
      <w:r>
        <w:rPr>
          <w:rFonts w:ascii="DiodrumArabic-Medium" w:hAnsi="DiodrumArabic-Medium" w:cs="DiodrumArabic-Medium"/>
          <w:sz w:val="21"/>
          <w:szCs w:val="21"/>
          <w:rtl/>
        </w:rPr>
        <w:t>وجود</w:t>
      </w:r>
      <w:r>
        <w:rPr>
          <w:rFonts w:ascii="DiodrumArabic-Medium" w:hAnsi="DiodrumArabic-Medium"/>
          <w:sz w:val="21"/>
        </w:rPr>
        <w:t xml:space="preserve"> 1.3 </w:t>
      </w:r>
      <w:r>
        <w:rPr>
          <w:rFonts w:ascii="DiodrumArabic-Medium" w:hAnsi="DiodrumArabic-Medium" w:cs="DiodrumArabic-Medium"/>
          <w:sz w:val="21"/>
          <w:szCs w:val="21"/>
          <w:rtl/>
        </w:rPr>
        <w:t>مليار</w:t>
      </w:r>
      <w:r>
        <w:rPr>
          <w:rFonts w:ascii="DiodrumArabic-Medium" w:hAnsi="DiodrumArabic-Medium"/>
          <w:sz w:val="21"/>
        </w:rPr>
        <w:t xml:space="preserve"> </w:t>
      </w:r>
      <w:r>
        <w:rPr>
          <w:rFonts w:ascii="DiodrumArabic-Medium" w:hAnsi="DiodrumArabic-Medium" w:cs="DiodrumArabic-Medium"/>
          <w:sz w:val="21"/>
          <w:szCs w:val="21"/>
          <w:rtl/>
        </w:rPr>
        <w:t>شخص</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ذوي</w:t>
      </w:r>
      <w:r>
        <w:rPr>
          <w:rFonts w:ascii="DiodrumArabic-Medium" w:hAnsi="DiodrumArabic-Medium"/>
          <w:sz w:val="21"/>
        </w:rPr>
        <w:t xml:space="preserve"> </w:t>
      </w:r>
      <w:r>
        <w:rPr>
          <w:rFonts w:ascii="DiodrumArabic-Medium" w:hAnsi="DiodrumArabic-Medium" w:cs="DiodrumArabic-Medium"/>
          <w:sz w:val="21"/>
          <w:szCs w:val="21"/>
          <w:rtl/>
        </w:rPr>
        <w:t>الإعاقة</w:t>
      </w:r>
      <w:r>
        <w:rPr>
          <w:rFonts w:ascii="DiodrumArabic-Medium" w:hAnsi="DiodrumArabic-Medium"/>
          <w:sz w:val="21"/>
        </w:rPr>
        <w:t xml:space="preserve"> </w:t>
      </w:r>
      <w:r>
        <w:rPr>
          <w:rFonts w:ascii="DiodrumArabic-Medium" w:hAnsi="DiodrumArabic-Medium" w:cs="DiodrumArabic-Medium"/>
          <w:sz w:val="21"/>
          <w:szCs w:val="21"/>
          <w:rtl/>
        </w:rPr>
        <w:t>حول</w:t>
      </w:r>
      <w:r>
        <w:rPr>
          <w:rFonts w:ascii="DiodrumArabic-Medium" w:hAnsi="DiodrumArabic-Medium"/>
          <w:sz w:val="21"/>
        </w:rPr>
        <w:t xml:space="preserve"> </w:t>
      </w:r>
      <w:r>
        <w:rPr>
          <w:rFonts w:ascii="DiodrumArabic-Medium" w:hAnsi="DiodrumArabic-Medium" w:cs="DiodrumArabic-Medium"/>
          <w:sz w:val="21"/>
          <w:szCs w:val="21"/>
          <w:rtl/>
        </w:rPr>
        <w:t>العالم</w:t>
      </w:r>
      <w:r>
        <w:rPr>
          <w:rFonts w:ascii="DiodrumArabic-Medium" w:hAnsi="DiodrumArabic-Medium"/>
          <w:sz w:val="21"/>
        </w:rPr>
        <w:t xml:space="preserve"> </w:t>
      </w:r>
      <w:r w:rsidR="00F761AD">
        <w:rPr>
          <w:rFonts w:ascii="DiodrumArabic-Medium" w:hAnsi="DiodrumArabic-Medium"/>
          <w:sz w:val="21"/>
        </w:rPr>
        <w:t xml:space="preserve"> </w:t>
      </w:r>
      <w:hyperlink w:anchor="ref1" w:history="1">
        <w:r w:rsidR="00F761AD">
          <w:rPr>
            <w:rStyle w:val="Hyperlink"/>
          </w:rPr>
          <w:t>[1]</w:t>
        </w:r>
      </w:hyperlink>
      <w:r>
        <w:rPr>
          <w:rFonts w:ascii="DiodrumArabic-Medium" w:hAnsi="DiodrumArabic-Medium" w:cs="DiodrumArabic-Medium"/>
          <w:sz w:val="21"/>
          <w:szCs w:val="21"/>
          <w:rtl/>
        </w:rPr>
        <w:t>،</w:t>
      </w:r>
      <w:r>
        <w:rPr>
          <w:rFonts w:ascii="DiodrumArabic-Medium" w:hAnsi="DiodrumArabic-Medium"/>
          <w:sz w:val="21"/>
        </w:rPr>
        <w:t xml:space="preserve"> </w:t>
      </w:r>
      <w:r>
        <w:rPr>
          <w:rFonts w:ascii="DiodrumArabic-Medium" w:hAnsi="DiodrumArabic-Medium" w:cs="DiodrumArabic-Medium"/>
          <w:sz w:val="21"/>
          <w:szCs w:val="21"/>
          <w:rtl/>
        </w:rPr>
        <w:t>ما</w:t>
      </w:r>
      <w:r>
        <w:rPr>
          <w:rFonts w:ascii="DiodrumArabic-Medium" w:hAnsi="DiodrumArabic-Medium"/>
          <w:sz w:val="21"/>
        </w:rPr>
        <w:t xml:space="preserve"> </w:t>
      </w:r>
      <w:r>
        <w:rPr>
          <w:rFonts w:ascii="DiodrumArabic-Medium" w:hAnsi="DiodrumArabic-Medium" w:cs="DiodrumArabic-Medium"/>
          <w:sz w:val="21"/>
          <w:szCs w:val="21"/>
          <w:rtl/>
        </w:rPr>
        <w:t>يعادل</w:t>
      </w:r>
      <w:r>
        <w:rPr>
          <w:rFonts w:ascii="DiodrumArabic-Medium" w:hAnsi="DiodrumArabic-Medium"/>
          <w:sz w:val="21"/>
        </w:rPr>
        <w:t xml:space="preserve"> 16%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سكان</w:t>
      </w:r>
      <w:r>
        <w:rPr>
          <w:rFonts w:ascii="DiodrumArabic-Medium" w:hAnsi="DiodrumArabic-Medium"/>
          <w:sz w:val="21"/>
        </w:rPr>
        <w:t xml:space="preserve"> </w:t>
      </w:r>
      <w:r>
        <w:rPr>
          <w:rFonts w:ascii="DiodrumArabic-Medium" w:hAnsi="DiodrumArabic-Medium" w:cs="DiodrumArabic-Medium"/>
          <w:sz w:val="21"/>
          <w:szCs w:val="21"/>
          <w:rtl/>
        </w:rPr>
        <w:t>العالم</w:t>
      </w:r>
      <w:r>
        <w:rPr>
          <w:rFonts w:ascii="DiodrumArabic-Medium" w:hAnsi="DiodrumArabic-Medium"/>
          <w:sz w:val="21"/>
        </w:rPr>
        <w:t xml:space="preserve"> </w:t>
      </w:r>
      <w:r>
        <w:rPr>
          <w:rFonts w:ascii="DiodrumArabic-Medium" w:hAnsi="DiodrumArabic-Medium" w:cs="DiodrumArabic-Medium"/>
          <w:sz w:val="21"/>
          <w:szCs w:val="21"/>
          <w:rtl/>
        </w:rPr>
        <w:t>يُعتبر</w:t>
      </w:r>
      <w:r>
        <w:rPr>
          <w:rFonts w:ascii="DiodrumArabic-Medium" w:hAnsi="DiodrumArabic-Medium"/>
          <w:sz w:val="21"/>
        </w:rPr>
        <w:t xml:space="preserve"> </w:t>
      </w:r>
      <w:r>
        <w:rPr>
          <w:rFonts w:ascii="DiodrumArabic-Medium" w:hAnsi="DiodrumArabic-Medium" w:cs="DiodrumArabic-Medium"/>
          <w:sz w:val="21"/>
          <w:szCs w:val="21"/>
          <w:rtl/>
        </w:rPr>
        <w:t>ضمان</w:t>
      </w:r>
      <w:r>
        <w:rPr>
          <w:rFonts w:ascii="DiodrumArabic-Medium" w:hAnsi="DiodrumArabic-Medium"/>
          <w:sz w:val="21"/>
        </w:rPr>
        <w:t xml:space="preserve"> </w:t>
      </w:r>
      <w:r>
        <w:rPr>
          <w:rFonts w:ascii="DiodrumArabic-Medium" w:hAnsi="DiodrumArabic-Medium" w:cs="DiodrumArabic-Medium"/>
          <w:sz w:val="21"/>
          <w:szCs w:val="21"/>
          <w:rtl/>
        </w:rPr>
        <w:t>وصولهم</w:t>
      </w:r>
      <w:r>
        <w:rPr>
          <w:rFonts w:ascii="DiodrumArabic-Medium" w:hAnsi="DiodrumArabic-Medium"/>
          <w:sz w:val="21"/>
        </w:rPr>
        <w:t xml:space="preserve"> </w:t>
      </w:r>
      <w:r>
        <w:rPr>
          <w:rFonts w:ascii="DiodrumArabic-Medium" w:hAnsi="DiodrumArabic-Medium" w:cs="DiodrumArabic-Medium"/>
          <w:sz w:val="21"/>
          <w:szCs w:val="21"/>
          <w:rtl/>
        </w:rPr>
        <w:t>إلى</w:t>
      </w:r>
      <w:r>
        <w:rPr>
          <w:rFonts w:ascii="DiodrumArabic-Medium" w:hAnsi="DiodrumArabic-Medium"/>
          <w:sz w:val="21"/>
        </w:rPr>
        <w:t xml:space="preserve"> </w:t>
      </w:r>
      <w:r>
        <w:rPr>
          <w:rFonts w:ascii="DiodrumArabic-Medium" w:hAnsi="DiodrumArabic-Medium" w:cs="DiodrumArabic-Medium"/>
          <w:sz w:val="21"/>
          <w:szCs w:val="21"/>
          <w:rtl/>
        </w:rPr>
        <w:t>الحلول</w:t>
      </w:r>
      <w:r>
        <w:rPr>
          <w:rFonts w:ascii="DiodrumArabic-Medium" w:hAnsi="DiodrumArabic-Medium"/>
          <w:sz w:val="21"/>
        </w:rPr>
        <w:t xml:space="preserve"> </w:t>
      </w:r>
      <w:r>
        <w:rPr>
          <w:rFonts w:ascii="DiodrumArabic-Medium" w:hAnsi="DiodrumArabic-Medium" w:cs="DiodrumArabic-Medium"/>
          <w:sz w:val="21"/>
          <w:szCs w:val="21"/>
          <w:rtl/>
        </w:rPr>
        <w:t>الرقمية</w:t>
      </w:r>
      <w:r>
        <w:rPr>
          <w:rFonts w:ascii="DiodrumArabic-Medium" w:hAnsi="DiodrumArabic-Medium"/>
          <w:sz w:val="21"/>
        </w:rPr>
        <w:t xml:space="preserve"> </w:t>
      </w:r>
      <w:r>
        <w:rPr>
          <w:rFonts w:ascii="DiodrumArabic-Medium" w:hAnsi="DiodrumArabic-Medium" w:cs="DiodrumArabic-Medium"/>
          <w:sz w:val="21"/>
          <w:szCs w:val="21"/>
          <w:rtl/>
        </w:rPr>
        <w:t>عاملاً</w:t>
      </w:r>
      <w:r>
        <w:rPr>
          <w:rFonts w:ascii="DiodrumArabic-Medium" w:hAnsi="DiodrumArabic-Medium"/>
          <w:sz w:val="21"/>
        </w:rPr>
        <w:t xml:space="preserve"> </w:t>
      </w:r>
      <w:r>
        <w:rPr>
          <w:rFonts w:ascii="DiodrumArabic-Medium" w:hAnsi="DiodrumArabic-Medium" w:cs="DiodrumArabic-Medium"/>
          <w:sz w:val="21"/>
          <w:szCs w:val="21"/>
          <w:rtl/>
        </w:rPr>
        <w:t>أساسياً</w:t>
      </w:r>
      <w:r>
        <w:rPr>
          <w:rFonts w:ascii="DiodrumArabic-Medium" w:hAnsi="DiodrumArabic-Medium"/>
          <w:sz w:val="21"/>
        </w:rPr>
        <w:t xml:space="preserve"> </w:t>
      </w:r>
      <w:r>
        <w:rPr>
          <w:rFonts w:ascii="DiodrumArabic-Medium" w:hAnsi="DiodrumArabic-Medium" w:cs="DiodrumArabic-Medium"/>
          <w:sz w:val="21"/>
          <w:szCs w:val="21"/>
          <w:rtl/>
        </w:rPr>
        <w:t>لتمكينهم</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المشاركة</w:t>
      </w:r>
      <w:r>
        <w:rPr>
          <w:rFonts w:ascii="DiodrumArabic-Medium" w:hAnsi="DiodrumArabic-Medium"/>
          <w:sz w:val="21"/>
        </w:rPr>
        <w:t xml:space="preserve"> </w:t>
      </w:r>
      <w:r>
        <w:rPr>
          <w:rFonts w:ascii="DiodrumArabic-Medium" w:hAnsi="DiodrumArabic-Medium" w:cs="DiodrumArabic-Medium"/>
          <w:sz w:val="21"/>
          <w:szCs w:val="21"/>
          <w:rtl/>
        </w:rPr>
        <w:t>الكاملة</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المجتمع</w:t>
      </w:r>
      <w:r w:rsidR="009D5A07">
        <w:rPr>
          <w:rFonts w:ascii="DiodrumArabic-Medium" w:hAnsi="DiodrumArabic-Medium" w:hint="cs"/>
          <w:sz w:val="21"/>
          <w:rtl/>
        </w:rPr>
        <w:t>.</w:t>
      </w:r>
    </w:p>
    <w:p w14:paraId="5C1CA7EF" w14:textId="0CD46D77" w:rsidR="00D04C7D" w:rsidRDefault="00D6184D" w:rsidP="001A705E">
      <w:pPr>
        <w:bidi/>
      </w:pPr>
      <w:r>
        <w:rPr>
          <w:rFonts w:ascii="DiodrumArabic-Medium" w:hAnsi="DiodrumArabic-Medium" w:cs="DiodrumArabic-Medium"/>
          <w:sz w:val="21"/>
          <w:szCs w:val="21"/>
          <w:rtl/>
        </w:rPr>
        <w:t>وفي</w:t>
      </w:r>
      <w:r>
        <w:rPr>
          <w:rFonts w:ascii="DiodrumArabic-Medium" w:hAnsi="DiodrumArabic-Medium"/>
          <w:sz w:val="21"/>
        </w:rPr>
        <w:t xml:space="preserve"> </w:t>
      </w:r>
      <w:r>
        <w:rPr>
          <w:rFonts w:ascii="DiodrumArabic-Medium" w:hAnsi="DiodrumArabic-Medium" w:cs="DiodrumArabic-Medium"/>
          <w:sz w:val="21"/>
          <w:szCs w:val="21"/>
          <w:rtl/>
        </w:rPr>
        <w:t>المملكة</w:t>
      </w:r>
      <w:r>
        <w:rPr>
          <w:rFonts w:ascii="DiodrumArabic-Medium" w:hAnsi="DiodrumArabic-Medium"/>
          <w:sz w:val="21"/>
        </w:rPr>
        <w:t xml:space="preserve"> </w:t>
      </w:r>
      <w:r>
        <w:rPr>
          <w:rFonts w:ascii="DiodrumArabic-Medium" w:hAnsi="DiodrumArabic-Medium" w:cs="DiodrumArabic-Medium"/>
          <w:sz w:val="21"/>
          <w:szCs w:val="21"/>
          <w:rtl/>
        </w:rPr>
        <w:t>العربية</w:t>
      </w:r>
      <w:r>
        <w:rPr>
          <w:rFonts w:ascii="DiodrumArabic-Medium" w:hAnsi="DiodrumArabic-Medium"/>
          <w:sz w:val="21"/>
        </w:rPr>
        <w:t xml:space="preserve"> </w:t>
      </w:r>
      <w:r>
        <w:rPr>
          <w:rFonts w:ascii="DiodrumArabic-Medium" w:hAnsi="DiodrumArabic-Medium" w:cs="DiodrumArabic-Medium"/>
          <w:sz w:val="21"/>
          <w:szCs w:val="21"/>
          <w:rtl/>
        </w:rPr>
        <w:t>السعودية،</w:t>
      </w:r>
      <w:r>
        <w:rPr>
          <w:rFonts w:ascii="DiodrumArabic-Medium" w:hAnsi="DiodrumArabic-Medium"/>
          <w:sz w:val="21"/>
        </w:rPr>
        <w:t xml:space="preserve"> </w:t>
      </w:r>
      <w:r>
        <w:rPr>
          <w:rFonts w:ascii="DiodrumArabic-Medium" w:hAnsi="DiodrumArabic-Medium" w:cs="DiodrumArabic-Medium"/>
          <w:sz w:val="21"/>
          <w:szCs w:val="21"/>
          <w:rtl/>
        </w:rPr>
        <w:t>يشكل</w:t>
      </w:r>
      <w:r>
        <w:rPr>
          <w:rFonts w:ascii="DiodrumArabic-Medium" w:hAnsi="DiodrumArabic-Medium"/>
          <w:sz w:val="21"/>
        </w:rPr>
        <w:t xml:space="preserve"> </w:t>
      </w:r>
      <w:r>
        <w:rPr>
          <w:rFonts w:ascii="DiodrumArabic-Medium" w:hAnsi="DiodrumArabic-Medium" w:cs="DiodrumArabic-Medium"/>
          <w:sz w:val="21"/>
          <w:szCs w:val="21"/>
          <w:rtl/>
        </w:rPr>
        <w:t>التحوّل</w:t>
      </w:r>
      <w:r>
        <w:rPr>
          <w:rFonts w:ascii="DiodrumArabic-Medium" w:hAnsi="DiodrumArabic-Medium"/>
          <w:sz w:val="21"/>
        </w:rPr>
        <w:t xml:space="preserve"> </w:t>
      </w:r>
      <w:r>
        <w:rPr>
          <w:rFonts w:ascii="DiodrumArabic-Medium" w:hAnsi="DiodrumArabic-Medium" w:cs="DiodrumArabic-Medium"/>
          <w:sz w:val="21"/>
          <w:szCs w:val="21"/>
          <w:rtl/>
        </w:rPr>
        <w:t>الرقمي</w:t>
      </w:r>
      <w:r>
        <w:rPr>
          <w:rFonts w:ascii="DiodrumArabic-Medium" w:hAnsi="DiodrumArabic-Medium"/>
          <w:sz w:val="21"/>
        </w:rPr>
        <w:t xml:space="preserve"> </w:t>
      </w:r>
      <w:r>
        <w:rPr>
          <w:rFonts w:ascii="DiodrumArabic-Medium" w:hAnsi="DiodrumArabic-Medium" w:cs="DiodrumArabic-Medium"/>
          <w:sz w:val="21"/>
          <w:szCs w:val="21"/>
          <w:rtl/>
        </w:rPr>
        <w:t>ركيزة</w:t>
      </w:r>
      <w:r>
        <w:rPr>
          <w:rFonts w:ascii="DiodrumArabic-Medium" w:hAnsi="DiodrumArabic-Medium"/>
          <w:sz w:val="21"/>
        </w:rPr>
        <w:t xml:space="preserve"> </w:t>
      </w:r>
      <w:r>
        <w:rPr>
          <w:rFonts w:ascii="DiodrumArabic-Medium" w:hAnsi="DiodrumArabic-Medium" w:cs="DiodrumArabic-Medium"/>
          <w:sz w:val="21"/>
          <w:szCs w:val="21"/>
          <w:rtl/>
        </w:rPr>
        <w:t>أساسية</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مسيرة</w:t>
      </w:r>
      <w:r>
        <w:rPr>
          <w:rFonts w:ascii="DiodrumArabic-Medium" w:hAnsi="DiodrumArabic-Medium"/>
          <w:sz w:val="21"/>
        </w:rPr>
        <w:t xml:space="preserve"> </w:t>
      </w:r>
      <w:r>
        <w:rPr>
          <w:rFonts w:ascii="DiodrumArabic-Medium" w:hAnsi="DiodrumArabic-Medium" w:cs="DiodrumArabic-Medium"/>
          <w:sz w:val="21"/>
          <w:szCs w:val="21"/>
          <w:rtl/>
        </w:rPr>
        <w:t>التطوير</w:t>
      </w:r>
      <w:r>
        <w:rPr>
          <w:rFonts w:ascii="DiodrumArabic-Medium" w:hAnsi="DiodrumArabic-Medium"/>
          <w:sz w:val="21"/>
        </w:rPr>
        <w:t xml:space="preserve"> </w:t>
      </w:r>
      <w:r>
        <w:rPr>
          <w:rFonts w:ascii="DiodrumArabic-Medium" w:hAnsi="DiodrumArabic-Medium" w:cs="DiodrumArabic-Medium"/>
          <w:sz w:val="21"/>
          <w:szCs w:val="21"/>
          <w:rtl/>
        </w:rPr>
        <w:t>الحكومي،</w:t>
      </w:r>
      <w:r>
        <w:rPr>
          <w:rFonts w:ascii="DiodrumArabic-Medium" w:hAnsi="DiodrumArabic-Medium"/>
          <w:sz w:val="21"/>
        </w:rPr>
        <w:t xml:space="preserve"> </w:t>
      </w:r>
      <w:r>
        <w:rPr>
          <w:rFonts w:ascii="DiodrumArabic-Medium" w:hAnsi="DiodrumArabic-Medium" w:cs="DiodrumArabic-Medium"/>
          <w:sz w:val="21"/>
          <w:szCs w:val="21"/>
          <w:rtl/>
        </w:rPr>
        <w:t>حيث</w:t>
      </w:r>
      <w:r>
        <w:rPr>
          <w:rFonts w:ascii="DiodrumArabic-Medium" w:hAnsi="DiodrumArabic-Medium"/>
          <w:sz w:val="21"/>
        </w:rPr>
        <w:t xml:space="preserve"> </w:t>
      </w:r>
      <w:r>
        <w:rPr>
          <w:rFonts w:ascii="DiodrumArabic-Medium" w:hAnsi="DiodrumArabic-Medium" w:cs="DiodrumArabic-Medium"/>
          <w:sz w:val="21"/>
          <w:szCs w:val="21"/>
          <w:rtl/>
        </w:rPr>
        <w:t>تحقّق</w:t>
      </w:r>
      <w:r>
        <w:rPr>
          <w:rFonts w:ascii="DiodrumArabic-Medium" w:hAnsi="DiodrumArabic-Medium"/>
          <w:sz w:val="21"/>
        </w:rPr>
        <w:t xml:space="preserve"> </w:t>
      </w:r>
      <w:r>
        <w:rPr>
          <w:rFonts w:ascii="DiodrumArabic-Medium" w:hAnsi="DiodrumArabic-Medium" w:cs="DiodrumArabic-Medium"/>
          <w:sz w:val="21"/>
          <w:szCs w:val="21"/>
          <w:rtl/>
        </w:rPr>
        <w:t>الحكومة</w:t>
      </w:r>
      <w:r>
        <w:rPr>
          <w:rFonts w:ascii="DiodrumArabic-Medium" w:hAnsi="DiodrumArabic-Medium"/>
          <w:sz w:val="21"/>
        </w:rPr>
        <w:t xml:space="preserve"> </w:t>
      </w:r>
      <w:r>
        <w:rPr>
          <w:rFonts w:ascii="DiodrumArabic-Medium" w:hAnsi="DiodrumArabic-Medium" w:cs="DiodrumArabic-Medium"/>
          <w:sz w:val="21"/>
          <w:szCs w:val="21"/>
          <w:rtl/>
        </w:rPr>
        <w:t>الرقمية</w:t>
      </w:r>
      <w:r>
        <w:rPr>
          <w:rFonts w:ascii="DiodrumArabic-Medium" w:hAnsi="DiodrumArabic-Medium"/>
          <w:sz w:val="21"/>
        </w:rPr>
        <w:t xml:space="preserve"> </w:t>
      </w:r>
      <w:r>
        <w:rPr>
          <w:rFonts w:ascii="DiodrumArabic-Medium" w:hAnsi="DiodrumArabic-Medium" w:cs="DiodrumArabic-Medium"/>
          <w:sz w:val="21"/>
          <w:szCs w:val="21"/>
          <w:rtl/>
        </w:rPr>
        <w:t>تقدماً</w:t>
      </w:r>
      <w:r>
        <w:rPr>
          <w:rFonts w:ascii="DiodrumArabic-Medium" w:hAnsi="DiodrumArabic-Medium"/>
          <w:sz w:val="21"/>
        </w:rPr>
        <w:t xml:space="preserve"> </w:t>
      </w:r>
      <w:r>
        <w:rPr>
          <w:rFonts w:ascii="DiodrumArabic-Medium" w:hAnsi="DiodrumArabic-Medium" w:cs="DiodrumArabic-Medium"/>
          <w:sz w:val="21"/>
          <w:szCs w:val="21"/>
          <w:rtl/>
        </w:rPr>
        <w:t>ملحوظاً</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هذا</w:t>
      </w:r>
      <w:r>
        <w:rPr>
          <w:rFonts w:ascii="DiodrumArabic-Medium" w:hAnsi="DiodrumArabic-Medium"/>
          <w:sz w:val="21"/>
        </w:rPr>
        <w:t xml:space="preserve"> </w:t>
      </w:r>
      <w:r>
        <w:rPr>
          <w:rFonts w:ascii="DiodrumArabic-Medium" w:hAnsi="DiodrumArabic-Medium" w:cs="DiodrumArabic-Medium"/>
          <w:sz w:val="21"/>
          <w:szCs w:val="21"/>
          <w:rtl/>
        </w:rPr>
        <w:t>المجال</w:t>
      </w:r>
      <w:r>
        <w:rPr>
          <w:rFonts w:ascii="DiodrumArabic-Medium" w:hAnsi="DiodrumArabic-Medium"/>
          <w:sz w:val="21"/>
        </w:rPr>
        <w:t xml:space="preserve">. </w:t>
      </w:r>
      <w:r>
        <w:rPr>
          <w:rFonts w:ascii="DiodrumArabic-Medium" w:hAnsi="DiodrumArabic-Medium" w:cs="DiodrumArabic-Medium"/>
          <w:sz w:val="21"/>
          <w:szCs w:val="21"/>
          <w:rtl/>
        </w:rPr>
        <w:t>ومع</w:t>
      </w:r>
      <w:r>
        <w:rPr>
          <w:rFonts w:ascii="DiodrumArabic-Medium" w:hAnsi="DiodrumArabic-Medium"/>
          <w:sz w:val="21"/>
        </w:rPr>
        <w:t xml:space="preserve"> </w:t>
      </w:r>
      <w:r>
        <w:rPr>
          <w:rFonts w:ascii="DiodrumArabic-Medium" w:hAnsi="DiodrumArabic-Medium" w:cs="DiodrumArabic-Medium"/>
          <w:sz w:val="21"/>
          <w:szCs w:val="21"/>
          <w:rtl/>
        </w:rPr>
        <w:t>ذلك،</w:t>
      </w:r>
      <w:r>
        <w:rPr>
          <w:rFonts w:ascii="DiodrumArabic-Medium" w:hAnsi="DiodrumArabic-Medium"/>
          <w:sz w:val="21"/>
        </w:rPr>
        <w:t xml:space="preserve"> </w:t>
      </w:r>
      <w:r>
        <w:rPr>
          <w:rFonts w:ascii="DiodrumArabic-Medium" w:hAnsi="DiodrumArabic-Medium" w:cs="DiodrumArabic-Medium"/>
          <w:sz w:val="21"/>
          <w:szCs w:val="21"/>
          <w:rtl/>
        </w:rPr>
        <w:t>تبقى</w:t>
      </w:r>
      <w:r>
        <w:rPr>
          <w:rFonts w:ascii="DiodrumArabic-Medium" w:hAnsi="DiodrumArabic-Medium"/>
          <w:sz w:val="21"/>
        </w:rPr>
        <w:t xml:space="preserve"> </w:t>
      </w:r>
      <w:r>
        <w:rPr>
          <w:rFonts w:ascii="DiodrumArabic-Medium" w:hAnsi="DiodrumArabic-Medium" w:cs="DiodrumArabic-Medium"/>
          <w:sz w:val="21"/>
          <w:szCs w:val="21"/>
          <w:rtl/>
        </w:rPr>
        <w:t>الشمولية</w:t>
      </w:r>
      <w:r>
        <w:rPr>
          <w:rFonts w:ascii="DiodrumArabic-Medium" w:hAnsi="DiodrumArabic-Medium"/>
          <w:sz w:val="21"/>
        </w:rPr>
        <w:t xml:space="preserve"> </w:t>
      </w:r>
      <w:r>
        <w:rPr>
          <w:rFonts w:ascii="DiodrumArabic-Medium" w:hAnsi="DiodrumArabic-Medium" w:cs="DiodrumArabic-Medium"/>
          <w:sz w:val="21"/>
          <w:szCs w:val="21"/>
          <w:rtl/>
        </w:rPr>
        <w:t>وإمكانية</w:t>
      </w:r>
      <w:r>
        <w:rPr>
          <w:rFonts w:ascii="DiodrumArabic-Medium" w:hAnsi="DiodrumArabic-Medium"/>
          <w:sz w:val="21"/>
        </w:rPr>
        <w:t xml:space="preserve"> </w:t>
      </w:r>
      <w:r>
        <w:rPr>
          <w:rFonts w:ascii="DiodrumArabic-Medium" w:hAnsi="DiodrumArabic-Medium" w:cs="DiodrumArabic-Medium"/>
          <w:sz w:val="21"/>
          <w:szCs w:val="21"/>
          <w:rtl/>
        </w:rPr>
        <w:t>الوصول</w:t>
      </w:r>
      <w:r>
        <w:rPr>
          <w:rFonts w:ascii="DiodrumArabic-Medium" w:hAnsi="DiodrumArabic-Medium"/>
          <w:sz w:val="21"/>
        </w:rPr>
        <w:t xml:space="preserve"> </w:t>
      </w:r>
      <w:r>
        <w:rPr>
          <w:rFonts w:ascii="DiodrumArabic-Medium" w:hAnsi="DiodrumArabic-Medium" w:cs="DiodrumArabic-Medium"/>
          <w:sz w:val="21"/>
          <w:szCs w:val="21"/>
          <w:rtl/>
        </w:rPr>
        <w:t>الرقمي</w:t>
      </w:r>
      <w:r>
        <w:rPr>
          <w:rFonts w:ascii="DiodrumArabic-Medium" w:hAnsi="DiodrumArabic-Medium"/>
          <w:sz w:val="21"/>
        </w:rPr>
        <w:t xml:space="preserve"> </w:t>
      </w:r>
      <w:r>
        <w:rPr>
          <w:rFonts w:ascii="DiodrumArabic-Medium" w:hAnsi="DiodrumArabic-Medium" w:cs="DiodrumArabic-Medium"/>
          <w:sz w:val="21"/>
          <w:szCs w:val="21"/>
          <w:rtl/>
        </w:rPr>
        <w:t>أولوية</w:t>
      </w:r>
      <w:r>
        <w:rPr>
          <w:rFonts w:ascii="DiodrumArabic-Medium" w:hAnsi="DiodrumArabic-Medium"/>
          <w:sz w:val="21"/>
        </w:rPr>
        <w:t xml:space="preserve"> </w:t>
      </w:r>
      <w:r>
        <w:rPr>
          <w:rFonts w:ascii="DiodrumArabic-Medium" w:hAnsi="DiodrumArabic-Medium" w:cs="DiodrumArabic-Medium"/>
          <w:sz w:val="21"/>
          <w:szCs w:val="21"/>
          <w:rtl/>
        </w:rPr>
        <w:t>وطنية</w:t>
      </w:r>
      <w:r>
        <w:rPr>
          <w:rFonts w:ascii="DiodrumArabic-Medium" w:hAnsi="DiodrumArabic-Medium"/>
          <w:sz w:val="21"/>
        </w:rPr>
        <w:t xml:space="preserve"> </w:t>
      </w:r>
      <w:r>
        <w:rPr>
          <w:rFonts w:ascii="DiodrumArabic-Medium" w:hAnsi="DiodrumArabic-Medium" w:cs="DiodrumArabic-Medium"/>
          <w:sz w:val="21"/>
          <w:szCs w:val="21"/>
          <w:rtl/>
        </w:rPr>
        <w:t>لضمان</w:t>
      </w:r>
      <w:r>
        <w:rPr>
          <w:rFonts w:ascii="DiodrumArabic-Medium" w:hAnsi="DiodrumArabic-Medium"/>
          <w:sz w:val="21"/>
        </w:rPr>
        <w:t xml:space="preserve"> </w:t>
      </w:r>
      <w:r>
        <w:rPr>
          <w:rFonts w:ascii="DiodrumArabic-Medium" w:hAnsi="DiodrumArabic-Medium" w:cs="DiodrumArabic-Medium"/>
          <w:sz w:val="21"/>
          <w:szCs w:val="21"/>
          <w:rtl/>
        </w:rPr>
        <w:t>استفادة</w:t>
      </w:r>
      <w:r>
        <w:rPr>
          <w:rFonts w:ascii="DiodrumArabic-Medium" w:hAnsi="DiodrumArabic-Medium"/>
          <w:sz w:val="21"/>
        </w:rPr>
        <w:t xml:space="preserve"> </w:t>
      </w:r>
      <w:r>
        <w:rPr>
          <w:rFonts w:ascii="DiodrumArabic-Medium" w:hAnsi="DiodrumArabic-Medium" w:cs="DiodrumArabic-Medium"/>
          <w:sz w:val="21"/>
          <w:szCs w:val="21"/>
          <w:rtl/>
        </w:rPr>
        <w:t>جميع</w:t>
      </w:r>
      <w:r>
        <w:rPr>
          <w:rFonts w:ascii="DiodrumArabic-Medium" w:hAnsi="DiodrumArabic-Medium"/>
          <w:sz w:val="21"/>
        </w:rPr>
        <w:t xml:space="preserve"> </w:t>
      </w:r>
      <w:r>
        <w:rPr>
          <w:rFonts w:ascii="DiodrumArabic-Medium" w:hAnsi="DiodrumArabic-Medium" w:cs="DiodrumArabic-Medium"/>
          <w:sz w:val="21"/>
          <w:szCs w:val="21"/>
          <w:rtl/>
        </w:rPr>
        <w:t>الأفراد</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الخدمات</w:t>
      </w:r>
      <w:r>
        <w:rPr>
          <w:rFonts w:ascii="DiodrumArabic-Medium" w:hAnsi="DiodrumArabic-Medium"/>
          <w:sz w:val="21"/>
        </w:rPr>
        <w:t xml:space="preserve"> </w:t>
      </w:r>
      <w:r>
        <w:rPr>
          <w:rFonts w:ascii="DiodrumArabic-Medium" w:hAnsi="DiodrumArabic-Medium" w:cs="DiodrumArabic-Medium"/>
          <w:sz w:val="21"/>
          <w:szCs w:val="21"/>
          <w:rtl/>
        </w:rPr>
        <w:t>الرقمية</w:t>
      </w:r>
      <w:r>
        <w:rPr>
          <w:rFonts w:ascii="DiodrumArabic-Medium" w:hAnsi="DiodrumArabic-Medium"/>
          <w:sz w:val="21"/>
        </w:rPr>
        <w:t xml:space="preserve"> </w:t>
      </w:r>
      <w:r>
        <w:rPr>
          <w:rFonts w:ascii="DiodrumArabic-Medium" w:hAnsi="DiodrumArabic-Medium" w:cs="DiodrumArabic-Medium"/>
          <w:sz w:val="21"/>
          <w:szCs w:val="21"/>
          <w:rtl/>
        </w:rPr>
        <w:t>دون</w:t>
      </w:r>
      <w:r>
        <w:rPr>
          <w:rFonts w:ascii="DiodrumArabic-Medium" w:hAnsi="DiodrumArabic-Medium"/>
          <w:sz w:val="21"/>
        </w:rPr>
        <w:t xml:space="preserve"> </w:t>
      </w:r>
      <w:r>
        <w:rPr>
          <w:rFonts w:ascii="DiodrumArabic-Medium" w:hAnsi="DiodrumArabic-Medium" w:cs="DiodrumArabic-Medium"/>
          <w:sz w:val="21"/>
          <w:szCs w:val="21"/>
          <w:rtl/>
        </w:rPr>
        <w:t>عوائق</w:t>
      </w:r>
      <w:r>
        <w:rPr>
          <w:rFonts w:ascii="DiodrumArabic-Medium" w:hAnsi="DiodrumArabic-Medium"/>
          <w:sz w:val="21"/>
        </w:rPr>
        <w:t xml:space="preserve">. </w:t>
      </w:r>
      <w:r>
        <w:rPr>
          <w:rFonts w:ascii="DiodrumArabic-Medium" w:hAnsi="DiodrumArabic-Medium" w:cs="DiodrumArabic-Medium"/>
          <w:sz w:val="21"/>
          <w:szCs w:val="21"/>
          <w:rtl/>
        </w:rPr>
        <w:t>ويتطلب</w:t>
      </w:r>
      <w:r>
        <w:rPr>
          <w:rFonts w:ascii="DiodrumArabic-Medium" w:hAnsi="DiodrumArabic-Medium"/>
          <w:sz w:val="21"/>
        </w:rPr>
        <w:t xml:space="preserve"> </w:t>
      </w:r>
      <w:r>
        <w:rPr>
          <w:rFonts w:ascii="DiodrumArabic-Medium" w:hAnsi="DiodrumArabic-Medium" w:cs="DiodrumArabic-Medium"/>
          <w:sz w:val="21"/>
          <w:szCs w:val="21"/>
          <w:rtl/>
        </w:rPr>
        <w:t>ذلك</w:t>
      </w:r>
      <w:r>
        <w:rPr>
          <w:rFonts w:ascii="DiodrumArabic-Medium" w:hAnsi="DiodrumArabic-Medium"/>
          <w:sz w:val="21"/>
        </w:rPr>
        <w:t xml:space="preserve"> </w:t>
      </w:r>
      <w:r>
        <w:rPr>
          <w:rFonts w:ascii="DiodrumArabic-Medium" w:hAnsi="DiodrumArabic-Medium" w:cs="DiodrumArabic-Medium"/>
          <w:sz w:val="21"/>
          <w:szCs w:val="21"/>
          <w:rtl/>
        </w:rPr>
        <w:t>تصميم</w:t>
      </w:r>
      <w:r>
        <w:rPr>
          <w:rFonts w:ascii="DiodrumArabic-Medium" w:hAnsi="DiodrumArabic-Medium"/>
          <w:sz w:val="21"/>
        </w:rPr>
        <w:t xml:space="preserve"> </w:t>
      </w:r>
      <w:r>
        <w:rPr>
          <w:rFonts w:ascii="DiodrumArabic-Medium" w:hAnsi="DiodrumArabic-Medium" w:cs="DiodrumArabic-Medium"/>
          <w:sz w:val="21"/>
          <w:szCs w:val="21"/>
          <w:rtl/>
        </w:rPr>
        <w:t>حلول</w:t>
      </w:r>
      <w:r>
        <w:rPr>
          <w:rFonts w:ascii="DiodrumArabic-Medium" w:hAnsi="DiodrumArabic-Medium"/>
          <w:sz w:val="21"/>
        </w:rPr>
        <w:t xml:space="preserve"> </w:t>
      </w:r>
      <w:r>
        <w:rPr>
          <w:rFonts w:ascii="DiodrumArabic-Medium" w:hAnsi="DiodrumArabic-Medium" w:cs="DiodrumArabic-Medium"/>
          <w:sz w:val="21"/>
          <w:szCs w:val="21"/>
          <w:rtl/>
        </w:rPr>
        <w:t>تقنية</w:t>
      </w:r>
      <w:r>
        <w:rPr>
          <w:rFonts w:ascii="DiodrumArabic-Medium" w:hAnsi="DiodrumArabic-Medium"/>
          <w:sz w:val="21"/>
        </w:rPr>
        <w:t xml:space="preserve"> </w:t>
      </w:r>
      <w:r>
        <w:rPr>
          <w:rFonts w:ascii="DiodrumArabic-Medium" w:hAnsi="DiodrumArabic-Medium" w:cs="DiodrumArabic-Medium"/>
          <w:sz w:val="21"/>
          <w:szCs w:val="21"/>
          <w:rtl/>
        </w:rPr>
        <w:t>شاملة</w:t>
      </w:r>
      <w:r>
        <w:rPr>
          <w:rFonts w:ascii="DiodrumArabic-Medium" w:hAnsi="DiodrumArabic-Medium"/>
          <w:sz w:val="21"/>
        </w:rPr>
        <w:t xml:space="preserve"> </w:t>
      </w:r>
      <w:r>
        <w:rPr>
          <w:rFonts w:ascii="DiodrumArabic-Medium" w:hAnsi="DiodrumArabic-Medium" w:cs="DiodrumArabic-Medium"/>
          <w:sz w:val="21"/>
          <w:szCs w:val="21"/>
          <w:rtl/>
        </w:rPr>
        <w:t>تراعي</w:t>
      </w:r>
      <w:r>
        <w:rPr>
          <w:rFonts w:ascii="DiodrumArabic-Medium" w:hAnsi="DiodrumArabic-Medium"/>
          <w:sz w:val="21"/>
        </w:rPr>
        <w:t xml:space="preserve"> </w:t>
      </w:r>
      <w:r>
        <w:rPr>
          <w:rFonts w:ascii="DiodrumArabic-Medium" w:hAnsi="DiodrumArabic-Medium" w:cs="DiodrumArabic-Medium"/>
          <w:sz w:val="21"/>
          <w:szCs w:val="21"/>
          <w:rtl/>
        </w:rPr>
        <w:t>احتياجات</w:t>
      </w:r>
      <w:r>
        <w:rPr>
          <w:rFonts w:ascii="DiodrumArabic-Medium" w:hAnsi="DiodrumArabic-Medium"/>
          <w:sz w:val="21"/>
        </w:rPr>
        <w:t xml:space="preserve"> </w:t>
      </w:r>
      <w:r>
        <w:rPr>
          <w:rFonts w:ascii="DiodrumArabic-Medium" w:hAnsi="DiodrumArabic-Medium" w:cs="DiodrumArabic-Medium"/>
          <w:sz w:val="21"/>
          <w:szCs w:val="21"/>
          <w:rtl/>
        </w:rPr>
        <w:t>مختلف</w:t>
      </w:r>
      <w:r>
        <w:rPr>
          <w:rFonts w:ascii="DiodrumArabic-Medium" w:hAnsi="DiodrumArabic-Medium"/>
          <w:sz w:val="21"/>
        </w:rPr>
        <w:t xml:space="preserve"> </w:t>
      </w:r>
      <w:r>
        <w:rPr>
          <w:rFonts w:ascii="DiodrumArabic-Medium" w:hAnsi="DiodrumArabic-Medium" w:cs="DiodrumArabic-Medium"/>
          <w:sz w:val="21"/>
          <w:szCs w:val="21"/>
          <w:rtl/>
        </w:rPr>
        <w:t>المستخدمين،</w:t>
      </w:r>
      <w:r>
        <w:rPr>
          <w:rFonts w:ascii="DiodrumArabic-Medium" w:hAnsi="DiodrumArabic-Medium"/>
          <w:sz w:val="21"/>
        </w:rPr>
        <w:t xml:space="preserve"> </w:t>
      </w:r>
      <w:r>
        <w:rPr>
          <w:rFonts w:ascii="DiodrumArabic-Medium" w:hAnsi="DiodrumArabic-Medium" w:cs="DiodrumArabic-Medium"/>
          <w:sz w:val="21"/>
          <w:szCs w:val="21"/>
          <w:rtl/>
        </w:rPr>
        <w:t>بما</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ذلك</w:t>
      </w:r>
      <w:r>
        <w:rPr>
          <w:rFonts w:ascii="DiodrumArabic-Medium" w:hAnsi="DiodrumArabic-Medium"/>
          <w:sz w:val="21"/>
        </w:rPr>
        <w:t xml:space="preserve"> </w:t>
      </w:r>
      <w:r>
        <w:rPr>
          <w:rFonts w:ascii="DiodrumArabic-Medium" w:hAnsi="DiodrumArabic-Medium" w:cs="DiodrumArabic-Medium"/>
          <w:sz w:val="21"/>
          <w:szCs w:val="21"/>
          <w:rtl/>
        </w:rPr>
        <w:t>الأشخاص</w:t>
      </w:r>
      <w:r>
        <w:rPr>
          <w:rFonts w:ascii="DiodrumArabic-Medium" w:hAnsi="DiodrumArabic-Medium"/>
          <w:sz w:val="21"/>
        </w:rPr>
        <w:t xml:space="preserve"> </w:t>
      </w:r>
      <w:r>
        <w:rPr>
          <w:rFonts w:ascii="DiodrumArabic-Medium" w:hAnsi="DiodrumArabic-Medium" w:cs="DiodrumArabic-Medium"/>
          <w:sz w:val="21"/>
          <w:szCs w:val="21"/>
          <w:rtl/>
        </w:rPr>
        <w:t>ذوي</w:t>
      </w:r>
      <w:r>
        <w:rPr>
          <w:rFonts w:ascii="DiodrumArabic-Medium" w:hAnsi="DiodrumArabic-Medium"/>
          <w:sz w:val="21"/>
        </w:rPr>
        <w:t xml:space="preserve"> </w:t>
      </w:r>
      <w:r>
        <w:rPr>
          <w:rFonts w:ascii="DiodrumArabic-Medium" w:hAnsi="DiodrumArabic-Medium" w:cs="DiodrumArabic-Medium"/>
          <w:sz w:val="21"/>
          <w:szCs w:val="21"/>
          <w:rtl/>
        </w:rPr>
        <w:t>الإعاقات</w:t>
      </w:r>
      <w:r>
        <w:rPr>
          <w:rFonts w:ascii="DiodrumArabic-Medium" w:hAnsi="DiodrumArabic-Medium"/>
          <w:sz w:val="21"/>
        </w:rPr>
        <w:t xml:space="preserve"> </w:t>
      </w:r>
      <w:r>
        <w:rPr>
          <w:rFonts w:ascii="DiodrumArabic-Medium" w:hAnsi="DiodrumArabic-Medium" w:cs="DiodrumArabic-Medium"/>
          <w:sz w:val="21"/>
          <w:szCs w:val="21"/>
          <w:rtl/>
        </w:rPr>
        <w:t>البصرية،</w:t>
      </w:r>
      <w:r>
        <w:rPr>
          <w:rFonts w:ascii="DiodrumArabic-Medium" w:hAnsi="DiodrumArabic-Medium"/>
          <w:sz w:val="21"/>
        </w:rPr>
        <w:t xml:space="preserve"> </w:t>
      </w:r>
      <w:r>
        <w:rPr>
          <w:rFonts w:ascii="DiodrumArabic-Medium" w:hAnsi="DiodrumArabic-Medium" w:cs="DiodrumArabic-Medium"/>
          <w:sz w:val="21"/>
          <w:szCs w:val="21"/>
          <w:rtl/>
        </w:rPr>
        <w:t>والسمعية،</w:t>
      </w:r>
      <w:r>
        <w:rPr>
          <w:rFonts w:ascii="DiodrumArabic-Medium" w:hAnsi="DiodrumArabic-Medium"/>
          <w:sz w:val="21"/>
        </w:rPr>
        <w:t xml:space="preserve"> </w:t>
      </w:r>
      <w:r>
        <w:rPr>
          <w:rFonts w:ascii="DiodrumArabic-Medium" w:hAnsi="DiodrumArabic-Medium" w:cs="DiodrumArabic-Medium"/>
          <w:sz w:val="21"/>
          <w:szCs w:val="21"/>
          <w:rtl/>
        </w:rPr>
        <w:t>والحركية،</w:t>
      </w:r>
      <w:r>
        <w:rPr>
          <w:rFonts w:ascii="DiodrumArabic-Medium" w:hAnsi="DiodrumArabic-Medium"/>
          <w:sz w:val="21"/>
        </w:rPr>
        <w:t xml:space="preserve"> </w:t>
      </w:r>
      <w:proofErr w:type="gramStart"/>
      <w:r>
        <w:rPr>
          <w:rFonts w:ascii="DiodrumArabic-Medium" w:hAnsi="DiodrumArabic-Medium" w:cs="DiodrumArabic-Medium"/>
          <w:sz w:val="21"/>
          <w:szCs w:val="21"/>
          <w:rtl/>
        </w:rPr>
        <w:t>والإدراكية</w:t>
      </w:r>
      <w:proofErr w:type="gramEnd"/>
      <w:r>
        <w:rPr>
          <w:rFonts w:ascii="DiodrumArabic-Medium" w:hAnsi="DiodrumArabic-Medium"/>
          <w:sz w:val="21"/>
        </w:rPr>
        <w:t xml:space="preserve"> </w:t>
      </w:r>
      <w:r>
        <w:rPr>
          <w:rFonts w:ascii="DiodrumArabic-Medium" w:hAnsi="DiodrumArabic-Medium" w:cs="DiodrumArabic-Medium"/>
          <w:sz w:val="21"/>
          <w:szCs w:val="21"/>
          <w:rtl/>
        </w:rPr>
        <w:t>وغيرها</w:t>
      </w:r>
      <w:r w:rsidR="009D5A07">
        <w:rPr>
          <w:rFonts w:ascii="DiodrumArabic-Medium" w:hAnsi="DiodrumArabic-Medium" w:hint="cs"/>
          <w:sz w:val="21"/>
          <w:rtl/>
        </w:rPr>
        <w:t>.</w:t>
      </w:r>
    </w:p>
    <w:p w14:paraId="52636CF7" w14:textId="69E494B3" w:rsidR="00D04C7D" w:rsidRDefault="00D6184D" w:rsidP="001A705E">
      <w:pPr>
        <w:bidi/>
      </w:pPr>
      <w:r>
        <w:rPr>
          <w:rFonts w:ascii="DiodrumArabic-Medium" w:hAnsi="DiodrumArabic-Medium" w:cs="DiodrumArabic-Medium"/>
          <w:sz w:val="21"/>
          <w:szCs w:val="21"/>
          <w:rtl/>
        </w:rPr>
        <w:t>إلى</w:t>
      </w:r>
      <w:r>
        <w:rPr>
          <w:rFonts w:ascii="DiodrumArabic-Medium" w:hAnsi="DiodrumArabic-Medium"/>
          <w:sz w:val="21"/>
        </w:rPr>
        <w:t xml:space="preserve"> </w:t>
      </w:r>
      <w:r>
        <w:rPr>
          <w:rFonts w:ascii="DiodrumArabic-Medium" w:hAnsi="DiodrumArabic-Medium" w:cs="DiodrumArabic-Medium"/>
          <w:sz w:val="21"/>
          <w:szCs w:val="21"/>
          <w:rtl/>
        </w:rPr>
        <w:t>جانب</w:t>
      </w:r>
      <w:r>
        <w:rPr>
          <w:rFonts w:ascii="DiodrumArabic-Medium" w:hAnsi="DiodrumArabic-Medium"/>
          <w:sz w:val="21"/>
        </w:rPr>
        <w:t xml:space="preserve"> </w:t>
      </w:r>
      <w:r>
        <w:rPr>
          <w:rFonts w:ascii="DiodrumArabic-Medium" w:hAnsi="DiodrumArabic-Medium" w:cs="DiodrumArabic-Medium"/>
          <w:sz w:val="21"/>
          <w:szCs w:val="21"/>
          <w:rtl/>
        </w:rPr>
        <w:t>إمكانية</w:t>
      </w:r>
      <w:r>
        <w:rPr>
          <w:rFonts w:ascii="DiodrumArabic-Medium" w:hAnsi="DiodrumArabic-Medium"/>
          <w:sz w:val="21"/>
        </w:rPr>
        <w:t xml:space="preserve"> </w:t>
      </w:r>
      <w:r>
        <w:rPr>
          <w:rFonts w:ascii="DiodrumArabic-Medium" w:hAnsi="DiodrumArabic-Medium" w:cs="DiodrumArabic-Medium"/>
          <w:sz w:val="21"/>
          <w:szCs w:val="21"/>
          <w:rtl/>
        </w:rPr>
        <w:t>الوصول،</w:t>
      </w:r>
      <w:r>
        <w:rPr>
          <w:rFonts w:ascii="DiodrumArabic-Medium" w:hAnsi="DiodrumArabic-Medium"/>
          <w:sz w:val="21"/>
        </w:rPr>
        <w:t xml:space="preserve"> </w:t>
      </w:r>
      <w:r>
        <w:rPr>
          <w:rFonts w:ascii="DiodrumArabic-Medium" w:hAnsi="DiodrumArabic-Medium" w:cs="DiodrumArabic-Medium"/>
          <w:sz w:val="21"/>
          <w:szCs w:val="21"/>
          <w:rtl/>
        </w:rPr>
        <w:t>تسهم</w:t>
      </w:r>
      <w:r>
        <w:rPr>
          <w:rFonts w:ascii="DiodrumArabic-Medium" w:hAnsi="DiodrumArabic-Medium"/>
          <w:sz w:val="21"/>
        </w:rPr>
        <w:t xml:space="preserve"> </w:t>
      </w:r>
      <w:r>
        <w:rPr>
          <w:rFonts w:ascii="DiodrumArabic-Medium" w:hAnsi="DiodrumArabic-Medium" w:cs="DiodrumArabic-Medium"/>
          <w:sz w:val="21"/>
          <w:szCs w:val="21"/>
          <w:rtl/>
        </w:rPr>
        <w:t>الشمولية</w:t>
      </w:r>
      <w:r>
        <w:rPr>
          <w:rFonts w:ascii="DiodrumArabic-Medium" w:hAnsi="DiodrumArabic-Medium"/>
          <w:sz w:val="21"/>
        </w:rPr>
        <w:t xml:space="preserve"> </w:t>
      </w:r>
      <w:r>
        <w:rPr>
          <w:rFonts w:ascii="DiodrumArabic-Medium" w:hAnsi="DiodrumArabic-Medium" w:cs="DiodrumArabic-Medium"/>
          <w:sz w:val="21"/>
          <w:szCs w:val="21"/>
          <w:rtl/>
        </w:rPr>
        <w:t>الرقمية</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تمكين</w:t>
      </w:r>
      <w:r>
        <w:rPr>
          <w:rFonts w:ascii="DiodrumArabic-Medium" w:hAnsi="DiodrumArabic-Medium"/>
          <w:sz w:val="21"/>
        </w:rPr>
        <w:t xml:space="preserve"> </w:t>
      </w:r>
      <w:r>
        <w:rPr>
          <w:rFonts w:ascii="DiodrumArabic-Medium" w:hAnsi="DiodrumArabic-Medium" w:cs="DiodrumArabic-Medium"/>
          <w:sz w:val="21"/>
          <w:szCs w:val="21"/>
          <w:rtl/>
        </w:rPr>
        <w:t>جميع</w:t>
      </w:r>
      <w:r>
        <w:rPr>
          <w:rFonts w:ascii="DiodrumArabic-Medium" w:hAnsi="DiodrumArabic-Medium"/>
          <w:sz w:val="21"/>
        </w:rPr>
        <w:t xml:space="preserve"> </w:t>
      </w:r>
      <w:r>
        <w:rPr>
          <w:rFonts w:ascii="DiodrumArabic-Medium" w:hAnsi="DiodrumArabic-Medium" w:cs="DiodrumArabic-Medium"/>
          <w:sz w:val="21"/>
          <w:szCs w:val="21"/>
          <w:rtl/>
        </w:rPr>
        <w:t>أفراد</w:t>
      </w:r>
      <w:r>
        <w:rPr>
          <w:rFonts w:ascii="DiodrumArabic-Medium" w:hAnsi="DiodrumArabic-Medium"/>
          <w:sz w:val="21"/>
        </w:rPr>
        <w:t xml:space="preserve"> </w:t>
      </w:r>
      <w:r>
        <w:rPr>
          <w:rFonts w:ascii="DiodrumArabic-Medium" w:hAnsi="DiodrumArabic-Medium" w:cs="DiodrumArabic-Medium"/>
          <w:sz w:val="21"/>
          <w:szCs w:val="21"/>
          <w:rtl/>
        </w:rPr>
        <w:t>المجتمع</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التفاعل</w:t>
      </w:r>
      <w:r>
        <w:rPr>
          <w:rFonts w:ascii="DiodrumArabic-Medium" w:hAnsi="DiodrumArabic-Medium"/>
          <w:sz w:val="21"/>
        </w:rPr>
        <w:t xml:space="preserve"> </w:t>
      </w:r>
      <w:r>
        <w:rPr>
          <w:rFonts w:ascii="DiodrumArabic-Medium" w:hAnsi="DiodrumArabic-Medium" w:cs="DiodrumArabic-Medium"/>
          <w:sz w:val="21"/>
          <w:szCs w:val="21"/>
          <w:rtl/>
        </w:rPr>
        <w:t>مع</w:t>
      </w:r>
      <w:r>
        <w:rPr>
          <w:rFonts w:ascii="DiodrumArabic-Medium" w:hAnsi="DiodrumArabic-Medium"/>
          <w:sz w:val="21"/>
        </w:rPr>
        <w:t xml:space="preserve"> </w:t>
      </w:r>
      <w:r>
        <w:rPr>
          <w:rFonts w:ascii="DiodrumArabic-Medium" w:hAnsi="DiodrumArabic-Medium" w:cs="DiodrumArabic-Medium"/>
          <w:sz w:val="21"/>
          <w:szCs w:val="21"/>
          <w:rtl/>
        </w:rPr>
        <w:t>التقنية</w:t>
      </w:r>
      <w:r>
        <w:rPr>
          <w:rFonts w:ascii="DiodrumArabic-Medium" w:hAnsi="DiodrumArabic-Medium"/>
          <w:sz w:val="21"/>
        </w:rPr>
        <w:t xml:space="preserve"> </w:t>
      </w:r>
      <w:r>
        <w:rPr>
          <w:rFonts w:ascii="DiodrumArabic-Medium" w:hAnsi="DiodrumArabic-Medium" w:cs="DiodrumArabic-Medium"/>
          <w:sz w:val="21"/>
          <w:szCs w:val="21"/>
          <w:rtl/>
        </w:rPr>
        <w:t>والاستفادة</w:t>
      </w:r>
      <w:r>
        <w:rPr>
          <w:rFonts w:ascii="DiodrumArabic-Medium" w:hAnsi="DiodrumArabic-Medium"/>
          <w:sz w:val="21"/>
        </w:rPr>
        <w:t xml:space="preserve"> </w:t>
      </w:r>
      <w:r>
        <w:rPr>
          <w:rFonts w:ascii="DiodrumArabic-Medium" w:hAnsi="DiodrumArabic-Medium" w:cs="DiodrumArabic-Medium"/>
          <w:sz w:val="21"/>
          <w:szCs w:val="21"/>
          <w:rtl/>
        </w:rPr>
        <w:t>منها،</w:t>
      </w:r>
      <w:r>
        <w:rPr>
          <w:rFonts w:ascii="DiodrumArabic-Medium" w:hAnsi="DiodrumArabic-Medium"/>
          <w:sz w:val="21"/>
        </w:rPr>
        <w:t xml:space="preserve"> </w:t>
      </w:r>
      <w:r>
        <w:rPr>
          <w:rFonts w:ascii="DiodrumArabic-Medium" w:hAnsi="DiodrumArabic-Medium" w:cs="DiodrumArabic-Medium"/>
          <w:sz w:val="21"/>
          <w:szCs w:val="21"/>
          <w:rtl/>
        </w:rPr>
        <w:t>مما</w:t>
      </w:r>
      <w:r>
        <w:rPr>
          <w:rFonts w:ascii="DiodrumArabic-Medium" w:hAnsi="DiodrumArabic-Medium"/>
          <w:sz w:val="21"/>
        </w:rPr>
        <w:t xml:space="preserve"> </w:t>
      </w:r>
      <w:r>
        <w:rPr>
          <w:rFonts w:ascii="DiodrumArabic-Medium" w:hAnsi="DiodrumArabic-Medium" w:cs="DiodrumArabic-Medium"/>
          <w:sz w:val="21"/>
          <w:szCs w:val="21"/>
          <w:rtl/>
        </w:rPr>
        <w:t>يعزز</w:t>
      </w:r>
      <w:r>
        <w:rPr>
          <w:rFonts w:ascii="DiodrumArabic-Medium" w:hAnsi="DiodrumArabic-Medium"/>
          <w:sz w:val="21"/>
        </w:rPr>
        <w:t xml:space="preserve"> </w:t>
      </w:r>
      <w:r>
        <w:rPr>
          <w:rFonts w:ascii="DiodrumArabic-Medium" w:hAnsi="DiodrumArabic-Medium" w:cs="DiodrumArabic-Medium"/>
          <w:sz w:val="21"/>
          <w:szCs w:val="21"/>
          <w:rtl/>
        </w:rPr>
        <w:t>فرص</w:t>
      </w:r>
      <w:r>
        <w:rPr>
          <w:rFonts w:ascii="DiodrumArabic-Medium" w:hAnsi="DiodrumArabic-Medium"/>
          <w:sz w:val="21"/>
        </w:rPr>
        <w:t xml:space="preserve"> </w:t>
      </w:r>
      <w:r>
        <w:rPr>
          <w:rFonts w:ascii="DiodrumArabic-Medium" w:hAnsi="DiodrumArabic-Medium" w:cs="DiodrumArabic-Medium"/>
          <w:sz w:val="21"/>
          <w:szCs w:val="21"/>
          <w:rtl/>
        </w:rPr>
        <w:t>التعليم،</w:t>
      </w:r>
      <w:r>
        <w:rPr>
          <w:rFonts w:ascii="DiodrumArabic-Medium" w:hAnsi="DiodrumArabic-Medium"/>
          <w:sz w:val="21"/>
        </w:rPr>
        <w:t xml:space="preserve"> </w:t>
      </w:r>
      <w:r>
        <w:rPr>
          <w:rFonts w:ascii="DiodrumArabic-Medium" w:hAnsi="DiodrumArabic-Medium" w:cs="DiodrumArabic-Medium"/>
          <w:sz w:val="21"/>
          <w:szCs w:val="21"/>
          <w:rtl/>
        </w:rPr>
        <w:t>والتمكين</w:t>
      </w:r>
      <w:r>
        <w:rPr>
          <w:rFonts w:ascii="DiodrumArabic-Medium" w:hAnsi="DiodrumArabic-Medium"/>
          <w:sz w:val="21"/>
        </w:rPr>
        <w:t xml:space="preserve"> </w:t>
      </w:r>
      <w:r>
        <w:rPr>
          <w:rFonts w:ascii="DiodrumArabic-Medium" w:hAnsi="DiodrumArabic-Medium" w:cs="DiodrumArabic-Medium"/>
          <w:sz w:val="21"/>
          <w:szCs w:val="21"/>
          <w:rtl/>
        </w:rPr>
        <w:t>الاقتصادي،</w:t>
      </w:r>
      <w:r>
        <w:rPr>
          <w:rFonts w:ascii="DiodrumArabic-Medium" w:hAnsi="DiodrumArabic-Medium"/>
          <w:sz w:val="21"/>
        </w:rPr>
        <w:t xml:space="preserve"> </w:t>
      </w:r>
      <w:r>
        <w:rPr>
          <w:rFonts w:ascii="DiodrumArabic-Medium" w:hAnsi="DiodrumArabic-Medium" w:cs="DiodrumArabic-Medium"/>
          <w:sz w:val="21"/>
          <w:szCs w:val="21"/>
          <w:rtl/>
        </w:rPr>
        <w:t>والاندماج</w:t>
      </w:r>
      <w:r>
        <w:rPr>
          <w:rFonts w:ascii="DiodrumArabic-Medium" w:hAnsi="DiodrumArabic-Medium"/>
          <w:sz w:val="21"/>
        </w:rPr>
        <w:t xml:space="preserve"> </w:t>
      </w:r>
      <w:r>
        <w:rPr>
          <w:rFonts w:ascii="DiodrumArabic-Medium" w:hAnsi="DiodrumArabic-Medium" w:cs="DiodrumArabic-Medium"/>
          <w:sz w:val="21"/>
          <w:szCs w:val="21"/>
          <w:rtl/>
        </w:rPr>
        <w:t>الاجتماعي،</w:t>
      </w:r>
      <w:r>
        <w:rPr>
          <w:rFonts w:ascii="DiodrumArabic-Medium" w:hAnsi="DiodrumArabic-Medium"/>
          <w:sz w:val="21"/>
        </w:rPr>
        <w:t xml:space="preserve"> </w:t>
      </w:r>
      <w:r>
        <w:rPr>
          <w:rFonts w:ascii="DiodrumArabic-Medium" w:hAnsi="DiodrumArabic-Medium" w:cs="DiodrumArabic-Medium"/>
          <w:sz w:val="21"/>
          <w:szCs w:val="21"/>
          <w:rtl/>
        </w:rPr>
        <w:t>والمشاركة</w:t>
      </w:r>
      <w:r>
        <w:rPr>
          <w:rFonts w:ascii="DiodrumArabic-Medium" w:hAnsi="DiodrumArabic-Medium"/>
          <w:sz w:val="21"/>
        </w:rPr>
        <w:t xml:space="preserve"> </w:t>
      </w:r>
      <w:r>
        <w:rPr>
          <w:rFonts w:ascii="DiodrumArabic-Medium" w:hAnsi="DiodrumArabic-Medium" w:cs="DiodrumArabic-Medium"/>
          <w:sz w:val="21"/>
          <w:szCs w:val="21"/>
          <w:rtl/>
        </w:rPr>
        <w:t>المدنية</w:t>
      </w:r>
      <w:r>
        <w:rPr>
          <w:rFonts w:ascii="DiodrumArabic-Medium" w:hAnsi="DiodrumArabic-Medium"/>
          <w:sz w:val="21"/>
        </w:rPr>
        <w:t xml:space="preserve">. </w:t>
      </w:r>
      <w:r>
        <w:rPr>
          <w:rFonts w:ascii="DiodrumArabic-Medium" w:hAnsi="DiodrumArabic-Medium" w:cs="DiodrumArabic-Medium"/>
          <w:sz w:val="21"/>
          <w:szCs w:val="21"/>
          <w:rtl/>
        </w:rPr>
        <w:t>وتشير</w:t>
      </w:r>
      <w:r>
        <w:rPr>
          <w:rFonts w:ascii="DiodrumArabic-Medium" w:hAnsi="DiodrumArabic-Medium"/>
          <w:sz w:val="21"/>
        </w:rPr>
        <w:t xml:space="preserve"> </w:t>
      </w:r>
      <w:r>
        <w:rPr>
          <w:rFonts w:ascii="DiodrumArabic-Medium" w:hAnsi="DiodrumArabic-Medium" w:cs="DiodrumArabic-Medium"/>
          <w:sz w:val="21"/>
          <w:szCs w:val="21"/>
          <w:rtl/>
        </w:rPr>
        <w:t>التقديرات</w:t>
      </w:r>
      <w:r>
        <w:rPr>
          <w:rFonts w:ascii="DiodrumArabic-Medium" w:hAnsi="DiodrumArabic-Medium"/>
          <w:sz w:val="21"/>
        </w:rPr>
        <w:t xml:space="preserve"> </w:t>
      </w:r>
      <w:r>
        <w:rPr>
          <w:rFonts w:ascii="DiodrumArabic-Medium" w:hAnsi="DiodrumArabic-Medium" w:cs="DiodrumArabic-Medium"/>
          <w:sz w:val="21"/>
          <w:szCs w:val="21"/>
          <w:rtl/>
        </w:rPr>
        <w:t>إلى</w:t>
      </w:r>
      <w:r>
        <w:rPr>
          <w:rFonts w:ascii="DiodrumArabic-Medium" w:hAnsi="DiodrumArabic-Medium"/>
          <w:sz w:val="21"/>
        </w:rPr>
        <w:t xml:space="preserve"> </w:t>
      </w:r>
      <w:r>
        <w:rPr>
          <w:rFonts w:ascii="DiodrumArabic-Medium" w:hAnsi="DiodrumArabic-Medium" w:cs="DiodrumArabic-Medium"/>
          <w:sz w:val="21"/>
          <w:szCs w:val="21"/>
          <w:rtl/>
        </w:rPr>
        <w:t>أن</w:t>
      </w:r>
      <w:r>
        <w:rPr>
          <w:rFonts w:ascii="DiodrumArabic-Medium" w:hAnsi="DiodrumArabic-Medium"/>
          <w:sz w:val="21"/>
        </w:rPr>
        <w:t xml:space="preserve"> </w:t>
      </w:r>
      <w:r>
        <w:rPr>
          <w:rFonts w:ascii="DiodrumArabic-Medium" w:hAnsi="DiodrumArabic-Medium" w:cs="DiodrumArabic-Medium"/>
          <w:sz w:val="21"/>
          <w:szCs w:val="21"/>
          <w:rtl/>
        </w:rPr>
        <w:t>المؤسسات</w:t>
      </w:r>
      <w:r>
        <w:rPr>
          <w:rFonts w:ascii="DiodrumArabic-Medium" w:hAnsi="DiodrumArabic-Medium"/>
          <w:sz w:val="21"/>
        </w:rPr>
        <w:t xml:space="preserve"> </w:t>
      </w:r>
      <w:r>
        <w:rPr>
          <w:rFonts w:ascii="DiodrumArabic-Medium" w:hAnsi="DiodrumArabic-Medium" w:cs="DiodrumArabic-Medium"/>
          <w:sz w:val="21"/>
          <w:szCs w:val="21"/>
          <w:rtl/>
        </w:rPr>
        <w:t>التي</w:t>
      </w:r>
      <w:r>
        <w:rPr>
          <w:rFonts w:ascii="DiodrumArabic-Medium" w:hAnsi="DiodrumArabic-Medium"/>
          <w:sz w:val="21"/>
        </w:rPr>
        <w:t xml:space="preserve"> </w:t>
      </w:r>
      <w:r>
        <w:rPr>
          <w:rFonts w:ascii="DiodrumArabic-Medium" w:hAnsi="DiodrumArabic-Medium" w:cs="DiodrumArabic-Medium"/>
          <w:sz w:val="21"/>
          <w:szCs w:val="21"/>
          <w:rtl/>
        </w:rPr>
        <w:t>تتبنى</w:t>
      </w:r>
      <w:r>
        <w:rPr>
          <w:rFonts w:ascii="DiodrumArabic-Medium" w:hAnsi="DiodrumArabic-Medium"/>
          <w:sz w:val="21"/>
        </w:rPr>
        <w:t xml:space="preserve"> </w:t>
      </w:r>
      <w:r>
        <w:rPr>
          <w:rFonts w:ascii="DiodrumArabic-Medium" w:hAnsi="DiodrumArabic-Medium" w:cs="DiodrumArabic-Medium"/>
          <w:sz w:val="21"/>
          <w:szCs w:val="21"/>
          <w:rtl/>
        </w:rPr>
        <w:t>استراتيجيات</w:t>
      </w:r>
      <w:r>
        <w:rPr>
          <w:rFonts w:ascii="DiodrumArabic-Medium" w:hAnsi="DiodrumArabic-Medium"/>
          <w:sz w:val="21"/>
        </w:rPr>
        <w:t xml:space="preserve"> </w:t>
      </w:r>
      <w:r>
        <w:rPr>
          <w:rFonts w:ascii="DiodrumArabic-Medium" w:hAnsi="DiodrumArabic-Medium" w:cs="DiodrumArabic-Medium"/>
          <w:sz w:val="21"/>
          <w:szCs w:val="21"/>
          <w:rtl/>
        </w:rPr>
        <w:t>التنوع</w:t>
      </w:r>
      <w:r>
        <w:rPr>
          <w:rFonts w:ascii="DiodrumArabic-Medium" w:hAnsi="DiodrumArabic-Medium"/>
          <w:sz w:val="21"/>
        </w:rPr>
        <w:t xml:space="preserve"> </w:t>
      </w:r>
      <w:r>
        <w:rPr>
          <w:rFonts w:ascii="DiodrumArabic-Medium" w:hAnsi="DiodrumArabic-Medium" w:cs="DiodrumArabic-Medium"/>
          <w:sz w:val="21"/>
          <w:szCs w:val="21"/>
          <w:rtl/>
        </w:rPr>
        <w:t>والشمولية</w:t>
      </w:r>
      <w:r>
        <w:rPr>
          <w:rFonts w:ascii="DiodrumArabic-Medium" w:hAnsi="DiodrumArabic-Medium"/>
          <w:sz w:val="21"/>
        </w:rPr>
        <w:t xml:space="preserve"> </w:t>
      </w:r>
      <w:r>
        <w:rPr>
          <w:rFonts w:ascii="DiodrumArabic-Medium" w:hAnsi="DiodrumArabic-Medium" w:cs="DiodrumArabic-Medium"/>
          <w:sz w:val="21"/>
          <w:szCs w:val="21"/>
          <w:rtl/>
        </w:rPr>
        <w:t>المستدامة</w:t>
      </w:r>
      <w:r>
        <w:rPr>
          <w:rFonts w:ascii="DiodrumArabic-Medium" w:hAnsi="DiodrumArabic-Medium"/>
          <w:sz w:val="21"/>
        </w:rPr>
        <w:t xml:space="preserve"> </w:t>
      </w:r>
      <w:r>
        <w:rPr>
          <w:rFonts w:ascii="DiodrumArabic-Medium" w:hAnsi="DiodrumArabic-Medium" w:cs="DiodrumArabic-Medium"/>
          <w:sz w:val="21"/>
          <w:szCs w:val="21"/>
          <w:rtl/>
        </w:rPr>
        <w:t>يمكنها</w:t>
      </w:r>
      <w:r>
        <w:rPr>
          <w:rFonts w:ascii="DiodrumArabic-Medium" w:hAnsi="DiodrumArabic-Medium"/>
          <w:sz w:val="21"/>
        </w:rPr>
        <w:t xml:space="preserve"> </w:t>
      </w:r>
      <w:r>
        <w:rPr>
          <w:rFonts w:ascii="DiodrumArabic-Medium" w:hAnsi="DiodrumArabic-Medium" w:cs="DiodrumArabic-Medium"/>
          <w:sz w:val="21"/>
          <w:szCs w:val="21"/>
          <w:rtl/>
        </w:rPr>
        <w:t>تعزيز</w:t>
      </w:r>
      <w:r>
        <w:rPr>
          <w:rFonts w:ascii="DiodrumArabic-Medium" w:hAnsi="DiodrumArabic-Medium"/>
          <w:sz w:val="21"/>
        </w:rPr>
        <w:t xml:space="preserve"> </w:t>
      </w:r>
      <w:r>
        <w:rPr>
          <w:rFonts w:ascii="DiodrumArabic-Medium" w:hAnsi="DiodrumArabic-Medium" w:cs="DiodrumArabic-Medium"/>
          <w:sz w:val="21"/>
          <w:szCs w:val="21"/>
          <w:rtl/>
        </w:rPr>
        <w:t>الشمولية</w:t>
      </w:r>
      <w:r>
        <w:rPr>
          <w:rFonts w:ascii="DiodrumArabic-Medium" w:hAnsi="DiodrumArabic-Medium"/>
          <w:sz w:val="21"/>
        </w:rPr>
        <w:t xml:space="preserve"> </w:t>
      </w:r>
      <w:r>
        <w:rPr>
          <w:rFonts w:ascii="DiodrumArabic-Medium" w:hAnsi="DiodrumArabic-Medium" w:cs="DiodrumArabic-Medium"/>
          <w:sz w:val="21"/>
          <w:szCs w:val="21"/>
          <w:rtl/>
        </w:rPr>
        <w:t>بنسبة</w:t>
      </w:r>
      <w:r>
        <w:rPr>
          <w:rFonts w:ascii="DiodrumArabic-Medium" w:hAnsi="DiodrumArabic-Medium"/>
          <w:sz w:val="21"/>
        </w:rPr>
        <w:t xml:space="preserve"> </w:t>
      </w:r>
      <w:r>
        <w:rPr>
          <w:rFonts w:ascii="DiodrumArabic-Medium" w:hAnsi="DiodrumArabic-Medium" w:cs="DiodrumArabic-Medium"/>
          <w:sz w:val="21"/>
          <w:szCs w:val="21"/>
          <w:rtl/>
        </w:rPr>
        <w:t>تصل</w:t>
      </w:r>
      <w:r>
        <w:rPr>
          <w:rFonts w:ascii="DiodrumArabic-Medium" w:hAnsi="DiodrumArabic-Medium"/>
          <w:sz w:val="21"/>
        </w:rPr>
        <w:t xml:space="preserve"> </w:t>
      </w:r>
      <w:r>
        <w:rPr>
          <w:rFonts w:ascii="DiodrumArabic-Medium" w:hAnsi="DiodrumArabic-Medium" w:cs="DiodrumArabic-Medium"/>
          <w:sz w:val="21"/>
          <w:szCs w:val="21"/>
          <w:rtl/>
        </w:rPr>
        <w:t>إلى</w:t>
      </w:r>
      <w:r>
        <w:rPr>
          <w:rFonts w:ascii="DiodrumArabic-Medium" w:hAnsi="DiodrumArabic-Medium"/>
          <w:sz w:val="21"/>
        </w:rPr>
        <w:t xml:space="preserve"> 20% </w:t>
      </w:r>
      <w:r w:rsidR="00F761AD">
        <w:rPr>
          <w:rFonts w:ascii="DiodrumArabic-Medium" w:hAnsi="DiodrumArabic-Medium"/>
          <w:sz w:val="21"/>
        </w:rPr>
        <w:t xml:space="preserve"> </w:t>
      </w:r>
      <w:hyperlink w:anchor="ref2" w:history="1">
        <w:r w:rsidR="00F761AD">
          <w:rPr>
            <w:rStyle w:val="Hyperlink"/>
          </w:rPr>
          <w:t>[2]</w:t>
        </w:r>
      </w:hyperlink>
      <w:r>
        <w:rPr>
          <w:rFonts w:ascii="DiodrumArabic-Medium" w:hAnsi="DiodrumArabic-Medium" w:cs="DiodrumArabic-Medium"/>
          <w:sz w:val="21"/>
          <w:szCs w:val="21"/>
          <w:rtl/>
        </w:rPr>
        <w:t>،</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حين</w:t>
      </w:r>
      <w:r>
        <w:rPr>
          <w:rFonts w:ascii="DiodrumArabic-Medium" w:hAnsi="DiodrumArabic-Medium"/>
          <w:sz w:val="21"/>
        </w:rPr>
        <w:t xml:space="preserve"> </w:t>
      </w:r>
      <w:r>
        <w:rPr>
          <w:rFonts w:ascii="DiodrumArabic-Medium" w:hAnsi="DiodrumArabic-Medium" w:cs="DiodrumArabic-Medium"/>
          <w:sz w:val="21"/>
          <w:szCs w:val="21"/>
          <w:rtl/>
        </w:rPr>
        <w:t>يُتوقّع</w:t>
      </w:r>
      <w:r>
        <w:rPr>
          <w:rFonts w:ascii="DiodrumArabic-Medium" w:hAnsi="DiodrumArabic-Medium"/>
          <w:sz w:val="21"/>
        </w:rPr>
        <w:t xml:space="preserve"> </w:t>
      </w:r>
      <w:r>
        <w:rPr>
          <w:rFonts w:ascii="DiodrumArabic-Medium" w:hAnsi="DiodrumArabic-Medium" w:cs="DiodrumArabic-Medium"/>
          <w:sz w:val="21"/>
          <w:szCs w:val="21"/>
          <w:rtl/>
        </w:rPr>
        <w:t>أن</w:t>
      </w:r>
      <w:r>
        <w:rPr>
          <w:rFonts w:ascii="DiodrumArabic-Medium" w:hAnsi="DiodrumArabic-Medium"/>
          <w:sz w:val="21"/>
        </w:rPr>
        <w:t xml:space="preserve"> </w:t>
      </w:r>
      <w:r>
        <w:rPr>
          <w:rFonts w:ascii="DiodrumArabic-Medium" w:hAnsi="DiodrumArabic-Medium" w:cs="DiodrumArabic-Medium"/>
          <w:sz w:val="21"/>
          <w:szCs w:val="21"/>
          <w:rtl/>
        </w:rPr>
        <w:t>ينمو</w:t>
      </w:r>
      <w:r>
        <w:rPr>
          <w:rFonts w:ascii="DiodrumArabic-Medium" w:hAnsi="DiodrumArabic-Medium"/>
          <w:sz w:val="21"/>
        </w:rPr>
        <w:t xml:space="preserve"> </w:t>
      </w:r>
      <w:r>
        <w:rPr>
          <w:rFonts w:ascii="DiodrumArabic-Medium" w:hAnsi="DiodrumArabic-Medium" w:cs="DiodrumArabic-Medium"/>
          <w:sz w:val="21"/>
          <w:szCs w:val="21"/>
          <w:rtl/>
        </w:rPr>
        <w:t>سوق</w:t>
      </w:r>
      <w:r>
        <w:rPr>
          <w:rFonts w:ascii="DiodrumArabic-Medium" w:hAnsi="DiodrumArabic-Medium"/>
          <w:sz w:val="21"/>
        </w:rPr>
        <w:t xml:space="preserve"> </w:t>
      </w:r>
      <w:r>
        <w:rPr>
          <w:rFonts w:ascii="DiodrumArabic-Medium" w:hAnsi="DiodrumArabic-Medium" w:cs="DiodrumArabic-Medium"/>
          <w:sz w:val="21"/>
          <w:szCs w:val="21"/>
          <w:rtl/>
        </w:rPr>
        <w:t>التنوع</w:t>
      </w:r>
      <w:r>
        <w:rPr>
          <w:rFonts w:ascii="DiodrumArabic-Medium" w:hAnsi="DiodrumArabic-Medium"/>
          <w:sz w:val="21"/>
        </w:rPr>
        <w:t xml:space="preserve"> </w:t>
      </w:r>
      <w:r>
        <w:rPr>
          <w:rFonts w:ascii="DiodrumArabic-Medium" w:hAnsi="DiodrumArabic-Medium" w:cs="DiodrumArabic-Medium"/>
          <w:sz w:val="21"/>
          <w:szCs w:val="21"/>
          <w:rtl/>
        </w:rPr>
        <w:t>والشمولية</w:t>
      </w:r>
      <w:r>
        <w:rPr>
          <w:rFonts w:ascii="DiodrumArabic-Medium" w:hAnsi="DiodrumArabic-Medium"/>
          <w:sz w:val="21"/>
        </w:rPr>
        <w:t xml:space="preserve"> </w:t>
      </w:r>
      <w:r>
        <w:rPr>
          <w:rFonts w:ascii="DiodrumArabic-Medium" w:hAnsi="DiodrumArabic-Medium" w:cs="DiodrumArabic-Medium"/>
          <w:sz w:val="21"/>
          <w:szCs w:val="21"/>
          <w:rtl/>
        </w:rPr>
        <w:t>عالمياً</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7.5 </w:t>
      </w:r>
      <w:r>
        <w:rPr>
          <w:rFonts w:ascii="DiodrumArabic-Medium" w:hAnsi="DiodrumArabic-Medium" w:cs="DiodrumArabic-Medium"/>
          <w:sz w:val="21"/>
          <w:szCs w:val="21"/>
          <w:rtl/>
        </w:rPr>
        <w:t>مليار</w:t>
      </w:r>
      <w:r>
        <w:rPr>
          <w:rFonts w:ascii="DiodrumArabic-Medium" w:hAnsi="DiodrumArabic-Medium"/>
          <w:sz w:val="21"/>
        </w:rPr>
        <w:t xml:space="preserve"> </w:t>
      </w:r>
      <w:r>
        <w:rPr>
          <w:rFonts w:ascii="DiodrumArabic-Medium" w:hAnsi="DiodrumArabic-Medium" w:cs="DiodrumArabic-Medium"/>
          <w:sz w:val="21"/>
          <w:szCs w:val="21"/>
          <w:rtl/>
        </w:rPr>
        <w:t>دولار</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عام</w:t>
      </w:r>
      <w:r>
        <w:rPr>
          <w:rFonts w:ascii="DiodrumArabic-Medium" w:hAnsi="DiodrumArabic-Medium"/>
          <w:sz w:val="21"/>
        </w:rPr>
        <w:t xml:space="preserve"> 2020 </w:t>
      </w:r>
      <w:r>
        <w:rPr>
          <w:rFonts w:ascii="DiodrumArabic-Medium" w:hAnsi="DiodrumArabic-Medium" w:cs="DiodrumArabic-Medium"/>
          <w:sz w:val="21"/>
          <w:szCs w:val="21"/>
          <w:rtl/>
        </w:rPr>
        <w:t>إلى</w:t>
      </w:r>
      <w:r>
        <w:rPr>
          <w:rFonts w:ascii="DiodrumArabic-Medium" w:hAnsi="DiodrumArabic-Medium"/>
          <w:sz w:val="21"/>
        </w:rPr>
        <w:t xml:space="preserve"> 15.4 </w:t>
      </w:r>
      <w:proofErr w:type="gramStart"/>
      <w:r>
        <w:rPr>
          <w:rFonts w:ascii="DiodrumArabic-Medium" w:hAnsi="DiodrumArabic-Medium" w:cs="DiodrumArabic-Medium"/>
          <w:sz w:val="21"/>
          <w:szCs w:val="21"/>
          <w:rtl/>
        </w:rPr>
        <w:t>مل</w:t>
      </w:r>
      <w:r w:rsidR="00F761AD">
        <w:rPr>
          <w:rFonts w:ascii="DiodrumArabic-Medium" w:hAnsi="DiodrumArabic-Medium" w:hint="cs"/>
          <w:sz w:val="21"/>
          <w:rtl/>
        </w:rPr>
        <w:t>يار</w:t>
      </w:r>
      <w:r w:rsidR="00F761AD">
        <w:rPr>
          <w:rFonts w:ascii="DiodrumArabic-Medium" w:hAnsi="DiodrumArabic-Medium"/>
          <w:sz w:val="21"/>
        </w:rPr>
        <w:t xml:space="preserve"> </w:t>
      </w:r>
      <w:r>
        <w:rPr>
          <w:rFonts w:ascii="DiodrumArabic-Medium" w:hAnsi="DiodrumArabic-Medium"/>
          <w:sz w:val="21"/>
        </w:rPr>
        <w:t xml:space="preserve"> </w:t>
      </w:r>
      <w:r>
        <w:rPr>
          <w:rFonts w:ascii="DiodrumArabic-Medium" w:hAnsi="DiodrumArabic-Medium" w:cs="DiodrumArabic-Medium"/>
          <w:sz w:val="21"/>
          <w:szCs w:val="21"/>
          <w:rtl/>
        </w:rPr>
        <w:t>دولار</w:t>
      </w:r>
      <w:proofErr w:type="gramEnd"/>
      <w:r>
        <w:rPr>
          <w:rFonts w:ascii="DiodrumArabic-Medium" w:hAnsi="DiodrumArabic-Medium"/>
          <w:sz w:val="21"/>
        </w:rPr>
        <w:t xml:space="preserve"> </w:t>
      </w:r>
      <w:r>
        <w:rPr>
          <w:rFonts w:ascii="DiodrumArabic-Medium" w:hAnsi="DiodrumArabic-Medium" w:cs="DiodrumArabic-Medium"/>
          <w:sz w:val="21"/>
          <w:szCs w:val="21"/>
          <w:rtl/>
        </w:rPr>
        <w:t>بحلول</w:t>
      </w:r>
      <w:r>
        <w:rPr>
          <w:rFonts w:ascii="DiodrumArabic-Medium" w:hAnsi="DiodrumArabic-Medium"/>
          <w:sz w:val="21"/>
        </w:rPr>
        <w:t xml:space="preserve"> </w:t>
      </w:r>
      <w:r>
        <w:rPr>
          <w:rFonts w:ascii="DiodrumArabic-Medium" w:hAnsi="DiodrumArabic-Medium" w:cs="DiodrumArabic-Medium"/>
          <w:sz w:val="21"/>
          <w:szCs w:val="21"/>
          <w:rtl/>
        </w:rPr>
        <w:t>عام</w:t>
      </w:r>
      <w:r>
        <w:rPr>
          <w:rFonts w:ascii="DiodrumArabic-Medium" w:hAnsi="DiodrumArabic-Medium"/>
          <w:sz w:val="21"/>
        </w:rPr>
        <w:t xml:space="preserve"> 2026 </w:t>
      </w:r>
      <w:hyperlink w:anchor="ref3" w:history="1">
        <w:r w:rsidR="00F761AD">
          <w:rPr>
            <w:rStyle w:val="Hyperlink"/>
          </w:rPr>
          <w:t>[3]</w:t>
        </w:r>
      </w:hyperlink>
      <w:r>
        <w:rPr>
          <w:rFonts w:ascii="DiodrumArabic-Medium" w:hAnsi="DiodrumArabic-Medium" w:cs="DiodrumArabic-Medium"/>
          <w:sz w:val="21"/>
          <w:szCs w:val="21"/>
          <w:rtl/>
        </w:rPr>
        <w:t>،</w:t>
      </w:r>
      <w:r>
        <w:rPr>
          <w:rFonts w:ascii="DiodrumArabic-Medium" w:hAnsi="DiodrumArabic-Medium"/>
          <w:sz w:val="21"/>
        </w:rPr>
        <w:t xml:space="preserve"> </w:t>
      </w:r>
      <w:r>
        <w:rPr>
          <w:rFonts w:ascii="DiodrumArabic-Medium" w:hAnsi="DiodrumArabic-Medium" w:cs="DiodrumArabic-Medium"/>
          <w:sz w:val="21"/>
          <w:szCs w:val="21"/>
          <w:rtl/>
        </w:rPr>
        <w:t>مما</w:t>
      </w:r>
      <w:r>
        <w:rPr>
          <w:rFonts w:ascii="DiodrumArabic-Medium" w:hAnsi="DiodrumArabic-Medium"/>
          <w:sz w:val="21"/>
        </w:rPr>
        <w:t xml:space="preserve"> </w:t>
      </w:r>
      <w:r>
        <w:rPr>
          <w:rFonts w:ascii="DiodrumArabic-Medium" w:hAnsi="DiodrumArabic-Medium" w:cs="DiodrumArabic-Medium"/>
          <w:sz w:val="21"/>
          <w:szCs w:val="21"/>
          <w:rtl/>
        </w:rPr>
        <w:t>يبرز</w:t>
      </w:r>
      <w:r>
        <w:rPr>
          <w:rFonts w:ascii="DiodrumArabic-Medium" w:hAnsi="DiodrumArabic-Medium"/>
          <w:sz w:val="21"/>
        </w:rPr>
        <w:t xml:space="preserve"> </w:t>
      </w:r>
      <w:r>
        <w:rPr>
          <w:rFonts w:ascii="DiodrumArabic-Medium" w:hAnsi="DiodrumArabic-Medium" w:cs="DiodrumArabic-Medium"/>
          <w:sz w:val="21"/>
          <w:szCs w:val="21"/>
          <w:rtl/>
        </w:rPr>
        <w:t>أهمية</w:t>
      </w:r>
      <w:r>
        <w:rPr>
          <w:rFonts w:ascii="DiodrumArabic-Medium" w:hAnsi="DiodrumArabic-Medium"/>
          <w:sz w:val="21"/>
        </w:rPr>
        <w:t xml:space="preserve"> </w:t>
      </w:r>
      <w:r>
        <w:rPr>
          <w:rFonts w:ascii="DiodrumArabic-Medium" w:hAnsi="DiodrumArabic-Medium" w:cs="DiodrumArabic-Medium"/>
          <w:sz w:val="21"/>
          <w:szCs w:val="21"/>
          <w:rtl/>
        </w:rPr>
        <w:t>تعزيز</w:t>
      </w:r>
      <w:r>
        <w:rPr>
          <w:rFonts w:ascii="DiodrumArabic-Medium" w:hAnsi="DiodrumArabic-Medium"/>
          <w:sz w:val="21"/>
        </w:rPr>
        <w:t xml:space="preserve"> </w:t>
      </w:r>
      <w:r>
        <w:rPr>
          <w:rFonts w:ascii="DiodrumArabic-Medium" w:hAnsi="DiodrumArabic-Medium" w:cs="DiodrumArabic-Medium"/>
          <w:sz w:val="21"/>
          <w:szCs w:val="21"/>
          <w:rtl/>
        </w:rPr>
        <w:t>هذه</w:t>
      </w:r>
      <w:r>
        <w:rPr>
          <w:rFonts w:ascii="DiodrumArabic-Medium" w:hAnsi="DiodrumArabic-Medium"/>
          <w:sz w:val="21"/>
        </w:rPr>
        <w:t xml:space="preserve"> </w:t>
      </w:r>
      <w:r>
        <w:rPr>
          <w:rFonts w:ascii="DiodrumArabic-Medium" w:hAnsi="DiodrumArabic-Medium" w:cs="DiodrumArabic-Medium"/>
          <w:sz w:val="21"/>
          <w:szCs w:val="21"/>
          <w:rtl/>
        </w:rPr>
        <w:t>المبادئ</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العالم</w:t>
      </w:r>
      <w:r>
        <w:rPr>
          <w:rFonts w:ascii="DiodrumArabic-Medium" w:hAnsi="DiodrumArabic-Medium"/>
          <w:sz w:val="21"/>
        </w:rPr>
        <w:t xml:space="preserve"> </w:t>
      </w:r>
      <w:r>
        <w:rPr>
          <w:rFonts w:ascii="DiodrumArabic-Medium" w:hAnsi="DiodrumArabic-Medium" w:cs="DiodrumArabic-Medium"/>
          <w:sz w:val="21"/>
          <w:szCs w:val="21"/>
          <w:rtl/>
        </w:rPr>
        <w:t>الرقمي</w:t>
      </w:r>
      <w:r>
        <w:rPr>
          <w:rFonts w:ascii="DiodrumArabic-Medium" w:hAnsi="DiodrumArabic-Medium"/>
          <w:sz w:val="21"/>
        </w:rPr>
        <w:t xml:space="preserve"> </w:t>
      </w:r>
      <w:r>
        <w:rPr>
          <w:rFonts w:ascii="DiodrumArabic-Medium" w:hAnsi="DiodrumArabic-Medium" w:cs="DiodrumArabic-Medium"/>
          <w:sz w:val="21"/>
          <w:szCs w:val="21"/>
          <w:rtl/>
        </w:rPr>
        <w:t>المتطور</w:t>
      </w:r>
      <w:r w:rsidR="00EF7C26">
        <w:rPr>
          <w:rFonts w:hint="cs"/>
          <w:rtl/>
        </w:rPr>
        <w:t>.</w:t>
      </w:r>
    </w:p>
    <w:p w14:paraId="57D26E60" w14:textId="77777777" w:rsidR="00814ACB" w:rsidRDefault="00814ACB" w:rsidP="00814ACB">
      <w:pPr>
        <w:rPr>
          <w:rtl/>
        </w:rPr>
      </w:pPr>
      <w:bookmarkStart w:id="6" w:name="_Toc204250836"/>
    </w:p>
    <w:p w14:paraId="6265F100" w14:textId="77777777" w:rsidR="00814ACB" w:rsidRDefault="00814ACB" w:rsidP="00814ACB">
      <w:pPr>
        <w:rPr>
          <w:rtl/>
        </w:rPr>
      </w:pPr>
    </w:p>
    <w:p w14:paraId="2F634579" w14:textId="77777777" w:rsidR="00814ACB" w:rsidRDefault="00814ACB" w:rsidP="00814ACB">
      <w:pPr>
        <w:rPr>
          <w:rtl/>
        </w:rPr>
      </w:pPr>
    </w:p>
    <w:p w14:paraId="03FBF48D" w14:textId="77777777" w:rsidR="00814ACB" w:rsidRDefault="00814ACB" w:rsidP="00814ACB">
      <w:pPr>
        <w:rPr>
          <w:rtl/>
        </w:rPr>
      </w:pPr>
    </w:p>
    <w:p w14:paraId="35C425C3" w14:textId="5A70687E" w:rsidR="00814ACB" w:rsidRPr="00814ACB" w:rsidRDefault="00965C15" w:rsidP="00814ACB">
      <w:pPr>
        <w:bidi/>
        <w:jc w:val="both"/>
        <w:rPr>
          <w:rFonts w:ascii="☞DIODRUM ARABIC SEMIBOLD" w:hAnsi="☞DIODRUM ARABIC SEMIBOLD" w:cs="☞DIODRUM ARABIC SEMIBOLD"/>
          <w:b/>
          <w:bCs/>
          <w:rtl/>
        </w:rPr>
      </w:pPr>
      <w:r w:rsidRPr="00814ACB">
        <w:rPr>
          <w:rFonts w:ascii="☞DIODRUM ARABIC SEMIBOLD" w:hAnsi="☞DIODRUM ARABIC SEMIBOLD" w:cs="☞DIODRUM ARABIC SEMIBOLD" w:hint="cs"/>
          <w:b/>
          <w:bCs/>
          <w:rtl/>
        </w:rPr>
        <w:t>يعتمد</w:t>
      </w:r>
      <w:r w:rsidRPr="00814ACB">
        <w:rPr>
          <w:rFonts w:ascii="☞DIODRUM ARABIC SEMIBOLD" w:hAnsi="☞DIODRUM ARABIC SEMIBOLD" w:cs="☞DIODRUM ARABIC SEMIBOLD" w:hint="cs"/>
          <w:b/>
          <w:bCs/>
        </w:rPr>
        <w:t xml:space="preserve"> </w:t>
      </w:r>
      <w:r w:rsidRPr="00814ACB">
        <w:rPr>
          <w:rFonts w:ascii="☞DIODRUM ARABIC SEMIBOLD" w:hAnsi="☞DIODRUM ARABIC SEMIBOLD" w:cs="☞DIODRUM ARABIC SEMIBOLD" w:hint="cs"/>
          <w:b/>
          <w:bCs/>
          <w:rtl/>
        </w:rPr>
        <w:t>نجاح</w:t>
      </w:r>
      <w:r w:rsidRPr="00814ACB">
        <w:rPr>
          <w:rFonts w:ascii="☞DIODRUM ARABIC SEMIBOLD" w:hAnsi="☞DIODRUM ARABIC SEMIBOLD" w:cs="☞DIODRUM ARABIC SEMIBOLD" w:hint="cs"/>
          <w:b/>
          <w:bCs/>
        </w:rPr>
        <w:t xml:space="preserve"> </w:t>
      </w:r>
      <w:r w:rsidRPr="00814ACB">
        <w:rPr>
          <w:rFonts w:ascii="☞DIODRUM ARABIC SEMIBOLD" w:hAnsi="☞DIODRUM ARABIC SEMIBOLD" w:cs="☞DIODRUM ARABIC SEMIBOLD" w:hint="cs"/>
          <w:b/>
          <w:bCs/>
          <w:rtl/>
        </w:rPr>
        <w:t>الشمولية</w:t>
      </w:r>
      <w:r w:rsidRPr="00814ACB">
        <w:rPr>
          <w:rFonts w:ascii="☞DIODRUM ARABIC SEMIBOLD" w:hAnsi="☞DIODRUM ARABIC SEMIBOLD" w:cs="☞DIODRUM ARABIC SEMIBOLD" w:hint="cs"/>
          <w:b/>
          <w:bCs/>
        </w:rPr>
        <w:t xml:space="preserve"> </w:t>
      </w:r>
      <w:r w:rsidRPr="00814ACB">
        <w:rPr>
          <w:rFonts w:ascii="☞DIODRUM ARABIC SEMIBOLD" w:hAnsi="☞DIODRUM ARABIC SEMIBOLD" w:cs="☞DIODRUM ARABIC SEMIBOLD" w:hint="cs"/>
          <w:b/>
          <w:bCs/>
          <w:rtl/>
        </w:rPr>
        <w:t>الرقمية</w:t>
      </w:r>
      <w:r w:rsidRPr="00814ACB">
        <w:rPr>
          <w:rFonts w:ascii="☞DIODRUM ARABIC SEMIBOLD" w:hAnsi="☞DIODRUM ARABIC SEMIBOLD" w:cs="☞DIODRUM ARABIC SEMIBOLD" w:hint="cs"/>
          <w:b/>
          <w:bCs/>
        </w:rPr>
        <w:t xml:space="preserve"> </w:t>
      </w:r>
      <w:r w:rsidRPr="00814ACB">
        <w:rPr>
          <w:rFonts w:ascii="☞DIODRUM ARABIC SEMIBOLD" w:hAnsi="☞DIODRUM ARABIC SEMIBOLD" w:cs="☞DIODRUM ARABIC SEMIBOLD" w:hint="cs"/>
          <w:b/>
          <w:bCs/>
          <w:rtl/>
        </w:rPr>
        <w:t>على</w:t>
      </w:r>
      <w:r w:rsidRPr="00814ACB">
        <w:rPr>
          <w:rFonts w:ascii="☞DIODRUM ARABIC SEMIBOLD" w:hAnsi="☞DIODRUM ARABIC SEMIBOLD" w:cs="☞DIODRUM ARABIC SEMIBOLD" w:hint="cs"/>
          <w:b/>
          <w:bCs/>
        </w:rPr>
        <w:t xml:space="preserve"> 5 </w:t>
      </w:r>
      <w:r w:rsidRPr="00814ACB">
        <w:rPr>
          <w:rFonts w:ascii="☞DIODRUM ARABIC SEMIBOLD" w:hAnsi="☞DIODRUM ARABIC SEMIBOLD" w:cs="☞DIODRUM ARABIC SEMIBOLD" w:hint="cs"/>
          <w:b/>
          <w:bCs/>
          <w:rtl/>
        </w:rPr>
        <w:t>ممكنات</w:t>
      </w:r>
      <w:r w:rsidRPr="00814ACB">
        <w:rPr>
          <w:rFonts w:ascii="☞DIODRUM ARABIC SEMIBOLD" w:hAnsi="☞DIODRUM ARABIC SEMIBOLD" w:cs="☞DIODRUM ARABIC SEMIBOLD" w:hint="cs"/>
          <w:b/>
          <w:bCs/>
        </w:rPr>
        <w:t xml:space="preserve"> </w:t>
      </w:r>
      <w:r w:rsidRPr="00814ACB">
        <w:rPr>
          <w:rFonts w:ascii="☞DIODRUM ARABIC SEMIBOLD" w:hAnsi="☞DIODRUM ARABIC SEMIBOLD" w:cs="☞DIODRUM ARABIC SEMIBOLD" w:hint="cs"/>
          <w:b/>
          <w:bCs/>
          <w:rtl/>
        </w:rPr>
        <w:t>رئيسية</w:t>
      </w:r>
      <w:r w:rsidR="00814ACB">
        <w:rPr>
          <w:rFonts w:ascii="☞DIODRUM ARABIC SEMIBOLD" w:hAnsi="☞DIODRUM ARABIC SEMIBOLD" w:cs="☞DIODRUM ARABIC SEMIBOLD" w:hint="cs"/>
          <w:b/>
          <w:bCs/>
          <w:rtl/>
        </w:rPr>
        <w:t>:</w:t>
      </w:r>
    </w:p>
    <w:bookmarkEnd w:id="6"/>
    <w:p w14:paraId="1935C91F" w14:textId="179B1008" w:rsidR="00D04C7D" w:rsidRPr="007D6356" w:rsidRDefault="00D6184D" w:rsidP="001A705E">
      <w:pPr>
        <w:pStyle w:val="Heading4"/>
        <w:bidi/>
        <w:rPr>
          <w:rFonts w:ascii="☞DIODRUM ARABIC MEDIUM" w:hAnsi="☞DIODRUM ARABIC MEDIUM" w:cs="☞DIODRUM ARABIC MEDIUM"/>
          <w:b w:val="0"/>
          <w:bCs w:val="0"/>
          <w:i w:val="0"/>
          <w:iCs w:val="0"/>
          <w:color w:val="auto"/>
        </w:rPr>
      </w:pPr>
      <w:proofErr w:type="spellStart"/>
      <w:r w:rsidRPr="007D6356">
        <w:rPr>
          <w:rFonts w:ascii="☞DIODRUM ARABIC MEDIUM" w:hAnsi="☞DIODRUM ARABIC MEDIUM" w:cs="☞DIODRUM ARABIC MEDIUM" w:hint="cs"/>
          <w:b w:val="0"/>
          <w:bCs w:val="0"/>
          <w:i w:val="0"/>
          <w:iCs w:val="0"/>
          <w:color w:val="auto"/>
          <w:rtl/>
        </w:rPr>
        <w:t>المتابعةوالتقييــــــم</w:t>
      </w:r>
      <w:proofErr w:type="spellEnd"/>
    </w:p>
    <w:p w14:paraId="3F717078" w14:textId="3E7583B1" w:rsidR="00D04C7D" w:rsidRDefault="00D6184D" w:rsidP="001A705E">
      <w:pPr>
        <w:bidi/>
      </w:pPr>
      <w:r>
        <w:rPr>
          <w:rFonts w:ascii="DiodrumArabic-Medium" w:hAnsi="DiodrumArabic-Medium" w:cs="DiodrumArabic-Medium"/>
          <w:sz w:val="20"/>
          <w:szCs w:val="20"/>
          <w:rtl/>
        </w:rPr>
        <w:t>التأكد</w:t>
      </w:r>
      <w:r>
        <w:rPr>
          <w:rFonts w:ascii="DiodrumArabic-Medium" w:hAnsi="DiodrumArabic-Medium"/>
          <w:sz w:val="20"/>
        </w:rPr>
        <w:t xml:space="preserve"> </w:t>
      </w:r>
      <w:r>
        <w:rPr>
          <w:rFonts w:ascii="DiodrumArabic-Medium" w:hAnsi="DiodrumArabic-Medium" w:cs="DiodrumArabic-Medium"/>
          <w:sz w:val="20"/>
          <w:szCs w:val="20"/>
          <w:rtl/>
        </w:rPr>
        <w:t>من</w:t>
      </w:r>
      <w:r>
        <w:rPr>
          <w:rFonts w:ascii="DiodrumArabic-Medium" w:hAnsi="DiodrumArabic-Medium"/>
          <w:sz w:val="20"/>
        </w:rPr>
        <w:t xml:space="preserve"> </w:t>
      </w:r>
      <w:r>
        <w:rPr>
          <w:rFonts w:ascii="DiodrumArabic-Medium" w:hAnsi="DiodrumArabic-Medium" w:cs="DiodrumArabic-Medium"/>
          <w:sz w:val="20"/>
          <w:szCs w:val="20"/>
          <w:rtl/>
        </w:rPr>
        <w:t>إحراز</w:t>
      </w:r>
      <w:r>
        <w:rPr>
          <w:rFonts w:ascii="DiodrumArabic-Medium" w:hAnsi="DiodrumArabic-Medium"/>
          <w:sz w:val="20"/>
        </w:rPr>
        <w:t xml:space="preserve"> </w:t>
      </w:r>
      <w:r>
        <w:rPr>
          <w:rFonts w:ascii="DiodrumArabic-Medium" w:hAnsi="DiodrumArabic-Medium" w:cs="DiodrumArabic-Medium"/>
          <w:sz w:val="20"/>
          <w:szCs w:val="20"/>
          <w:rtl/>
        </w:rPr>
        <w:t>تقدم</w:t>
      </w:r>
      <w:r>
        <w:rPr>
          <w:rFonts w:ascii="DiodrumArabic-Medium" w:hAnsi="DiodrumArabic-Medium"/>
          <w:sz w:val="20"/>
        </w:rPr>
        <w:t xml:space="preserve"> </w:t>
      </w:r>
      <w:r>
        <w:rPr>
          <w:rFonts w:ascii="DiodrumArabic-Medium" w:hAnsi="DiodrumArabic-Medium" w:cs="DiodrumArabic-Medium"/>
          <w:sz w:val="20"/>
          <w:szCs w:val="20"/>
          <w:rtl/>
        </w:rPr>
        <w:t>مستمر</w:t>
      </w:r>
      <w:r>
        <w:rPr>
          <w:rFonts w:ascii="DiodrumArabic-Medium" w:hAnsi="DiodrumArabic-Medium"/>
          <w:sz w:val="20"/>
        </w:rPr>
        <w:t xml:space="preserve"> </w:t>
      </w:r>
      <w:r>
        <w:rPr>
          <w:rFonts w:ascii="DiodrumArabic-Medium" w:hAnsi="DiodrumArabic-Medium" w:cs="DiodrumArabic-Medium"/>
          <w:sz w:val="20"/>
          <w:szCs w:val="20"/>
          <w:rtl/>
        </w:rPr>
        <w:t>وتحديد</w:t>
      </w:r>
      <w:r>
        <w:rPr>
          <w:rFonts w:ascii="DiodrumArabic-Medium" w:hAnsi="DiodrumArabic-Medium"/>
          <w:sz w:val="20"/>
        </w:rPr>
        <w:t xml:space="preserve"> </w:t>
      </w:r>
      <w:r>
        <w:rPr>
          <w:rFonts w:ascii="DiodrumArabic-Medium" w:hAnsi="DiodrumArabic-Medium" w:cs="DiodrumArabic-Medium"/>
          <w:sz w:val="20"/>
          <w:szCs w:val="20"/>
          <w:rtl/>
        </w:rPr>
        <w:t>مجالات</w:t>
      </w:r>
      <w:r>
        <w:rPr>
          <w:rFonts w:ascii="DiodrumArabic-Medium" w:hAnsi="DiodrumArabic-Medium"/>
          <w:sz w:val="20"/>
        </w:rPr>
        <w:t xml:space="preserve"> </w:t>
      </w:r>
      <w:r>
        <w:rPr>
          <w:rFonts w:ascii="DiodrumArabic-Medium" w:hAnsi="DiodrumArabic-Medium" w:cs="DiodrumArabic-Medium"/>
          <w:sz w:val="20"/>
          <w:szCs w:val="20"/>
          <w:rtl/>
        </w:rPr>
        <w:t>التحسين</w:t>
      </w:r>
      <w:r w:rsidR="00965C15">
        <w:rPr>
          <w:rFonts w:ascii="DiodrumArabic-Medium" w:hAnsi="DiodrumArabic-Medium" w:hint="cs"/>
          <w:sz w:val="20"/>
          <w:rtl/>
        </w:rPr>
        <w:t>.</w:t>
      </w:r>
    </w:p>
    <w:p w14:paraId="7DF48CFF" w14:textId="77777777" w:rsidR="00D04C7D" w:rsidRPr="007D6356" w:rsidRDefault="00D6184D" w:rsidP="001A705E">
      <w:pPr>
        <w:pStyle w:val="Heading4"/>
        <w:bidi/>
        <w:rPr>
          <w:rFonts w:ascii="☞DIODRUM ARABIC MEDIUM" w:hAnsi="☞DIODRUM ARABIC MEDIUM" w:cs="☞DIODRUM ARABIC MEDIUM"/>
          <w:b w:val="0"/>
          <w:bCs w:val="0"/>
          <w:i w:val="0"/>
          <w:iCs w:val="0"/>
          <w:color w:val="auto"/>
        </w:rPr>
      </w:pPr>
      <w:r w:rsidRPr="007D6356">
        <w:rPr>
          <w:rFonts w:ascii="☞DIODRUM ARABIC MEDIUM" w:hAnsi="☞DIODRUM ARABIC MEDIUM" w:cs="☞DIODRUM ARABIC MEDIUM" w:hint="cs"/>
          <w:b w:val="0"/>
          <w:bCs w:val="0"/>
          <w:i w:val="0"/>
          <w:iCs w:val="0"/>
          <w:color w:val="auto"/>
          <w:rtl/>
        </w:rPr>
        <w:t>بناء</w:t>
      </w:r>
      <w:r w:rsidRPr="007D6356">
        <w:rPr>
          <w:rFonts w:ascii="☞DIODRUM ARABIC MEDIUM" w:hAnsi="☞DIODRUM ARABIC MEDIUM" w:cs="☞DIODRUM ARABIC MEDIUM" w:hint="cs"/>
          <w:b w:val="0"/>
          <w:bCs w:val="0"/>
          <w:i w:val="0"/>
          <w:iCs w:val="0"/>
          <w:color w:val="auto"/>
        </w:rPr>
        <w:t xml:space="preserve"> </w:t>
      </w:r>
      <w:r w:rsidRPr="007D6356">
        <w:rPr>
          <w:rFonts w:ascii="☞DIODRUM ARABIC MEDIUM" w:hAnsi="☞DIODRUM ARABIC MEDIUM" w:cs="☞DIODRUM ARABIC MEDIUM" w:hint="cs"/>
          <w:b w:val="0"/>
          <w:bCs w:val="0"/>
          <w:i w:val="0"/>
          <w:iCs w:val="0"/>
          <w:color w:val="auto"/>
          <w:rtl/>
        </w:rPr>
        <w:t>القدرات</w:t>
      </w:r>
      <w:r w:rsidRPr="007D6356">
        <w:rPr>
          <w:rFonts w:ascii="☞DIODRUM ARABIC MEDIUM" w:hAnsi="☞DIODRUM ARABIC MEDIUM" w:cs="☞DIODRUM ARABIC MEDIUM" w:hint="cs"/>
          <w:b w:val="0"/>
          <w:bCs w:val="0"/>
          <w:i w:val="0"/>
          <w:iCs w:val="0"/>
          <w:color w:val="auto"/>
        </w:rPr>
        <w:t xml:space="preserve"> </w:t>
      </w:r>
      <w:r w:rsidRPr="007D6356">
        <w:rPr>
          <w:rFonts w:ascii="☞DIODRUM ARABIC MEDIUM" w:hAnsi="☞DIODRUM ARABIC MEDIUM" w:cs="☞DIODRUM ARABIC MEDIUM" w:hint="cs"/>
          <w:b w:val="0"/>
          <w:bCs w:val="0"/>
          <w:i w:val="0"/>
          <w:iCs w:val="0"/>
          <w:color w:val="auto"/>
          <w:rtl/>
        </w:rPr>
        <w:t>والتعليـــــــم</w:t>
      </w:r>
    </w:p>
    <w:p w14:paraId="29D217F0" w14:textId="6704CE91" w:rsidR="00D04C7D" w:rsidRDefault="00D6184D" w:rsidP="001A705E">
      <w:pPr>
        <w:bidi/>
      </w:pPr>
      <w:r>
        <w:rPr>
          <w:rFonts w:ascii="DiodrumArabic-Medium" w:hAnsi="DiodrumArabic-Medium" w:cs="DiodrumArabic-Medium"/>
          <w:sz w:val="20"/>
          <w:szCs w:val="20"/>
          <w:rtl/>
        </w:rPr>
        <w:t>تطوير</w:t>
      </w:r>
      <w:r>
        <w:rPr>
          <w:rFonts w:ascii="DiodrumArabic-Medium" w:hAnsi="DiodrumArabic-Medium"/>
          <w:sz w:val="20"/>
        </w:rPr>
        <w:t xml:space="preserve"> </w:t>
      </w:r>
      <w:r>
        <w:rPr>
          <w:rFonts w:ascii="DiodrumArabic-Medium" w:hAnsi="DiodrumArabic-Medium" w:cs="DiodrumArabic-Medium"/>
          <w:sz w:val="20"/>
          <w:szCs w:val="20"/>
          <w:rtl/>
        </w:rPr>
        <w:t>المهارات</w:t>
      </w:r>
      <w:r>
        <w:rPr>
          <w:rFonts w:ascii="DiodrumArabic-Medium" w:hAnsi="DiodrumArabic-Medium"/>
          <w:sz w:val="20"/>
        </w:rPr>
        <w:t xml:space="preserve"> </w:t>
      </w:r>
      <w:r>
        <w:rPr>
          <w:rFonts w:ascii="DiodrumArabic-Medium" w:hAnsi="DiodrumArabic-Medium" w:cs="DiodrumArabic-Medium"/>
          <w:sz w:val="20"/>
          <w:szCs w:val="20"/>
          <w:rtl/>
        </w:rPr>
        <w:t>المطلوبة</w:t>
      </w:r>
      <w:r>
        <w:rPr>
          <w:rFonts w:ascii="DiodrumArabic-Medium" w:hAnsi="DiodrumArabic-Medium"/>
          <w:sz w:val="20"/>
        </w:rPr>
        <w:t xml:space="preserve"> </w:t>
      </w:r>
      <w:r>
        <w:rPr>
          <w:rFonts w:ascii="DiodrumArabic-Medium" w:hAnsi="DiodrumArabic-Medium" w:cs="DiodrumArabic-Medium"/>
          <w:sz w:val="20"/>
          <w:szCs w:val="20"/>
          <w:rtl/>
        </w:rPr>
        <w:t>لتعزيز</w:t>
      </w:r>
      <w:r>
        <w:rPr>
          <w:rFonts w:ascii="DiodrumArabic-Medium" w:hAnsi="DiodrumArabic-Medium"/>
          <w:sz w:val="20"/>
        </w:rPr>
        <w:t xml:space="preserve"> </w:t>
      </w:r>
      <w:r>
        <w:rPr>
          <w:rFonts w:ascii="DiodrumArabic-Medium" w:hAnsi="DiodrumArabic-Medium" w:cs="DiodrumArabic-Medium"/>
          <w:sz w:val="20"/>
          <w:szCs w:val="20"/>
          <w:rtl/>
        </w:rPr>
        <w:t>الشمولية</w:t>
      </w:r>
      <w:r>
        <w:rPr>
          <w:rFonts w:ascii="DiodrumArabic-Medium" w:hAnsi="DiodrumArabic-Medium"/>
          <w:sz w:val="20"/>
        </w:rPr>
        <w:t xml:space="preserve"> </w:t>
      </w:r>
      <w:r>
        <w:rPr>
          <w:rFonts w:ascii="DiodrumArabic-Medium" w:hAnsi="DiodrumArabic-Medium" w:cs="DiodrumArabic-Medium"/>
          <w:sz w:val="20"/>
          <w:szCs w:val="20"/>
          <w:rtl/>
        </w:rPr>
        <w:t>والحفاظ</w:t>
      </w:r>
      <w:r>
        <w:rPr>
          <w:rFonts w:ascii="DiodrumArabic-Medium" w:hAnsi="DiodrumArabic-Medium"/>
          <w:sz w:val="20"/>
        </w:rPr>
        <w:t xml:space="preserve"> </w:t>
      </w:r>
      <w:r>
        <w:rPr>
          <w:rFonts w:ascii="DiodrumArabic-Medium" w:hAnsi="DiodrumArabic-Medium" w:cs="DiodrumArabic-Medium"/>
          <w:sz w:val="20"/>
          <w:szCs w:val="20"/>
          <w:rtl/>
        </w:rPr>
        <w:t>عليها</w:t>
      </w:r>
      <w:r w:rsidR="00965C15">
        <w:rPr>
          <w:rFonts w:ascii="DiodrumArabic-Medium" w:hAnsi="DiodrumArabic-Medium" w:hint="cs"/>
          <w:sz w:val="20"/>
          <w:rtl/>
        </w:rPr>
        <w:t>.</w:t>
      </w:r>
    </w:p>
    <w:p w14:paraId="7BED0B0E" w14:textId="77777777" w:rsidR="00D04C7D" w:rsidRPr="007D6356" w:rsidRDefault="00D6184D" w:rsidP="001A705E">
      <w:pPr>
        <w:pStyle w:val="Heading4"/>
        <w:bidi/>
        <w:rPr>
          <w:rFonts w:ascii="☞DIODRUM ARABIC MEDIUM" w:hAnsi="☞DIODRUM ARABIC MEDIUM" w:cs="☞DIODRUM ARABIC MEDIUM"/>
          <w:b w:val="0"/>
          <w:bCs w:val="0"/>
          <w:i w:val="0"/>
          <w:iCs w:val="0"/>
          <w:color w:val="auto"/>
        </w:rPr>
      </w:pPr>
      <w:r w:rsidRPr="007D6356">
        <w:rPr>
          <w:rFonts w:ascii="☞DIODRUM ARABIC MEDIUM" w:hAnsi="☞DIODRUM ARABIC MEDIUM" w:cs="☞DIODRUM ARABIC MEDIUM" w:hint="cs"/>
          <w:b w:val="0"/>
          <w:bCs w:val="0"/>
          <w:i w:val="0"/>
          <w:iCs w:val="0"/>
          <w:color w:val="auto"/>
          <w:rtl/>
        </w:rPr>
        <w:t>الابتكار</w:t>
      </w:r>
      <w:r w:rsidRPr="007D6356">
        <w:rPr>
          <w:rFonts w:ascii="☞DIODRUM ARABIC MEDIUM" w:hAnsi="☞DIODRUM ARABIC MEDIUM" w:cs="☞DIODRUM ARABIC MEDIUM" w:hint="cs"/>
          <w:b w:val="0"/>
          <w:bCs w:val="0"/>
          <w:i w:val="0"/>
          <w:iCs w:val="0"/>
          <w:color w:val="auto"/>
        </w:rPr>
        <w:t xml:space="preserve"> </w:t>
      </w:r>
      <w:r w:rsidRPr="007D6356">
        <w:rPr>
          <w:rFonts w:ascii="☞DIODRUM ARABIC MEDIUM" w:hAnsi="☞DIODRUM ARABIC MEDIUM" w:cs="☞DIODRUM ARABIC MEDIUM" w:hint="cs"/>
          <w:b w:val="0"/>
          <w:bCs w:val="0"/>
          <w:i w:val="0"/>
          <w:iCs w:val="0"/>
          <w:color w:val="auto"/>
          <w:rtl/>
        </w:rPr>
        <w:t>واستخدام</w:t>
      </w:r>
      <w:r w:rsidRPr="007D6356">
        <w:rPr>
          <w:rFonts w:ascii="☞DIODRUM ARABIC MEDIUM" w:hAnsi="☞DIODRUM ARABIC MEDIUM" w:cs="☞DIODRUM ARABIC MEDIUM" w:hint="cs"/>
          <w:b w:val="0"/>
          <w:bCs w:val="0"/>
          <w:i w:val="0"/>
          <w:iCs w:val="0"/>
          <w:color w:val="auto"/>
        </w:rPr>
        <w:t xml:space="preserve"> </w:t>
      </w:r>
      <w:r w:rsidRPr="007D6356">
        <w:rPr>
          <w:rFonts w:ascii="☞DIODRUM ARABIC MEDIUM" w:hAnsi="☞DIODRUM ARABIC MEDIUM" w:cs="☞DIODRUM ARABIC MEDIUM" w:hint="cs"/>
          <w:b w:val="0"/>
          <w:bCs w:val="0"/>
          <w:i w:val="0"/>
          <w:iCs w:val="0"/>
          <w:color w:val="auto"/>
          <w:rtl/>
        </w:rPr>
        <w:t>التقنيات</w:t>
      </w:r>
      <w:r w:rsidRPr="007D6356">
        <w:rPr>
          <w:rFonts w:ascii="☞DIODRUM ARABIC MEDIUM" w:hAnsi="☞DIODRUM ARABIC MEDIUM" w:cs="☞DIODRUM ARABIC MEDIUM" w:hint="cs"/>
          <w:b w:val="0"/>
          <w:bCs w:val="0"/>
          <w:i w:val="0"/>
          <w:iCs w:val="0"/>
          <w:color w:val="auto"/>
        </w:rPr>
        <w:t xml:space="preserve"> </w:t>
      </w:r>
      <w:r w:rsidRPr="007D6356">
        <w:rPr>
          <w:rFonts w:ascii="☞DIODRUM ARABIC MEDIUM" w:hAnsi="☞DIODRUM ARABIC MEDIUM" w:cs="☞DIODRUM ARABIC MEDIUM" w:hint="cs"/>
          <w:b w:val="0"/>
          <w:bCs w:val="0"/>
          <w:i w:val="0"/>
          <w:iCs w:val="0"/>
          <w:color w:val="auto"/>
          <w:rtl/>
        </w:rPr>
        <w:t>المتقدمة</w:t>
      </w:r>
    </w:p>
    <w:p w14:paraId="4FCE131E" w14:textId="47F3976B" w:rsidR="00D04C7D" w:rsidRDefault="00D6184D" w:rsidP="001A705E">
      <w:pPr>
        <w:bidi/>
      </w:pPr>
      <w:r>
        <w:rPr>
          <w:rFonts w:ascii="DiodrumArabic-Medium" w:hAnsi="DiodrumArabic-Medium" w:cs="DiodrumArabic-Medium"/>
          <w:sz w:val="20"/>
          <w:szCs w:val="20"/>
          <w:rtl/>
        </w:rPr>
        <w:t>تبني</w:t>
      </w:r>
      <w:r>
        <w:rPr>
          <w:rFonts w:ascii="DiodrumArabic-Medium" w:hAnsi="DiodrumArabic-Medium"/>
          <w:sz w:val="20"/>
        </w:rPr>
        <w:t xml:space="preserve"> </w:t>
      </w:r>
      <w:r>
        <w:rPr>
          <w:rFonts w:ascii="DiodrumArabic-Medium" w:hAnsi="DiodrumArabic-Medium" w:cs="DiodrumArabic-Medium"/>
          <w:sz w:val="20"/>
          <w:szCs w:val="20"/>
          <w:rtl/>
        </w:rPr>
        <w:t>الحلول</w:t>
      </w:r>
      <w:r>
        <w:rPr>
          <w:rFonts w:ascii="DiodrumArabic-Medium" w:hAnsi="DiodrumArabic-Medium"/>
          <w:sz w:val="20"/>
        </w:rPr>
        <w:t xml:space="preserve"> </w:t>
      </w:r>
      <w:r>
        <w:rPr>
          <w:rFonts w:ascii="DiodrumArabic-Medium" w:hAnsi="DiodrumArabic-Medium" w:cs="DiodrumArabic-Medium"/>
          <w:sz w:val="20"/>
          <w:szCs w:val="20"/>
          <w:rtl/>
        </w:rPr>
        <w:t>المبتكرة</w:t>
      </w:r>
      <w:r>
        <w:rPr>
          <w:rFonts w:ascii="DiodrumArabic-Medium" w:hAnsi="DiodrumArabic-Medium"/>
          <w:sz w:val="20"/>
        </w:rPr>
        <w:t xml:space="preserve"> </w:t>
      </w:r>
      <w:r>
        <w:rPr>
          <w:rFonts w:ascii="DiodrumArabic-Medium" w:hAnsi="DiodrumArabic-Medium" w:cs="DiodrumArabic-Medium"/>
          <w:sz w:val="20"/>
          <w:szCs w:val="20"/>
          <w:rtl/>
        </w:rPr>
        <w:t>والتقنيات</w:t>
      </w:r>
      <w:r>
        <w:rPr>
          <w:rFonts w:ascii="DiodrumArabic-Medium" w:hAnsi="DiodrumArabic-Medium"/>
          <w:sz w:val="20"/>
        </w:rPr>
        <w:t xml:space="preserve"> </w:t>
      </w:r>
      <w:r>
        <w:rPr>
          <w:rFonts w:ascii="DiodrumArabic-Medium" w:hAnsi="DiodrumArabic-Medium" w:cs="DiodrumArabic-Medium"/>
          <w:sz w:val="20"/>
          <w:szCs w:val="20"/>
          <w:rtl/>
        </w:rPr>
        <w:t>الحديثة</w:t>
      </w:r>
      <w:r>
        <w:rPr>
          <w:rFonts w:ascii="DiodrumArabic-Medium" w:hAnsi="DiodrumArabic-Medium"/>
          <w:sz w:val="20"/>
        </w:rPr>
        <w:t xml:space="preserve"> </w:t>
      </w:r>
      <w:r>
        <w:rPr>
          <w:rFonts w:ascii="DiodrumArabic-Medium" w:hAnsi="DiodrumArabic-Medium" w:cs="DiodrumArabic-Medium"/>
          <w:sz w:val="20"/>
          <w:szCs w:val="20"/>
          <w:rtl/>
        </w:rPr>
        <w:t>لتعزيز</w:t>
      </w:r>
      <w:r>
        <w:rPr>
          <w:rFonts w:ascii="DiodrumArabic-Medium" w:hAnsi="DiodrumArabic-Medium"/>
          <w:sz w:val="20"/>
        </w:rPr>
        <w:t xml:space="preserve"> </w:t>
      </w:r>
      <w:r>
        <w:rPr>
          <w:rFonts w:ascii="DiodrumArabic-Medium" w:hAnsi="DiodrumArabic-Medium" w:cs="DiodrumArabic-Medium"/>
          <w:sz w:val="20"/>
          <w:szCs w:val="20"/>
          <w:rtl/>
        </w:rPr>
        <w:t>الشمولية</w:t>
      </w:r>
      <w:r>
        <w:rPr>
          <w:rFonts w:ascii="DiodrumArabic-Medium" w:hAnsi="DiodrumArabic-Medium"/>
          <w:sz w:val="20"/>
        </w:rPr>
        <w:t xml:space="preserve"> </w:t>
      </w:r>
      <w:r>
        <w:rPr>
          <w:rFonts w:ascii="DiodrumArabic-Medium" w:hAnsi="DiodrumArabic-Medium" w:cs="DiodrumArabic-Medium"/>
          <w:sz w:val="20"/>
          <w:szCs w:val="20"/>
          <w:rtl/>
        </w:rPr>
        <w:t>الرقمية</w:t>
      </w:r>
      <w:r>
        <w:rPr>
          <w:rFonts w:ascii="DiodrumArabic-Medium" w:hAnsi="DiodrumArabic-Medium"/>
          <w:sz w:val="20"/>
        </w:rPr>
        <w:t xml:space="preserve"> </w:t>
      </w:r>
      <w:r>
        <w:rPr>
          <w:rFonts w:ascii="DiodrumArabic-Medium" w:hAnsi="DiodrumArabic-Medium" w:cs="DiodrumArabic-Medium"/>
          <w:sz w:val="20"/>
          <w:szCs w:val="20"/>
          <w:rtl/>
        </w:rPr>
        <w:t>وتحسين</w:t>
      </w:r>
      <w:r>
        <w:rPr>
          <w:rFonts w:ascii="DiodrumArabic-Medium" w:hAnsi="DiodrumArabic-Medium"/>
          <w:sz w:val="20"/>
        </w:rPr>
        <w:t xml:space="preserve"> </w:t>
      </w:r>
      <w:r>
        <w:rPr>
          <w:rFonts w:ascii="DiodrumArabic-Medium" w:hAnsi="DiodrumArabic-Medium" w:cs="DiodrumArabic-Medium"/>
          <w:sz w:val="20"/>
          <w:szCs w:val="20"/>
          <w:rtl/>
        </w:rPr>
        <w:t>تجربة</w:t>
      </w:r>
      <w:r>
        <w:rPr>
          <w:rFonts w:ascii="DiodrumArabic-Medium" w:hAnsi="DiodrumArabic-Medium"/>
          <w:sz w:val="20"/>
        </w:rPr>
        <w:t xml:space="preserve"> </w:t>
      </w:r>
      <w:r>
        <w:rPr>
          <w:rFonts w:ascii="DiodrumArabic-Medium" w:hAnsi="DiodrumArabic-Medium" w:cs="DiodrumArabic-Medium"/>
          <w:sz w:val="20"/>
          <w:szCs w:val="20"/>
          <w:rtl/>
        </w:rPr>
        <w:t>المستخدمين</w:t>
      </w:r>
      <w:r w:rsidR="00965C15">
        <w:rPr>
          <w:rFonts w:hint="cs"/>
          <w:rtl/>
        </w:rPr>
        <w:t>.</w:t>
      </w:r>
    </w:p>
    <w:p w14:paraId="2FC049A1" w14:textId="77777777" w:rsidR="00D04C7D" w:rsidRPr="007D6356" w:rsidRDefault="00D6184D" w:rsidP="001A705E">
      <w:pPr>
        <w:pStyle w:val="Heading4"/>
        <w:bidi/>
        <w:rPr>
          <w:rFonts w:ascii="☞DIODRUM ARABIC MEDIUM" w:hAnsi="☞DIODRUM ARABIC MEDIUM" w:cs="☞DIODRUM ARABIC MEDIUM"/>
          <w:b w:val="0"/>
          <w:bCs w:val="0"/>
          <w:i w:val="0"/>
          <w:iCs w:val="0"/>
          <w:color w:val="auto"/>
        </w:rPr>
      </w:pPr>
      <w:r w:rsidRPr="007D6356">
        <w:rPr>
          <w:rFonts w:ascii="☞DIODRUM ARABIC MEDIUM" w:hAnsi="☞DIODRUM ARABIC MEDIUM" w:cs="☞DIODRUM ARABIC MEDIUM" w:hint="cs"/>
          <w:b w:val="0"/>
          <w:bCs w:val="0"/>
          <w:i w:val="0"/>
          <w:iCs w:val="0"/>
          <w:color w:val="auto"/>
          <w:rtl/>
        </w:rPr>
        <w:t>البنيــــــة</w:t>
      </w:r>
      <w:r w:rsidRPr="007D6356">
        <w:rPr>
          <w:rFonts w:ascii="☞DIODRUM ARABIC MEDIUM" w:hAnsi="☞DIODRUM ARABIC MEDIUM" w:cs="☞DIODRUM ARABIC MEDIUM" w:hint="cs"/>
          <w:b w:val="0"/>
          <w:bCs w:val="0"/>
          <w:i w:val="0"/>
          <w:iCs w:val="0"/>
          <w:color w:val="auto"/>
        </w:rPr>
        <w:t xml:space="preserve"> </w:t>
      </w:r>
      <w:r w:rsidRPr="007D6356">
        <w:rPr>
          <w:rFonts w:ascii="☞DIODRUM ARABIC MEDIUM" w:hAnsi="☞DIODRUM ARABIC MEDIUM" w:cs="☞DIODRUM ARABIC MEDIUM" w:hint="cs"/>
          <w:b w:val="0"/>
          <w:bCs w:val="0"/>
          <w:i w:val="0"/>
          <w:iCs w:val="0"/>
          <w:color w:val="auto"/>
          <w:rtl/>
        </w:rPr>
        <w:t>التحتيـــــــــــــــــة</w:t>
      </w:r>
    </w:p>
    <w:p w14:paraId="7ED57642" w14:textId="26488A6F" w:rsidR="00D04C7D" w:rsidRDefault="00D6184D" w:rsidP="001A705E">
      <w:pPr>
        <w:bidi/>
      </w:pPr>
      <w:r>
        <w:rPr>
          <w:rFonts w:ascii="DiodrumArabic-Medium" w:hAnsi="DiodrumArabic-Medium" w:cs="DiodrumArabic-Medium"/>
          <w:sz w:val="20"/>
          <w:szCs w:val="20"/>
          <w:rtl/>
        </w:rPr>
        <w:t>ضمان</w:t>
      </w:r>
      <w:r>
        <w:rPr>
          <w:rFonts w:ascii="DiodrumArabic-Medium" w:hAnsi="DiodrumArabic-Medium"/>
          <w:sz w:val="20"/>
        </w:rPr>
        <w:t xml:space="preserve"> </w:t>
      </w:r>
      <w:r>
        <w:rPr>
          <w:rFonts w:ascii="DiodrumArabic-Medium" w:hAnsi="DiodrumArabic-Medium" w:cs="DiodrumArabic-Medium"/>
          <w:sz w:val="20"/>
          <w:szCs w:val="20"/>
          <w:rtl/>
        </w:rPr>
        <w:t>توافر</w:t>
      </w:r>
      <w:r>
        <w:rPr>
          <w:rFonts w:ascii="DiodrumArabic-Medium" w:hAnsi="DiodrumArabic-Medium"/>
          <w:sz w:val="20"/>
        </w:rPr>
        <w:t xml:space="preserve"> </w:t>
      </w:r>
      <w:r>
        <w:rPr>
          <w:rFonts w:ascii="DiodrumArabic-Medium" w:hAnsi="DiodrumArabic-Medium" w:cs="DiodrumArabic-Medium"/>
          <w:sz w:val="20"/>
          <w:szCs w:val="20"/>
          <w:rtl/>
        </w:rPr>
        <w:t>بنية</w:t>
      </w:r>
      <w:r>
        <w:rPr>
          <w:rFonts w:ascii="DiodrumArabic-Medium" w:hAnsi="DiodrumArabic-Medium"/>
          <w:sz w:val="20"/>
        </w:rPr>
        <w:t xml:space="preserve"> </w:t>
      </w:r>
      <w:r>
        <w:rPr>
          <w:rFonts w:ascii="DiodrumArabic-Medium" w:hAnsi="DiodrumArabic-Medium" w:cs="DiodrumArabic-Medium"/>
          <w:sz w:val="20"/>
          <w:szCs w:val="20"/>
          <w:rtl/>
        </w:rPr>
        <w:t>تحتية</w:t>
      </w:r>
      <w:r>
        <w:rPr>
          <w:rFonts w:ascii="DiodrumArabic-Medium" w:hAnsi="DiodrumArabic-Medium"/>
          <w:sz w:val="20"/>
        </w:rPr>
        <w:t xml:space="preserve"> </w:t>
      </w:r>
      <w:r>
        <w:rPr>
          <w:rFonts w:ascii="DiodrumArabic-Medium" w:hAnsi="DiodrumArabic-Medium" w:cs="DiodrumArabic-Medium"/>
          <w:sz w:val="20"/>
          <w:szCs w:val="20"/>
          <w:rtl/>
        </w:rPr>
        <w:t>رقمية</w:t>
      </w:r>
      <w:r>
        <w:rPr>
          <w:rFonts w:ascii="DiodrumArabic-Medium" w:hAnsi="DiodrumArabic-Medium"/>
          <w:sz w:val="20"/>
        </w:rPr>
        <w:t xml:space="preserve"> </w:t>
      </w:r>
      <w:r>
        <w:rPr>
          <w:rFonts w:ascii="DiodrumArabic-Medium" w:hAnsi="DiodrumArabic-Medium" w:cs="DiodrumArabic-Medium"/>
          <w:sz w:val="20"/>
          <w:szCs w:val="20"/>
          <w:rtl/>
        </w:rPr>
        <w:t>متطورة</w:t>
      </w:r>
      <w:r>
        <w:rPr>
          <w:rFonts w:ascii="DiodrumArabic-Medium" w:hAnsi="DiodrumArabic-Medium"/>
          <w:sz w:val="20"/>
        </w:rPr>
        <w:t xml:space="preserve"> </w:t>
      </w:r>
      <w:r>
        <w:rPr>
          <w:rFonts w:ascii="DiodrumArabic-Medium" w:hAnsi="DiodrumArabic-Medium" w:cs="DiodrumArabic-Medium"/>
          <w:sz w:val="20"/>
          <w:szCs w:val="20"/>
          <w:rtl/>
        </w:rPr>
        <w:t>تدعم</w:t>
      </w:r>
      <w:r>
        <w:rPr>
          <w:rFonts w:ascii="DiodrumArabic-Medium" w:hAnsi="DiodrumArabic-Medium"/>
          <w:sz w:val="20"/>
        </w:rPr>
        <w:t xml:space="preserve"> </w:t>
      </w:r>
      <w:r>
        <w:rPr>
          <w:rFonts w:ascii="DiodrumArabic-Medium" w:hAnsi="DiodrumArabic-Medium" w:cs="DiodrumArabic-Medium"/>
          <w:sz w:val="20"/>
          <w:szCs w:val="20"/>
          <w:rtl/>
        </w:rPr>
        <w:t>الشمولية</w:t>
      </w:r>
      <w:r>
        <w:rPr>
          <w:rFonts w:ascii="DiodrumArabic-Medium" w:hAnsi="DiodrumArabic-Medium"/>
          <w:sz w:val="20"/>
        </w:rPr>
        <w:t xml:space="preserve"> </w:t>
      </w:r>
      <w:r>
        <w:rPr>
          <w:rFonts w:ascii="DiodrumArabic-Medium" w:hAnsi="DiodrumArabic-Medium" w:cs="DiodrumArabic-Medium"/>
          <w:sz w:val="20"/>
          <w:szCs w:val="20"/>
          <w:rtl/>
        </w:rPr>
        <w:t>الرقمية</w:t>
      </w:r>
      <w:r>
        <w:rPr>
          <w:rFonts w:ascii="DiodrumArabic-Medium" w:hAnsi="DiodrumArabic-Medium"/>
          <w:sz w:val="20"/>
        </w:rPr>
        <w:t xml:space="preserve"> </w:t>
      </w:r>
      <w:r>
        <w:rPr>
          <w:rFonts w:ascii="DiodrumArabic-Medium" w:hAnsi="DiodrumArabic-Medium" w:cs="DiodrumArabic-Medium"/>
          <w:sz w:val="20"/>
          <w:szCs w:val="20"/>
          <w:rtl/>
        </w:rPr>
        <w:t>وتعزز</w:t>
      </w:r>
      <w:r>
        <w:rPr>
          <w:rFonts w:ascii="DiodrumArabic-Medium" w:hAnsi="DiodrumArabic-Medium"/>
          <w:sz w:val="20"/>
        </w:rPr>
        <w:t xml:space="preserve"> </w:t>
      </w:r>
      <w:r>
        <w:rPr>
          <w:rFonts w:ascii="DiodrumArabic-Medium" w:hAnsi="DiodrumArabic-Medium" w:cs="DiodrumArabic-Medium"/>
          <w:sz w:val="20"/>
          <w:szCs w:val="20"/>
          <w:rtl/>
        </w:rPr>
        <w:t>الوصول</w:t>
      </w:r>
      <w:r>
        <w:rPr>
          <w:rFonts w:ascii="DiodrumArabic-Medium" w:hAnsi="DiodrumArabic-Medium"/>
          <w:sz w:val="20"/>
        </w:rPr>
        <w:t xml:space="preserve"> </w:t>
      </w:r>
      <w:r>
        <w:rPr>
          <w:rFonts w:ascii="DiodrumArabic-Medium" w:hAnsi="DiodrumArabic-Medium" w:cs="DiodrumArabic-Medium"/>
          <w:sz w:val="20"/>
          <w:szCs w:val="20"/>
          <w:rtl/>
        </w:rPr>
        <w:t>إلى</w:t>
      </w:r>
      <w:r>
        <w:rPr>
          <w:rFonts w:ascii="DiodrumArabic-Medium" w:hAnsi="DiodrumArabic-Medium"/>
          <w:sz w:val="20"/>
        </w:rPr>
        <w:t xml:space="preserve"> </w:t>
      </w:r>
      <w:r>
        <w:rPr>
          <w:rFonts w:ascii="DiodrumArabic-Medium" w:hAnsi="DiodrumArabic-Medium" w:cs="DiodrumArabic-Medium"/>
          <w:sz w:val="20"/>
          <w:szCs w:val="20"/>
          <w:rtl/>
        </w:rPr>
        <w:t>الخدمات</w:t>
      </w:r>
      <w:r w:rsidR="00965C15">
        <w:rPr>
          <w:rFonts w:hint="cs"/>
          <w:rtl/>
        </w:rPr>
        <w:t>.</w:t>
      </w:r>
    </w:p>
    <w:p w14:paraId="5E26BAD6" w14:textId="77777777" w:rsidR="00D04C7D" w:rsidRPr="007D6356" w:rsidRDefault="00D6184D" w:rsidP="001A705E">
      <w:pPr>
        <w:pStyle w:val="Heading4"/>
        <w:bidi/>
        <w:rPr>
          <w:rFonts w:ascii="☞DIODRUM ARABIC MEDIUM" w:hAnsi="☞DIODRUM ARABIC MEDIUM" w:cs="☞DIODRUM ARABIC MEDIUM"/>
          <w:b w:val="0"/>
          <w:bCs w:val="0"/>
          <w:i w:val="0"/>
          <w:iCs w:val="0"/>
          <w:color w:val="auto"/>
        </w:rPr>
      </w:pPr>
      <w:r w:rsidRPr="007D6356">
        <w:rPr>
          <w:rFonts w:ascii="☞DIODRUM ARABIC MEDIUM" w:hAnsi="☞DIODRUM ARABIC MEDIUM" w:cs="☞DIODRUM ARABIC MEDIUM" w:hint="cs"/>
          <w:b w:val="0"/>
          <w:bCs w:val="0"/>
          <w:i w:val="0"/>
          <w:iCs w:val="0"/>
          <w:color w:val="auto"/>
          <w:rtl/>
        </w:rPr>
        <w:t>السياسات</w:t>
      </w:r>
      <w:r w:rsidRPr="007D6356">
        <w:rPr>
          <w:rFonts w:ascii="☞DIODRUM ARABIC MEDIUM" w:hAnsi="☞DIODRUM ARABIC MEDIUM" w:cs="☞DIODRUM ARABIC MEDIUM" w:hint="cs"/>
          <w:b w:val="0"/>
          <w:bCs w:val="0"/>
          <w:i w:val="0"/>
          <w:iCs w:val="0"/>
          <w:color w:val="auto"/>
        </w:rPr>
        <w:t xml:space="preserve"> </w:t>
      </w:r>
      <w:r w:rsidRPr="007D6356">
        <w:rPr>
          <w:rFonts w:ascii="☞DIODRUM ARABIC MEDIUM" w:hAnsi="☞DIODRUM ARABIC MEDIUM" w:cs="☞DIODRUM ARABIC MEDIUM" w:hint="cs"/>
          <w:b w:val="0"/>
          <w:bCs w:val="0"/>
          <w:i w:val="0"/>
          <w:iCs w:val="0"/>
          <w:color w:val="auto"/>
          <w:rtl/>
        </w:rPr>
        <w:t>والتشريعـــات</w:t>
      </w:r>
    </w:p>
    <w:p w14:paraId="0EDA7D23" w14:textId="61481B34" w:rsidR="00D04C7D" w:rsidRDefault="00D6184D" w:rsidP="001A705E">
      <w:pPr>
        <w:bidi/>
        <w:rPr>
          <w:rtl/>
        </w:rPr>
      </w:pPr>
      <w:r>
        <w:rPr>
          <w:rFonts w:ascii="DiodrumArabic-Medium" w:hAnsi="DiodrumArabic-Medium" w:cs="DiodrumArabic-Medium"/>
          <w:sz w:val="20"/>
          <w:szCs w:val="20"/>
          <w:rtl/>
        </w:rPr>
        <w:t>إعداد</w:t>
      </w:r>
      <w:r>
        <w:rPr>
          <w:rFonts w:ascii="DiodrumArabic-Medium" w:hAnsi="DiodrumArabic-Medium"/>
          <w:sz w:val="20"/>
        </w:rPr>
        <w:t xml:space="preserve"> </w:t>
      </w:r>
      <w:r>
        <w:rPr>
          <w:rFonts w:ascii="DiodrumArabic-Medium" w:hAnsi="DiodrumArabic-Medium" w:cs="DiodrumArabic-Medium"/>
          <w:sz w:val="20"/>
          <w:szCs w:val="20"/>
          <w:rtl/>
        </w:rPr>
        <w:t>أطر</w:t>
      </w:r>
      <w:r>
        <w:rPr>
          <w:rFonts w:ascii="DiodrumArabic-Medium" w:hAnsi="DiodrumArabic-Medium"/>
          <w:sz w:val="20"/>
        </w:rPr>
        <w:t xml:space="preserve"> </w:t>
      </w:r>
      <w:r>
        <w:rPr>
          <w:rFonts w:ascii="DiodrumArabic-Medium" w:hAnsi="DiodrumArabic-Medium" w:cs="DiodrumArabic-Medium"/>
          <w:sz w:val="20"/>
          <w:szCs w:val="20"/>
          <w:rtl/>
        </w:rPr>
        <w:t>لدعم</w:t>
      </w:r>
      <w:r>
        <w:rPr>
          <w:rFonts w:ascii="DiodrumArabic-Medium" w:hAnsi="DiodrumArabic-Medium"/>
          <w:sz w:val="20"/>
        </w:rPr>
        <w:t xml:space="preserve"> </w:t>
      </w:r>
      <w:r>
        <w:rPr>
          <w:rFonts w:ascii="DiodrumArabic-Medium" w:hAnsi="DiodrumArabic-Medium" w:cs="DiodrumArabic-Medium"/>
          <w:sz w:val="20"/>
          <w:szCs w:val="20"/>
          <w:rtl/>
        </w:rPr>
        <w:t>الخدمات</w:t>
      </w:r>
      <w:r>
        <w:rPr>
          <w:rFonts w:ascii="DiodrumArabic-Medium" w:hAnsi="DiodrumArabic-Medium"/>
          <w:sz w:val="20"/>
        </w:rPr>
        <w:t xml:space="preserve"> </w:t>
      </w:r>
      <w:r>
        <w:rPr>
          <w:rFonts w:ascii="DiodrumArabic-Medium" w:hAnsi="DiodrumArabic-Medium" w:cs="DiodrumArabic-Medium"/>
          <w:sz w:val="20"/>
          <w:szCs w:val="20"/>
          <w:rtl/>
        </w:rPr>
        <w:t>الرقمية</w:t>
      </w:r>
      <w:r>
        <w:rPr>
          <w:rFonts w:ascii="DiodrumArabic-Medium" w:hAnsi="DiodrumArabic-Medium"/>
          <w:sz w:val="20"/>
        </w:rPr>
        <w:t xml:space="preserve"> </w:t>
      </w:r>
      <w:r>
        <w:rPr>
          <w:rFonts w:ascii="DiodrumArabic-Medium" w:hAnsi="DiodrumArabic-Medium" w:cs="DiodrumArabic-Medium"/>
          <w:sz w:val="20"/>
          <w:szCs w:val="20"/>
          <w:rtl/>
        </w:rPr>
        <w:t>التي</w:t>
      </w:r>
      <w:r>
        <w:rPr>
          <w:rFonts w:ascii="DiodrumArabic-Medium" w:hAnsi="DiodrumArabic-Medium"/>
          <w:sz w:val="20"/>
        </w:rPr>
        <w:t xml:space="preserve"> </w:t>
      </w:r>
      <w:r>
        <w:rPr>
          <w:rFonts w:ascii="DiodrumArabic-Medium" w:hAnsi="DiodrumArabic-Medium" w:cs="DiodrumArabic-Medium"/>
          <w:sz w:val="20"/>
          <w:szCs w:val="20"/>
          <w:rtl/>
        </w:rPr>
        <w:t>يمكن</w:t>
      </w:r>
      <w:r>
        <w:rPr>
          <w:rFonts w:ascii="DiodrumArabic-Medium" w:hAnsi="DiodrumArabic-Medium"/>
          <w:sz w:val="20"/>
        </w:rPr>
        <w:t xml:space="preserve"> </w:t>
      </w:r>
      <w:r>
        <w:rPr>
          <w:rFonts w:ascii="DiodrumArabic-Medium" w:hAnsi="DiodrumArabic-Medium" w:cs="DiodrumArabic-Medium"/>
          <w:sz w:val="20"/>
          <w:szCs w:val="20"/>
          <w:rtl/>
        </w:rPr>
        <w:t>الوصول</w:t>
      </w:r>
      <w:r>
        <w:rPr>
          <w:rFonts w:ascii="DiodrumArabic-Medium" w:hAnsi="DiodrumArabic-Medium"/>
          <w:sz w:val="20"/>
        </w:rPr>
        <w:t xml:space="preserve"> </w:t>
      </w:r>
      <w:r>
        <w:rPr>
          <w:rFonts w:ascii="DiodrumArabic-Medium" w:hAnsi="DiodrumArabic-Medium" w:cs="DiodrumArabic-Medium"/>
          <w:sz w:val="20"/>
          <w:szCs w:val="20"/>
          <w:rtl/>
        </w:rPr>
        <w:t>لها</w:t>
      </w:r>
      <w:r w:rsidR="00965C15">
        <w:rPr>
          <w:rFonts w:hint="cs"/>
          <w:rtl/>
        </w:rPr>
        <w:t>.</w:t>
      </w:r>
    </w:p>
    <w:p w14:paraId="0F5F979D" w14:textId="77777777" w:rsidR="00965C15" w:rsidRDefault="00965C15" w:rsidP="001A705E">
      <w:pPr>
        <w:bidi/>
      </w:pPr>
    </w:p>
    <w:p w14:paraId="6EFF4F93" w14:textId="66214F93" w:rsidR="00D04C7D" w:rsidRDefault="00D6184D" w:rsidP="001A705E">
      <w:pPr>
        <w:bidi/>
      </w:pPr>
      <w:r>
        <w:rPr>
          <w:rFonts w:ascii="DiodrumArabic-Medium" w:hAnsi="DiodrumArabic-Medium" w:cs="DiodrumArabic-Medium"/>
          <w:sz w:val="21"/>
          <w:szCs w:val="21"/>
          <w:rtl/>
        </w:rPr>
        <w:t>تسعى</w:t>
      </w:r>
      <w:r>
        <w:rPr>
          <w:rFonts w:ascii="DiodrumArabic-Medium" w:hAnsi="DiodrumArabic-Medium"/>
          <w:sz w:val="21"/>
        </w:rPr>
        <w:t xml:space="preserve"> </w:t>
      </w:r>
      <w:r>
        <w:rPr>
          <w:rFonts w:ascii="DiodrumArabic-Medium" w:hAnsi="DiodrumArabic-Medium" w:cs="DiodrumArabic-Medium"/>
          <w:sz w:val="21"/>
          <w:szCs w:val="21"/>
          <w:rtl/>
        </w:rPr>
        <w:t>هذه</w:t>
      </w:r>
      <w:r>
        <w:rPr>
          <w:rFonts w:ascii="DiodrumArabic-Medium" w:hAnsi="DiodrumArabic-Medium"/>
          <w:sz w:val="21"/>
        </w:rPr>
        <w:t xml:space="preserve"> </w:t>
      </w:r>
      <w:r>
        <w:rPr>
          <w:rFonts w:ascii="DiodrumArabic-Medium" w:hAnsi="DiodrumArabic-Medium" w:cs="DiodrumArabic-Medium"/>
          <w:sz w:val="21"/>
          <w:szCs w:val="21"/>
          <w:rtl/>
        </w:rPr>
        <w:t>الدراسة</w:t>
      </w:r>
      <w:r>
        <w:rPr>
          <w:rFonts w:ascii="DiodrumArabic-Medium" w:hAnsi="DiodrumArabic-Medium"/>
          <w:sz w:val="21"/>
        </w:rPr>
        <w:t xml:space="preserve"> </w:t>
      </w:r>
      <w:r>
        <w:rPr>
          <w:rFonts w:ascii="DiodrumArabic-Medium" w:hAnsi="DiodrumArabic-Medium" w:cs="DiodrumArabic-Medium"/>
          <w:sz w:val="21"/>
          <w:szCs w:val="21"/>
          <w:rtl/>
        </w:rPr>
        <w:t>إلى</w:t>
      </w:r>
      <w:r>
        <w:rPr>
          <w:rFonts w:ascii="DiodrumArabic-Medium" w:hAnsi="DiodrumArabic-Medium"/>
          <w:sz w:val="21"/>
        </w:rPr>
        <w:t xml:space="preserve"> </w:t>
      </w:r>
      <w:r>
        <w:rPr>
          <w:rFonts w:ascii="DiodrumArabic-Medium" w:hAnsi="DiodrumArabic-Medium" w:cs="DiodrumArabic-Medium"/>
          <w:sz w:val="21"/>
          <w:szCs w:val="21"/>
          <w:rtl/>
        </w:rPr>
        <w:t>رفع</w:t>
      </w:r>
      <w:r>
        <w:rPr>
          <w:rFonts w:ascii="DiodrumArabic-Medium" w:hAnsi="DiodrumArabic-Medium"/>
          <w:sz w:val="21"/>
        </w:rPr>
        <w:t xml:space="preserve"> </w:t>
      </w:r>
      <w:r>
        <w:rPr>
          <w:rFonts w:ascii="DiodrumArabic-Medium" w:hAnsi="DiodrumArabic-Medium" w:cs="DiodrumArabic-Medium"/>
          <w:sz w:val="21"/>
          <w:szCs w:val="21"/>
          <w:rtl/>
        </w:rPr>
        <w:t>مستوى</w:t>
      </w:r>
      <w:r>
        <w:rPr>
          <w:rFonts w:ascii="DiodrumArabic-Medium" w:hAnsi="DiodrumArabic-Medium"/>
          <w:sz w:val="21"/>
        </w:rPr>
        <w:t xml:space="preserve"> </w:t>
      </w:r>
      <w:r>
        <w:rPr>
          <w:rFonts w:ascii="DiodrumArabic-Medium" w:hAnsi="DiodrumArabic-Medium" w:cs="DiodrumArabic-Medium"/>
          <w:sz w:val="21"/>
          <w:szCs w:val="21"/>
          <w:rtl/>
        </w:rPr>
        <w:t>الوعي</w:t>
      </w:r>
      <w:r>
        <w:rPr>
          <w:rFonts w:ascii="DiodrumArabic-Medium" w:hAnsi="DiodrumArabic-Medium"/>
          <w:sz w:val="21"/>
        </w:rPr>
        <w:t xml:space="preserve"> </w:t>
      </w:r>
      <w:r>
        <w:rPr>
          <w:rFonts w:ascii="DiodrumArabic-Medium" w:hAnsi="DiodrumArabic-Medium" w:cs="DiodrumArabic-Medium"/>
          <w:sz w:val="21"/>
          <w:szCs w:val="21"/>
          <w:rtl/>
        </w:rPr>
        <w:t>حول</w:t>
      </w:r>
      <w:r>
        <w:rPr>
          <w:rFonts w:ascii="DiodrumArabic-Medium" w:hAnsi="DiodrumArabic-Medium"/>
          <w:sz w:val="21"/>
        </w:rPr>
        <w:t xml:space="preserve"> </w:t>
      </w:r>
      <w:r>
        <w:rPr>
          <w:rFonts w:ascii="DiodrumArabic-Medium" w:hAnsi="DiodrumArabic-Medium" w:cs="DiodrumArabic-Medium"/>
          <w:sz w:val="21"/>
          <w:szCs w:val="21"/>
          <w:rtl/>
        </w:rPr>
        <w:t>الشمولية</w:t>
      </w:r>
      <w:r>
        <w:rPr>
          <w:rFonts w:ascii="DiodrumArabic-Medium" w:hAnsi="DiodrumArabic-Medium"/>
          <w:sz w:val="21"/>
        </w:rPr>
        <w:t xml:space="preserve"> </w:t>
      </w:r>
      <w:r>
        <w:rPr>
          <w:rFonts w:ascii="DiodrumArabic-Medium" w:hAnsi="DiodrumArabic-Medium" w:cs="DiodrumArabic-Medium"/>
          <w:sz w:val="21"/>
          <w:szCs w:val="21"/>
          <w:rtl/>
        </w:rPr>
        <w:t>الرقمية،</w:t>
      </w:r>
      <w:r>
        <w:rPr>
          <w:rFonts w:ascii="DiodrumArabic-Medium" w:hAnsi="DiodrumArabic-Medium"/>
          <w:sz w:val="21"/>
        </w:rPr>
        <w:t xml:space="preserve"> </w:t>
      </w:r>
      <w:r>
        <w:rPr>
          <w:rFonts w:ascii="DiodrumArabic-Medium" w:hAnsi="DiodrumArabic-Medium" w:cs="DiodrumArabic-Medium"/>
          <w:sz w:val="21"/>
          <w:szCs w:val="21"/>
          <w:rtl/>
        </w:rPr>
        <w:t>والتعمّق</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رحلة</w:t>
      </w:r>
      <w:r>
        <w:rPr>
          <w:rFonts w:ascii="DiodrumArabic-Medium" w:hAnsi="DiodrumArabic-Medium"/>
          <w:sz w:val="21"/>
        </w:rPr>
        <w:t xml:space="preserve"> </w:t>
      </w:r>
      <w:r>
        <w:rPr>
          <w:rFonts w:ascii="DiodrumArabic-Medium" w:hAnsi="DiodrumArabic-Medium" w:cs="DiodrumArabic-Medium"/>
          <w:sz w:val="21"/>
          <w:szCs w:val="21"/>
          <w:rtl/>
        </w:rPr>
        <w:t>الحكومة</w:t>
      </w:r>
      <w:r>
        <w:rPr>
          <w:rFonts w:ascii="DiodrumArabic-Medium" w:hAnsi="DiodrumArabic-Medium"/>
          <w:sz w:val="21"/>
        </w:rPr>
        <w:t xml:space="preserve"> </w:t>
      </w:r>
      <w:r>
        <w:rPr>
          <w:rFonts w:ascii="DiodrumArabic-Medium" w:hAnsi="DiodrumArabic-Medium" w:cs="DiodrumArabic-Medium"/>
          <w:sz w:val="21"/>
          <w:szCs w:val="21"/>
          <w:rtl/>
        </w:rPr>
        <w:t>الرقمية،</w:t>
      </w:r>
      <w:r>
        <w:rPr>
          <w:rFonts w:ascii="DiodrumArabic-Medium" w:hAnsi="DiodrumArabic-Medium"/>
          <w:sz w:val="21"/>
        </w:rPr>
        <w:t xml:space="preserve"> </w:t>
      </w:r>
      <w:r>
        <w:rPr>
          <w:rFonts w:ascii="DiodrumArabic-Medium" w:hAnsi="DiodrumArabic-Medium" w:cs="DiodrumArabic-Medium"/>
          <w:sz w:val="21"/>
          <w:szCs w:val="21"/>
          <w:rtl/>
        </w:rPr>
        <w:t>وجهودها،</w:t>
      </w:r>
      <w:r>
        <w:rPr>
          <w:rFonts w:ascii="DiodrumArabic-Medium" w:hAnsi="DiodrumArabic-Medium"/>
          <w:sz w:val="21"/>
        </w:rPr>
        <w:t xml:space="preserve"> </w:t>
      </w:r>
      <w:r>
        <w:rPr>
          <w:rFonts w:ascii="DiodrumArabic-Medium" w:hAnsi="DiodrumArabic-Medium" w:cs="DiodrumArabic-Medium"/>
          <w:sz w:val="21"/>
          <w:szCs w:val="21"/>
          <w:rtl/>
        </w:rPr>
        <w:t>وإنجازاتها،</w:t>
      </w:r>
      <w:r>
        <w:rPr>
          <w:rFonts w:ascii="DiodrumArabic-Medium" w:hAnsi="DiodrumArabic-Medium"/>
          <w:sz w:val="21"/>
        </w:rPr>
        <w:t xml:space="preserve"> </w:t>
      </w:r>
      <w:r>
        <w:rPr>
          <w:rFonts w:ascii="DiodrumArabic-Medium" w:hAnsi="DiodrumArabic-Medium" w:cs="DiodrumArabic-Medium"/>
          <w:sz w:val="21"/>
          <w:szCs w:val="21"/>
          <w:rtl/>
        </w:rPr>
        <w:t>والخطوات</w:t>
      </w:r>
      <w:r>
        <w:rPr>
          <w:rFonts w:ascii="DiodrumArabic-Medium" w:hAnsi="DiodrumArabic-Medium"/>
          <w:sz w:val="21"/>
        </w:rPr>
        <w:t xml:space="preserve"> </w:t>
      </w:r>
      <w:r>
        <w:rPr>
          <w:rFonts w:ascii="DiodrumArabic-Medium" w:hAnsi="DiodrumArabic-Medium" w:cs="DiodrumArabic-Medium"/>
          <w:sz w:val="21"/>
          <w:szCs w:val="21"/>
          <w:rtl/>
        </w:rPr>
        <w:t>التي</w:t>
      </w:r>
      <w:r>
        <w:rPr>
          <w:rFonts w:ascii="DiodrumArabic-Medium" w:hAnsi="DiodrumArabic-Medium"/>
          <w:sz w:val="21"/>
        </w:rPr>
        <w:t xml:space="preserve"> </w:t>
      </w:r>
      <w:r>
        <w:rPr>
          <w:rFonts w:ascii="DiodrumArabic-Medium" w:hAnsi="DiodrumArabic-Medium" w:cs="DiodrumArabic-Medium"/>
          <w:sz w:val="21"/>
          <w:szCs w:val="21"/>
          <w:rtl/>
        </w:rPr>
        <w:t>يتعيّن</w:t>
      </w:r>
      <w:r>
        <w:rPr>
          <w:rFonts w:ascii="DiodrumArabic-Medium" w:hAnsi="DiodrumArabic-Medium"/>
          <w:sz w:val="21"/>
        </w:rPr>
        <w:t xml:space="preserve"> </w:t>
      </w:r>
      <w:r>
        <w:rPr>
          <w:rFonts w:ascii="DiodrumArabic-Medium" w:hAnsi="DiodrumArabic-Medium" w:cs="DiodrumArabic-Medium"/>
          <w:sz w:val="21"/>
          <w:szCs w:val="21"/>
          <w:rtl/>
        </w:rPr>
        <w:t>عليها</w:t>
      </w:r>
      <w:r>
        <w:rPr>
          <w:rFonts w:ascii="DiodrumArabic-Medium" w:hAnsi="DiodrumArabic-Medium"/>
          <w:sz w:val="21"/>
        </w:rPr>
        <w:t xml:space="preserve"> </w:t>
      </w:r>
      <w:r>
        <w:rPr>
          <w:rFonts w:ascii="DiodrumArabic-Medium" w:hAnsi="DiodrumArabic-Medium" w:cs="DiodrumArabic-Medium"/>
          <w:sz w:val="21"/>
          <w:szCs w:val="21"/>
          <w:rtl/>
        </w:rPr>
        <w:t>تنفيذها</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المستقبل</w:t>
      </w:r>
      <w:r>
        <w:rPr>
          <w:rFonts w:ascii="DiodrumArabic-Medium" w:hAnsi="DiodrumArabic-Medium"/>
          <w:sz w:val="21"/>
        </w:rPr>
        <w:t xml:space="preserve"> </w:t>
      </w:r>
      <w:r>
        <w:rPr>
          <w:rFonts w:ascii="DiodrumArabic-Medium" w:hAnsi="DiodrumArabic-Medium" w:cs="DiodrumArabic-Medium"/>
          <w:sz w:val="21"/>
          <w:szCs w:val="21"/>
          <w:rtl/>
        </w:rPr>
        <w:t>لتعزيز</w:t>
      </w:r>
      <w:r>
        <w:rPr>
          <w:rFonts w:ascii="DiodrumArabic-Medium" w:hAnsi="DiodrumArabic-Medium"/>
          <w:sz w:val="21"/>
        </w:rPr>
        <w:t xml:space="preserve"> </w:t>
      </w:r>
      <w:r>
        <w:rPr>
          <w:rFonts w:ascii="DiodrumArabic-Medium" w:hAnsi="DiodrumArabic-Medium" w:cs="DiodrumArabic-Medium"/>
          <w:sz w:val="21"/>
          <w:szCs w:val="21"/>
          <w:rtl/>
        </w:rPr>
        <w:t>هذا</w:t>
      </w:r>
      <w:r>
        <w:rPr>
          <w:rFonts w:ascii="DiodrumArabic-Medium" w:hAnsi="DiodrumArabic-Medium"/>
          <w:sz w:val="21"/>
        </w:rPr>
        <w:t xml:space="preserve"> </w:t>
      </w:r>
      <w:r>
        <w:rPr>
          <w:rFonts w:ascii="DiodrumArabic-Medium" w:hAnsi="DiodrumArabic-Medium" w:cs="DiodrumArabic-Medium"/>
          <w:sz w:val="21"/>
          <w:szCs w:val="21"/>
          <w:rtl/>
        </w:rPr>
        <w:t>المفهوم</w:t>
      </w:r>
      <w:r>
        <w:rPr>
          <w:rFonts w:ascii="DiodrumArabic-Medium" w:hAnsi="DiodrumArabic-Medium"/>
          <w:sz w:val="21"/>
        </w:rPr>
        <w:t xml:space="preserve">. </w:t>
      </w:r>
      <w:r>
        <w:rPr>
          <w:rFonts w:ascii="DiodrumArabic-Medium" w:hAnsi="DiodrumArabic-Medium" w:cs="DiodrumArabic-Medium"/>
          <w:sz w:val="21"/>
          <w:szCs w:val="21"/>
          <w:rtl/>
        </w:rPr>
        <w:t>ومن</w:t>
      </w:r>
      <w:r>
        <w:rPr>
          <w:rFonts w:ascii="DiodrumArabic-Medium" w:hAnsi="DiodrumArabic-Medium"/>
          <w:sz w:val="21"/>
        </w:rPr>
        <w:t xml:space="preserve"> </w:t>
      </w:r>
      <w:r>
        <w:rPr>
          <w:rFonts w:ascii="DiodrumArabic-Medium" w:hAnsi="DiodrumArabic-Medium" w:cs="DiodrumArabic-Medium"/>
          <w:sz w:val="21"/>
          <w:szCs w:val="21"/>
          <w:rtl/>
        </w:rPr>
        <w:t>بين</w:t>
      </w:r>
      <w:r>
        <w:rPr>
          <w:rFonts w:ascii="DiodrumArabic-Medium" w:hAnsi="DiodrumArabic-Medium"/>
          <w:sz w:val="21"/>
        </w:rPr>
        <w:t xml:space="preserve"> </w:t>
      </w:r>
      <w:r>
        <w:rPr>
          <w:rFonts w:ascii="DiodrumArabic-Medium" w:hAnsi="DiodrumArabic-Medium" w:cs="DiodrumArabic-Medium"/>
          <w:sz w:val="21"/>
          <w:szCs w:val="21"/>
          <w:rtl/>
        </w:rPr>
        <w:t>الإنجازات</w:t>
      </w:r>
      <w:r>
        <w:rPr>
          <w:rFonts w:ascii="DiodrumArabic-Medium" w:hAnsi="DiodrumArabic-Medium"/>
          <w:sz w:val="21"/>
        </w:rPr>
        <w:t xml:space="preserve"> </w:t>
      </w:r>
      <w:r>
        <w:rPr>
          <w:rFonts w:ascii="DiodrumArabic-Medium" w:hAnsi="DiodrumArabic-Medium" w:cs="DiodrumArabic-Medium"/>
          <w:sz w:val="21"/>
          <w:szCs w:val="21"/>
          <w:rtl/>
        </w:rPr>
        <w:t>التي</w:t>
      </w:r>
      <w:r>
        <w:rPr>
          <w:rFonts w:ascii="DiodrumArabic-Medium" w:hAnsi="DiodrumArabic-Medium"/>
          <w:sz w:val="21"/>
        </w:rPr>
        <w:t xml:space="preserve"> </w:t>
      </w:r>
      <w:r>
        <w:rPr>
          <w:rFonts w:ascii="DiodrumArabic-Medium" w:hAnsi="DiodrumArabic-Medium" w:cs="DiodrumArabic-Medium"/>
          <w:sz w:val="21"/>
          <w:szCs w:val="21"/>
          <w:rtl/>
        </w:rPr>
        <w:t>حققتها</w:t>
      </w:r>
      <w:r>
        <w:rPr>
          <w:rFonts w:ascii="DiodrumArabic-Medium" w:hAnsi="DiodrumArabic-Medium"/>
          <w:sz w:val="21"/>
        </w:rPr>
        <w:t xml:space="preserve"> </w:t>
      </w:r>
      <w:r>
        <w:rPr>
          <w:rFonts w:ascii="DiodrumArabic-Medium" w:hAnsi="DiodrumArabic-Medium" w:cs="DiodrumArabic-Medium"/>
          <w:sz w:val="21"/>
          <w:szCs w:val="21"/>
          <w:rtl/>
        </w:rPr>
        <w:t>المملكة</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هذا</w:t>
      </w:r>
      <w:r>
        <w:rPr>
          <w:rFonts w:ascii="DiodrumArabic-Medium" w:hAnsi="DiodrumArabic-Medium"/>
          <w:sz w:val="21"/>
        </w:rPr>
        <w:t xml:space="preserve"> </w:t>
      </w:r>
      <w:r>
        <w:rPr>
          <w:rFonts w:ascii="DiodrumArabic-Medium" w:hAnsi="DiodrumArabic-Medium" w:cs="DiodrumArabic-Medium"/>
          <w:sz w:val="21"/>
          <w:szCs w:val="21"/>
          <w:rtl/>
        </w:rPr>
        <w:t>الإطار</w:t>
      </w:r>
      <w:r>
        <w:rPr>
          <w:rFonts w:ascii="DiodrumArabic-Medium" w:hAnsi="DiodrumArabic-Medium"/>
          <w:sz w:val="21"/>
        </w:rPr>
        <w:t xml:space="preserve"> </w:t>
      </w:r>
      <w:r>
        <w:rPr>
          <w:rFonts w:ascii="DiodrumArabic-Medium" w:hAnsi="DiodrumArabic-Medium" w:cs="DiodrumArabic-Medium"/>
          <w:sz w:val="21"/>
          <w:szCs w:val="21"/>
          <w:rtl/>
        </w:rPr>
        <w:t>حصولها</w:t>
      </w:r>
      <w:r>
        <w:rPr>
          <w:rFonts w:ascii="DiodrumArabic-Medium" w:hAnsi="DiodrumArabic-Medium"/>
          <w:sz w:val="21"/>
        </w:rPr>
        <w:t xml:space="preserve"> </w:t>
      </w:r>
      <w:r>
        <w:rPr>
          <w:rFonts w:ascii="DiodrumArabic-Medium" w:hAnsi="DiodrumArabic-Medium" w:cs="DiodrumArabic-Medium"/>
          <w:sz w:val="21"/>
          <w:szCs w:val="21"/>
          <w:rtl/>
        </w:rPr>
        <w:t>على</w:t>
      </w:r>
      <w:r>
        <w:rPr>
          <w:rFonts w:ascii="DiodrumArabic-Medium" w:hAnsi="DiodrumArabic-Medium"/>
          <w:sz w:val="21"/>
        </w:rPr>
        <w:t xml:space="preserve"> </w:t>
      </w:r>
      <w:r>
        <w:rPr>
          <w:rFonts w:ascii="DiodrumArabic-Medium" w:hAnsi="DiodrumArabic-Medium" w:cs="DiodrumArabic-Medium"/>
          <w:sz w:val="21"/>
          <w:szCs w:val="21"/>
          <w:rtl/>
        </w:rPr>
        <w:t>المركز</w:t>
      </w:r>
      <w:r>
        <w:rPr>
          <w:rFonts w:ascii="DiodrumArabic-Medium" w:hAnsi="DiodrumArabic-Medium"/>
          <w:sz w:val="21"/>
        </w:rPr>
        <w:t xml:space="preserve"> </w:t>
      </w:r>
      <w:r>
        <w:rPr>
          <w:rFonts w:ascii="DiodrumArabic-Medium" w:hAnsi="DiodrumArabic-Medium" w:cs="DiodrumArabic-Medium"/>
          <w:sz w:val="21"/>
          <w:szCs w:val="21"/>
          <w:rtl/>
        </w:rPr>
        <w:t>الأول</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مؤشر</w:t>
      </w:r>
      <w:r>
        <w:rPr>
          <w:rFonts w:ascii="DiodrumArabic-Medium" w:hAnsi="DiodrumArabic-Medium"/>
          <w:sz w:val="21"/>
        </w:rPr>
        <w:t xml:space="preserve"> </w:t>
      </w:r>
      <w:r>
        <w:rPr>
          <w:rFonts w:ascii="DiodrumArabic-Medium" w:hAnsi="DiodrumArabic-Medium" w:cs="DiodrumArabic-Medium"/>
          <w:sz w:val="21"/>
          <w:szCs w:val="21"/>
          <w:rtl/>
        </w:rPr>
        <w:t>نضج</w:t>
      </w:r>
      <w:r>
        <w:rPr>
          <w:rFonts w:ascii="DiodrumArabic-Medium" w:hAnsi="DiodrumArabic-Medium"/>
          <w:sz w:val="21"/>
        </w:rPr>
        <w:t xml:space="preserve"> </w:t>
      </w:r>
      <w:r>
        <w:rPr>
          <w:rFonts w:ascii="DiodrumArabic-Medium" w:hAnsi="DiodrumArabic-Medium" w:cs="DiodrumArabic-Medium"/>
          <w:sz w:val="21"/>
          <w:szCs w:val="21"/>
          <w:rtl/>
        </w:rPr>
        <w:t>الخدمات</w:t>
      </w:r>
      <w:r>
        <w:rPr>
          <w:rFonts w:ascii="DiodrumArabic-Medium" w:hAnsi="DiodrumArabic-Medium"/>
          <w:sz w:val="21"/>
        </w:rPr>
        <w:t xml:space="preserve"> </w:t>
      </w:r>
      <w:r>
        <w:rPr>
          <w:rFonts w:ascii="DiodrumArabic-Medium" w:hAnsi="DiodrumArabic-Medium" w:cs="DiodrumArabic-Medium"/>
          <w:sz w:val="21"/>
          <w:szCs w:val="21"/>
          <w:rtl/>
        </w:rPr>
        <w:t>الحكومية</w:t>
      </w:r>
      <w:r>
        <w:rPr>
          <w:rFonts w:ascii="DiodrumArabic-Medium" w:hAnsi="DiodrumArabic-Medium"/>
          <w:sz w:val="21"/>
        </w:rPr>
        <w:t xml:space="preserve"> </w:t>
      </w:r>
      <w:r>
        <w:rPr>
          <w:rFonts w:ascii="DiodrumArabic-Medium" w:hAnsi="DiodrumArabic-Medium" w:cs="DiodrumArabic-Medium"/>
          <w:sz w:val="21"/>
          <w:szCs w:val="21"/>
          <w:rtl/>
        </w:rPr>
        <w:t>الإلكترونية</w:t>
      </w:r>
      <w:r>
        <w:rPr>
          <w:rFonts w:ascii="DiodrumArabic-Medium" w:hAnsi="DiodrumArabic-Medium"/>
          <w:sz w:val="21"/>
        </w:rPr>
        <w:t xml:space="preserve"> </w:t>
      </w:r>
      <w:r>
        <w:rPr>
          <w:rFonts w:ascii="DiodrumArabic-Medium" w:hAnsi="DiodrumArabic-Medium" w:cs="DiodrumArabic-Medium"/>
          <w:sz w:val="21"/>
          <w:szCs w:val="21"/>
          <w:rtl/>
        </w:rPr>
        <w:t>لعام</w:t>
      </w:r>
      <w:r>
        <w:rPr>
          <w:rFonts w:ascii="DiodrumArabic-Medium" w:hAnsi="DiodrumArabic-Medium"/>
          <w:sz w:val="21"/>
        </w:rPr>
        <w:t xml:space="preserve"> 2024 </w:t>
      </w:r>
      <w:r w:rsidR="00F761AD">
        <w:rPr>
          <w:rFonts w:ascii="DiodrumArabic-Medium" w:hAnsi="DiodrumArabic-Medium"/>
          <w:sz w:val="21"/>
        </w:rPr>
        <w:t xml:space="preserve"> </w:t>
      </w:r>
      <w:hyperlink w:anchor="ref4" w:history="1">
        <w:r w:rsidR="00F761AD">
          <w:rPr>
            <w:rStyle w:val="Hyperlink"/>
          </w:rPr>
          <w:t>[4]</w:t>
        </w:r>
      </w:hyperlink>
      <w:r>
        <w:rPr>
          <w:rFonts w:ascii="DiodrumArabic-Medium" w:hAnsi="DiodrumArabic-Medium"/>
          <w:sz w:val="21"/>
        </w:rPr>
        <w:t xml:space="preserve">. </w:t>
      </w:r>
      <w:r>
        <w:rPr>
          <w:rFonts w:ascii="DiodrumArabic-Medium" w:hAnsi="DiodrumArabic-Medium" w:cs="DiodrumArabic-Medium"/>
          <w:sz w:val="21"/>
          <w:szCs w:val="21"/>
          <w:rtl/>
        </w:rPr>
        <w:t>ومن</w:t>
      </w:r>
      <w:r>
        <w:rPr>
          <w:rFonts w:ascii="DiodrumArabic-Medium" w:hAnsi="DiodrumArabic-Medium"/>
          <w:sz w:val="21"/>
        </w:rPr>
        <w:t xml:space="preserve"> </w:t>
      </w:r>
      <w:r>
        <w:rPr>
          <w:rFonts w:ascii="DiodrumArabic-Medium" w:hAnsi="DiodrumArabic-Medium" w:cs="DiodrumArabic-Medium"/>
          <w:sz w:val="21"/>
          <w:szCs w:val="21"/>
          <w:rtl/>
        </w:rPr>
        <w:t>خلال</w:t>
      </w:r>
      <w:r>
        <w:rPr>
          <w:rFonts w:ascii="DiodrumArabic-Medium" w:hAnsi="DiodrumArabic-Medium"/>
          <w:sz w:val="21"/>
        </w:rPr>
        <w:t xml:space="preserve"> </w:t>
      </w:r>
      <w:r>
        <w:rPr>
          <w:rFonts w:ascii="DiodrumArabic-Medium" w:hAnsi="DiodrumArabic-Medium" w:cs="DiodrumArabic-Medium"/>
          <w:sz w:val="21"/>
          <w:szCs w:val="21"/>
          <w:rtl/>
        </w:rPr>
        <w:t>التركيز</w:t>
      </w:r>
      <w:r>
        <w:rPr>
          <w:rFonts w:ascii="DiodrumArabic-Medium" w:hAnsi="DiodrumArabic-Medium"/>
          <w:sz w:val="21"/>
        </w:rPr>
        <w:t xml:space="preserve"> </w:t>
      </w:r>
      <w:r>
        <w:rPr>
          <w:rFonts w:ascii="DiodrumArabic-Medium" w:hAnsi="DiodrumArabic-Medium" w:cs="DiodrumArabic-Medium"/>
          <w:sz w:val="21"/>
          <w:szCs w:val="21"/>
          <w:rtl/>
        </w:rPr>
        <w:t>على</w:t>
      </w:r>
      <w:r>
        <w:rPr>
          <w:rFonts w:ascii="DiodrumArabic-Medium" w:hAnsi="DiodrumArabic-Medium"/>
          <w:sz w:val="21"/>
        </w:rPr>
        <w:t xml:space="preserve"> </w:t>
      </w:r>
      <w:r>
        <w:rPr>
          <w:rFonts w:ascii="DiodrumArabic-Medium" w:hAnsi="DiodrumArabic-Medium" w:cs="DiodrumArabic-Medium"/>
          <w:sz w:val="21"/>
          <w:szCs w:val="21"/>
          <w:rtl/>
        </w:rPr>
        <w:t>المحرّكات</w:t>
      </w:r>
      <w:r>
        <w:rPr>
          <w:rFonts w:ascii="DiodrumArabic-Medium" w:hAnsi="DiodrumArabic-Medium"/>
          <w:sz w:val="21"/>
        </w:rPr>
        <w:t xml:space="preserve"> </w:t>
      </w:r>
      <w:r>
        <w:rPr>
          <w:rFonts w:ascii="DiodrumArabic-Medium" w:hAnsi="DiodrumArabic-Medium" w:cs="DiodrumArabic-Medium"/>
          <w:sz w:val="21"/>
          <w:szCs w:val="21"/>
          <w:rtl/>
        </w:rPr>
        <w:t>الرئيسية</w:t>
      </w:r>
      <w:r>
        <w:rPr>
          <w:rFonts w:ascii="DiodrumArabic-Medium" w:hAnsi="DiodrumArabic-Medium"/>
          <w:sz w:val="21"/>
        </w:rPr>
        <w:t xml:space="preserve"> </w:t>
      </w:r>
      <w:r>
        <w:rPr>
          <w:rFonts w:ascii="DiodrumArabic-Medium" w:hAnsi="DiodrumArabic-Medium" w:cs="DiodrumArabic-Medium"/>
          <w:sz w:val="21"/>
          <w:szCs w:val="21"/>
          <w:rtl/>
        </w:rPr>
        <w:t>للشمولية،</w:t>
      </w:r>
      <w:r>
        <w:rPr>
          <w:rFonts w:ascii="DiodrumArabic-Medium" w:hAnsi="DiodrumArabic-Medium"/>
          <w:sz w:val="21"/>
        </w:rPr>
        <w:t xml:space="preserve"> </w:t>
      </w:r>
      <w:r>
        <w:rPr>
          <w:rFonts w:ascii="DiodrumArabic-Medium" w:hAnsi="DiodrumArabic-Medium" w:cs="DiodrumArabic-Medium"/>
          <w:sz w:val="21"/>
          <w:szCs w:val="21"/>
          <w:rtl/>
        </w:rPr>
        <w:t>سوف</w:t>
      </w:r>
      <w:r>
        <w:rPr>
          <w:rFonts w:ascii="DiodrumArabic-Medium" w:hAnsi="DiodrumArabic-Medium"/>
          <w:sz w:val="21"/>
        </w:rPr>
        <w:t xml:space="preserve"> </w:t>
      </w:r>
      <w:r>
        <w:rPr>
          <w:rFonts w:ascii="DiodrumArabic-Medium" w:hAnsi="DiodrumArabic-Medium" w:cs="DiodrumArabic-Medium"/>
          <w:sz w:val="21"/>
          <w:szCs w:val="21"/>
          <w:rtl/>
        </w:rPr>
        <w:t>تساهم</w:t>
      </w:r>
      <w:r>
        <w:rPr>
          <w:rFonts w:ascii="DiodrumArabic-Medium" w:hAnsi="DiodrumArabic-Medium"/>
          <w:sz w:val="21"/>
        </w:rPr>
        <w:t xml:space="preserve"> </w:t>
      </w:r>
      <w:r>
        <w:rPr>
          <w:rFonts w:ascii="DiodrumArabic-Medium" w:hAnsi="DiodrumArabic-Medium" w:cs="DiodrumArabic-Medium"/>
          <w:sz w:val="21"/>
          <w:szCs w:val="21"/>
          <w:rtl/>
        </w:rPr>
        <w:t>المبادرات</w:t>
      </w:r>
      <w:r>
        <w:rPr>
          <w:rFonts w:ascii="DiodrumArabic-Medium" w:hAnsi="DiodrumArabic-Medium"/>
          <w:sz w:val="21"/>
        </w:rPr>
        <w:t xml:space="preserve"> </w:t>
      </w:r>
      <w:r>
        <w:rPr>
          <w:rFonts w:ascii="DiodrumArabic-Medium" w:hAnsi="DiodrumArabic-Medium" w:cs="DiodrumArabic-Medium"/>
          <w:sz w:val="21"/>
          <w:szCs w:val="21"/>
          <w:rtl/>
        </w:rPr>
        <w:t>الرقمية</w:t>
      </w:r>
      <w:r>
        <w:rPr>
          <w:rFonts w:ascii="DiodrumArabic-Medium" w:hAnsi="DiodrumArabic-Medium"/>
          <w:sz w:val="21"/>
        </w:rPr>
        <w:t xml:space="preserve"> </w:t>
      </w:r>
      <w:r>
        <w:rPr>
          <w:rFonts w:ascii="DiodrumArabic-Medium" w:hAnsi="DiodrumArabic-Medium" w:cs="DiodrumArabic-Medium"/>
          <w:sz w:val="21"/>
          <w:szCs w:val="21"/>
          <w:rtl/>
        </w:rPr>
        <w:t>هذه</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تحقيق</w:t>
      </w:r>
      <w:r>
        <w:rPr>
          <w:rFonts w:ascii="DiodrumArabic-Medium" w:hAnsi="DiodrumArabic-Medium"/>
          <w:sz w:val="21"/>
        </w:rPr>
        <w:t xml:space="preserve"> </w:t>
      </w:r>
      <w:r>
        <w:rPr>
          <w:rFonts w:ascii="DiodrumArabic-Medium" w:hAnsi="DiodrumArabic-Medium" w:cs="DiodrumArabic-Medium"/>
          <w:sz w:val="21"/>
          <w:szCs w:val="21"/>
          <w:rtl/>
        </w:rPr>
        <w:t>أهداف</w:t>
      </w:r>
      <w:r>
        <w:rPr>
          <w:rFonts w:ascii="DiodrumArabic-Medium" w:hAnsi="DiodrumArabic-Medium"/>
          <w:sz w:val="21"/>
        </w:rPr>
        <w:t xml:space="preserve"> </w:t>
      </w:r>
      <w:r>
        <w:rPr>
          <w:rFonts w:ascii="DiodrumArabic-Medium" w:hAnsi="DiodrumArabic-Medium" w:cs="DiodrumArabic-Medium"/>
          <w:sz w:val="21"/>
          <w:szCs w:val="21"/>
          <w:rtl/>
        </w:rPr>
        <w:t>رؤية</w:t>
      </w:r>
      <w:r>
        <w:rPr>
          <w:rFonts w:ascii="DiodrumArabic-Medium" w:hAnsi="DiodrumArabic-Medium"/>
          <w:sz w:val="21"/>
        </w:rPr>
        <w:t xml:space="preserve"> 2030 </w:t>
      </w:r>
      <w:r>
        <w:rPr>
          <w:rFonts w:ascii="DiodrumArabic-Medium" w:hAnsi="DiodrumArabic-Medium" w:cs="DiodrumArabic-Medium"/>
          <w:sz w:val="21"/>
          <w:szCs w:val="21"/>
          <w:rtl/>
        </w:rPr>
        <w:t>وتعزيز</w:t>
      </w:r>
      <w:r>
        <w:rPr>
          <w:rFonts w:ascii="DiodrumArabic-Medium" w:hAnsi="DiodrumArabic-Medium"/>
          <w:sz w:val="21"/>
        </w:rPr>
        <w:t xml:space="preserve"> </w:t>
      </w:r>
      <w:r>
        <w:rPr>
          <w:rFonts w:ascii="DiodrumArabic-Medium" w:hAnsi="DiodrumArabic-Medium" w:cs="DiodrumArabic-Medium"/>
          <w:sz w:val="21"/>
          <w:szCs w:val="21"/>
          <w:rtl/>
        </w:rPr>
        <w:t>العدالة،</w:t>
      </w:r>
      <w:r>
        <w:rPr>
          <w:rFonts w:ascii="DiodrumArabic-Medium" w:hAnsi="DiodrumArabic-Medium"/>
          <w:sz w:val="21"/>
        </w:rPr>
        <w:t xml:space="preserve"> </w:t>
      </w:r>
      <w:r>
        <w:rPr>
          <w:rFonts w:ascii="DiodrumArabic-Medium" w:hAnsi="DiodrumArabic-Medium" w:cs="DiodrumArabic-Medium"/>
          <w:sz w:val="21"/>
          <w:szCs w:val="21"/>
          <w:rtl/>
        </w:rPr>
        <w:t>والمشاركة،</w:t>
      </w:r>
      <w:r>
        <w:rPr>
          <w:rFonts w:ascii="DiodrumArabic-Medium" w:hAnsi="DiodrumArabic-Medium"/>
          <w:sz w:val="21"/>
        </w:rPr>
        <w:t xml:space="preserve"> </w:t>
      </w:r>
      <w:r>
        <w:rPr>
          <w:rFonts w:ascii="DiodrumArabic-Medium" w:hAnsi="DiodrumArabic-Medium" w:cs="DiodrumArabic-Medium"/>
          <w:sz w:val="21"/>
          <w:szCs w:val="21"/>
          <w:rtl/>
        </w:rPr>
        <w:t>والتقدم</w:t>
      </w:r>
      <w:r>
        <w:rPr>
          <w:rFonts w:ascii="DiodrumArabic-Medium" w:hAnsi="DiodrumArabic-Medium"/>
          <w:sz w:val="21"/>
        </w:rPr>
        <w:t xml:space="preserve"> </w:t>
      </w:r>
      <w:r>
        <w:rPr>
          <w:rFonts w:ascii="DiodrumArabic-Medium" w:hAnsi="DiodrumArabic-Medium" w:cs="DiodrumArabic-Medium"/>
          <w:sz w:val="21"/>
          <w:szCs w:val="21"/>
          <w:rtl/>
        </w:rPr>
        <w:t>المجتمعي</w:t>
      </w:r>
      <w:r w:rsidR="009D5A07">
        <w:rPr>
          <w:rFonts w:ascii="DiodrumArabic-Medium" w:hAnsi="DiodrumArabic-Medium" w:hint="cs"/>
          <w:sz w:val="21"/>
          <w:rtl/>
        </w:rPr>
        <w:t>.</w:t>
      </w:r>
    </w:p>
    <w:p w14:paraId="539CAC84" w14:textId="77777777" w:rsidR="00D04C7D" w:rsidRDefault="00D6184D">
      <w:r>
        <w:br w:type="page"/>
      </w:r>
    </w:p>
    <w:p w14:paraId="3C93365F" w14:textId="06632A3F" w:rsidR="00D04C7D" w:rsidRPr="00814ACB" w:rsidRDefault="00D6184D">
      <w:pPr>
        <w:pStyle w:val="Heading2"/>
        <w:bidi/>
        <w:jc w:val="both"/>
        <w:rPr>
          <w:rFonts w:ascii="☞DIODRUM ARABIC SEMIBOLD" w:hAnsi="☞DIODRUM ARABIC SEMIBOLD" w:cs="☞DIODRUM ARABIC SEMIBOLD"/>
          <w:color w:val="auto"/>
        </w:rPr>
      </w:pPr>
      <w:bookmarkStart w:id="7" w:name="heading_4_2_مفهوم_الشمولية_الرقمية"/>
      <w:bookmarkStart w:id="8" w:name="_Toc204265934"/>
      <w:r w:rsidRPr="00814ACB">
        <w:rPr>
          <w:rFonts w:ascii="☞DIODRUM ARABIC SEMIBOLD" w:hAnsi="☞DIODRUM ARABIC SEMIBOLD" w:cs="☞DIODRUM ARABIC SEMIBOLD" w:hint="cs"/>
          <w:color w:val="auto"/>
        </w:rPr>
        <w:lastRenderedPageBreak/>
        <w:t xml:space="preserve">2. </w:t>
      </w:r>
      <w:r w:rsidR="00A631E7">
        <w:rPr>
          <w:rFonts w:ascii="☞DIODRUM ARABIC SEMIBOLD" w:hAnsi="☞DIODRUM ARABIC SEMIBOLD" w:cs="☞DIODRUM ARABIC SEMIBOLD" w:hint="cs"/>
          <w:color w:val="auto"/>
          <w:rtl/>
        </w:rPr>
        <w:t xml:space="preserve"> </w:t>
      </w:r>
      <w:r w:rsidRPr="00814ACB">
        <w:rPr>
          <w:rFonts w:ascii="☞DIODRUM ARABIC SEMIBOLD" w:hAnsi="☞DIODRUM ARABIC SEMIBOLD" w:cs="☞DIODRUM ARABIC SEMIBOLD" w:hint="cs"/>
          <w:color w:val="auto"/>
          <w:rtl/>
        </w:rPr>
        <w:t>مفهوم</w:t>
      </w:r>
      <w:r w:rsidRPr="00814ACB">
        <w:rPr>
          <w:rFonts w:ascii="☞DIODRUM ARABIC SEMIBOLD" w:hAnsi="☞DIODRUM ARABIC SEMIBOLD" w:cs="☞DIODRUM ARABIC SEMIBOLD" w:hint="cs"/>
          <w:color w:val="auto"/>
        </w:rPr>
        <w:t xml:space="preserve"> </w:t>
      </w:r>
      <w:r w:rsidRPr="00814ACB">
        <w:rPr>
          <w:rFonts w:ascii="☞DIODRUM ARABIC SEMIBOLD" w:hAnsi="☞DIODRUM ARABIC SEMIBOLD" w:cs="☞DIODRUM ARABIC SEMIBOLD" w:hint="cs"/>
          <w:color w:val="auto"/>
          <w:rtl/>
        </w:rPr>
        <w:t>الشمولية</w:t>
      </w:r>
      <w:r w:rsidRPr="00814ACB">
        <w:rPr>
          <w:rFonts w:ascii="☞DIODRUM ARABIC SEMIBOLD" w:hAnsi="☞DIODRUM ARABIC SEMIBOLD" w:cs="☞DIODRUM ARABIC SEMIBOLD" w:hint="cs"/>
          <w:color w:val="auto"/>
        </w:rPr>
        <w:t xml:space="preserve"> </w:t>
      </w:r>
      <w:r w:rsidRPr="00814ACB">
        <w:rPr>
          <w:rFonts w:ascii="☞DIODRUM ARABIC SEMIBOLD" w:hAnsi="☞DIODRUM ARABIC SEMIBOLD" w:cs="☞DIODRUM ARABIC SEMIBOLD" w:hint="cs"/>
          <w:color w:val="auto"/>
          <w:rtl/>
        </w:rPr>
        <w:t>الرقمية</w:t>
      </w:r>
      <w:bookmarkEnd w:id="7"/>
      <w:bookmarkEnd w:id="8"/>
    </w:p>
    <w:p w14:paraId="76999BFF" w14:textId="5F0344C7" w:rsidR="00D04C7D" w:rsidRDefault="00D6184D" w:rsidP="001A705E">
      <w:pPr>
        <w:bidi/>
      </w:pPr>
      <w:r>
        <w:rPr>
          <w:rFonts w:ascii="DiodrumArabic-Medium" w:hAnsi="DiodrumArabic-Medium" w:cs="DiodrumArabic-Medium"/>
          <w:sz w:val="21"/>
          <w:szCs w:val="21"/>
          <w:rtl/>
        </w:rPr>
        <w:t>فهم</w:t>
      </w:r>
      <w:r>
        <w:rPr>
          <w:rFonts w:ascii="DiodrumArabic-Medium" w:hAnsi="DiodrumArabic-Medium"/>
          <w:sz w:val="21"/>
        </w:rPr>
        <w:t xml:space="preserve"> </w:t>
      </w:r>
      <w:r>
        <w:rPr>
          <w:rFonts w:ascii="DiodrumArabic-Medium" w:hAnsi="DiodrumArabic-Medium" w:cs="DiodrumArabic-Medium"/>
          <w:sz w:val="21"/>
          <w:szCs w:val="21"/>
          <w:rtl/>
        </w:rPr>
        <w:t>الاحتياجات</w:t>
      </w:r>
      <w:r>
        <w:rPr>
          <w:rFonts w:ascii="DiodrumArabic-Medium" w:hAnsi="DiodrumArabic-Medium"/>
          <w:sz w:val="21"/>
        </w:rPr>
        <w:t xml:space="preserve"> </w:t>
      </w:r>
      <w:r>
        <w:rPr>
          <w:rFonts w:ascii="DiodrumArabic-Medium" w:hAnsi="DiodrumArabic-Medium" w:cs="DiodrumArabic-Medium"/>
          <w:sz w:val="21"/>
          <w:szCs w:val="21"/>
          <w:rtl/>
        </w:rPr>
        <w:t>المتنوعة</w:t>
      </w:r>
      <w:r>
        <w:rPr>
          <w:rFonts w:ascii="DiodrumArabic-Medium" w:hAnsi="DiodrumArabic-Medium"/>
          <w:sz w:val="21"/>
        </w:rPr>
        <w:t xml:space="preserve"> </w:t>
      </w:r>
      <w:r>
        <w:rPr>
          <w:rFonts w:ascii="DiodrumArabic-Medium" w:hAnsi="DiodrumArabic-Medium" w:cs="DiodrumArabic-Medium"/>
          <w:sz w:val="21"/>
          <w:szCs w:val="21"/>
          <w:rtl/>
        </w:rPr>
        <w:t>للأشخاص</w:t>
      </w:r>
      <w:r>
        <w:rPr>
          <w:rFonts w:ascii="DiodrumArabic-Medium" w:hAnsi="DiodrumArabic-Medium"/>
          <w:sz w:val="21"/>
        </w:rPr>
        <w:t xml:space="preserve"> </w:t>
      </w:r>
      <w:r>
        <w:rPr>
          <w:rFonts w:ascii="DiodrumArabic-Medium" w:hAnsi="DiodrumArabic-Medium" w:cs="DiodrumArabic-Medium"/>
          <w:sz w:val="21"/>
          <w:szCs w:val="21"/>
          <w:rtl/>
        </w:rPr>
        <w:t>ذوي</w:t>
      </w:r>
      <w:r>
        <w:rPr>
          <w:rFonts w:ascii="DiodrumArabic-Medium" w:hAnsi="DiodrumArabic-Medium"/>
          <w:sz w:val="21"/>
        </w:rPr>
        <w:t xml:space="preserve"> </w:t>
      </w:r>
      <w:r>
        <w:rPr>
          <w:rFonts w:ascii="DiodrumArabic-Medium" w:hAnsi="DiodrumArabic-Medium" w:cs="DiodrumArabic-Medium"/>
          <w:sz w:val="21"/>
          <w:szCs w:val="21"/>
          <w:rtl/>
        </w:rPr>
        <w:t>الإعاقة</w:t>
      </w:r>
      <w:r>
        <w:rPr>
          <w:rFonts w:ascii="DiodrumArabic-Medium" w:hAnsi="DiodrumArabic-Medium"/>
          <w:sz w:val="21"/>
        </w:rPr>
        <w:t xml:space="preserve"> </w:t>
      </w:r>
      <w:r>
        <w:rPr>
          <w:rFonts w:ascii="DiodrumArabic-Medium" w:hAnsi="DiodrumArabic-Medium" w:cs="DiodrumArabic-Medium"/>
          <w:sz w:val="21"/>
          <w:szCs w:val="21"/>
          <w:rtl/>
        </w:rPr>
        <w:t>يُعتبر</w:t>
      </w:r>
      <w:r>
        <w:rPr>
          <w:rFonts w:ascii="DiodrumArabic-Medium" w:hAnsi="DiodrumArabic-Medium"/>
          <w:sz w:val="21"/>
        </w:rPr>
        <w:t xml:space="preserve"> </w:t>
      </w:r>
      <w:r>
        <w:rPr>
          <w:rFonts w:ascii="DiodrumArabic-Medium" w:hAnsi="DiodrumArabic-Medium" w:cs="DiodrumArabic-Medium"/>
          <w:sz w:val="21"/>
          <w:szCs w:val="21"/>
          <w:rtl/>
        </w:rPr>
        <w:t>أمراً</w:t>
      </w:r>
      <w:r>
        <w:rPr>
          <w:rFonts w:ascii="DiodrumArabic-Medium" w:hAnsi="DiodrumArabic-Medium"/>
          <w:sz w:val="21"/>
        </w:rPr>
        <w:t xml:space="preserve"> </w:t>
      </w:r>
      <w:r>
        <w:rPr>
          <w:rFonts w:ascii="DiodrumArabic-Medium" w:hAnsi="DiodrumArabic-Medium" w:cs="DiodrumArabic-Medium"/>
          <w:sz w:val="21"/>
          <w:szCs w:val="21"/>
          <w:rtl/>
        </w:rPr>
        <w:t>أساسياً</w:t>
      </w:r>
      <w:r>
        <w:rPr>
          <w:rFonts w:ascii="DiodrumArabic-Medium" w:hAnsi="DiodrumArabic-Medium"/>
          <w:sz w:val="21"/>
        </w:rPr>
        <w:t xml:space="preserve"> </w:t>
      </w:r>
      <w:r>
        <w:rPr>
          <w:rFonts w:ascii="DiodrumArabic-Medium" w:hAnsi="DiodrumArabic-Medium" w:cs="DiodrumArabic-Medium"/>
          <w:sz w:val="21"/>
          <w:szCs w:val="21"/>
          <w:rtl/>
        </w:rPr>
        <w:t>لتوفير</w:t>
      </w:r>
      <w:r>
        <w:rPr>
          <w:rFonts w:ascii="DiodrumArabic-Medium" w:hAnsi="DiodrumArabic-Medium"/>
          <w:sz w:val="21"/>
        </w:rPr>
        <w:t xml:space="preserve"> </w:t>
      </w:r>
      <w:r>
        <w:rPr>
          <w:rFonts w:ascii="DiodrumArabic-Medium" w:hAnsi="DiodrumArabic-Medium" w:cs="DiodrumArabic-Medium"/>
          <w:sz w:val="21"/>
          <w:szCs w:val="21"/>
          <w:rtl/>
        </w:rPr>
        <w:t>بيئة</w:t>
      </w:r>
      <w:r>
        <w:rPr>
          <w:rFonts w:ascii="DiodrumArabic-Medium" w:hAnsi="DiodrumArabic-Medium"/>
          <w:sz w:val="21"/>
        </w:rPr>
        <w:t xml:space="preserve"> </w:t>
      </w:r>
      <w:r>
        <w:rPr>
          <w:rFonts w:ascii="DiodrumArabic-Medium" w:hAnsi="DiodrumArabic-Medium" w:cs="DiodrumArabic-Medium"/>
          <w:sz w:val="21"/>
          <w:szCs w:val="21"/>
          <w:rtl/>
        </w:rPr>
        <w:t>رقمية</w:t>
      </w:r>
      <w:r>
        <w:rPr>
          <w:rFonts w:ascii="DiodrumArabic-Medium" w:hAnsi="DiodrumArabic-Medium"/>
          <w:sz w:val="21"/>
        </w:rPr>
        <w:t xml:space="preserve"> </w:t>
      </w:r>
      <w:r>
        <w:rPr>
          <w:rFonts w:ascii="DiodrumArabic-Medium" w:hAnsi="DiodrumArabic-Medium" w:cs="DiodrumArabic-Medium"/>
          <w:sz w:val="21"/>
          <w:szCs w:val="21"/>
          <w:rtl/>
        </w:rPr>
        <w:t>شمولية</w:t>
      </w:r>
      <w:r>
        <w:rPr>
          <w:rFonts w:ascii="DiodrumArabic-Medium" w:hAnsi="DiodrumArabic-Medium"/>
          <w:sz w:val="21"/>
        </w:rPr>
        <w:t xml:space="preserve">. </w:t>
      </w:r>
      <w:r>
        <w:rPr>
          <w:rFonts w:ascii="DiodrumArabic-Medium" w:hAnsi="DiodrumArabic-Medium" w:cs="DiodrumArabic-Medium"/>
          <w:sz w:val="21"/>
          <w:szCs w:val="21"/>
          <w:rtl/>
        </w:rPr>
        <w:t>ومن</w:t>
      </w:r>
      <w:r>
        <w:rPr>
          <w:rFonts w:ascii="DiodrumArabic-Medium" w:hAnsi="DiodrumArabic-Medium"/>
          <w:sz w:val="21"/>
        </w:rPr>
        <w:t xml:space="preserve"> </w:t>
      </w:r>
      <w:r>
        <w:rPr>
          <w:rFonts w:ascii="DiodrumArabic-Medium" w:hAnsi="DiodrumArabic-Medium" w:cs="DiodrumArabic-Medium"/>
          <w:sz w:val="21"/>
          <w:szCs w:val="21"/>
          <w:rtl/>
        </w:rPr>
        <w:t>خلال</w:t>
      </w:r>
      <w:r>
        <w:rPr>
          <w:rFonts w:ascii="DiodrumArabic-Medium" w:hAnsi="DiodrumArabic-Medium"/>
          <w:sz w:val="21"/>
        </w:rPr>
        <w:t xml:space="preserve"> </w:t>
      </w:r>
      <w:r>
        <w:rPr>
          <w:rFonts w:ascii="DiodrumArabic-Medium" w:hAnsi="DiodrumArabic-Medium" w:cs="DiodrumArabic-Medium"/>
          <w:sz w:val="21"/>
          <w:szCs w:val="21"/>
          <w:rtl/>
        </w:rPr>
        <w:t>التعمّق</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الأنواع</w:t>
      </w:r>
      <w:r>
        <w:rPr>
          <w:rFonts w:ascii="DiodrumArabic-Medium" w:hAnsi="DiodrumArabic-Medium"/>
          <w:sz w:val="21"/>
        </w:rPr>
        <w:t xml:space="preserve"> </w:t>
      </w:r>
      <w:r>
        <w:rPr>
          <w:rFonts w:ascii="DiodrumArabic-Medium" w:hAnsi="DiodrumArabic-Medium" w:cs="DiodrumArabic-Medium"/>
          <w:sz w:val="21"/>
          <w:szCs w:val="21"/>
          <w:rtl/>
        </w:rPr>
        <w:t>المختلفة</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الإعاقات</w:t>
      </w:r>
      <w:r>
        <w:rPr>
          <w:rFonts w:ascii="DiodrumArabic-Medium" w:hAnsi="DiodrumArabic-Medium"/>
          <w:sz w:val="21"/>
        </w:rPr>
        <w:t xml:space="preserve"> </w:t>
      </w:r>
      <w:r>
        <w:rPr>
          <w:rFonts w:ascii="DiodrumArabic-Medium" w:hAnsi="DiodrumArabic-Medium" w:cs="DiodrumArabic-Medium"/>
          <w:sz w:val="21"/>
          <w:szCs w:val="21"/>
          <w:rtl/>
        </w:rPr>
        <w:t>والإحصاءات</w:t>
      </w:r>
      <w:r>
        <w:rPr>
          <w:rFonts w:ascii="DiodrumArabic-Medium" w:hAnsi="DiodrumArabic-Medium"/>
          <w:sz w:val="21"/>
        </w:rPr>
        <w:t xml:space="preserve"> </w:t>
      </w:r>
      <w:r>
        <w:rPr>
          <w:rFonts w:ascii="DiodrumArabic-Medium" w:hAnsi="DiodrumArabic-Medium" w:cs="DiodrumArabic-Medium"/>
          <w:sz w:val="21"/>
          <w:szCs w:val="21"/>
          <w:rtl/>
        </w:rPr>
        <w:t>العالمية</w:t>
      </w:r>
      <w:r>
        <w:rPr>
          <w:rFonts w:ascii="DiodrumArabic-Medium" w:hAnsi="DiodrumArabic-Medium"/>
          <w:sz w:val="21"/>
        </w:rPr>
        <w:t xml:space="preserve"> </w:t>
      </w:r>
      <w:r>
        <w:rPr>
          <w:rFonts w:ascii="DiodrumArabic-Medium" w:hAnsi="DiodrumArabic-Medium" w:cs="DiodrumArabic-Medium"/>
          <w:sz w:val="21"/>
          <w:szCs w:val="21"/>
          <w:rtl/>
        </w:rPr>
        <w:t>بشأنها،</w:t>
      </w:r>
      <w:r>
        <w:rPr>
          <w:rFonts w:ascii="DiodrumArabic-Medium" w:hAnsi="DiodrumArabic-Medium"/>
          <w:sz w:val="21"/>
        </w:rPr>
        <w:t xml:space="preserve"> </w:t>
      </w:r>
      <w:r>
        <w:rPr>
          <w:rFonts w:ascii="DiodrumArabic-Medium" w:hAnsi="DiodrumArabic-Medium" w:cs="DiodrumArabic-Medium"/>
          <w:sz w:val="21"/>
          <w:szCs w:val="21"/>
          <w:rtl/>
        </w:rPr>
        <w:t>يمكن</w:t>
      </w:r>
      <w:r>
        <w:rPr>
          <w:rFonts w:ascii="DiodrumArabic-Medium" w:hAnsi="DiodrumArabic-Medium"/>
          <w:sz w:val="21"/>
        </w:rPr>
        <w:t xml:space="preserve"> </w:t>
      </w:r>
      <w:r>
        <w:rPr>
          <w:rFonts w:ascii="DiodrumArabic-Medium" w:hAnsi="DiodrumArabic-Medium" w:cs="DiodrumArabic-Medium"/>
          <w:sz w:val="21"/>
          <w:szCs w:val="21"/>
          <w:rtl/>
        </w:rPr>
        <w:t>تصميم</w:t>
      </w:r>
      <w:r>
        <w:rPr>
          <w:rFonts w:ascii="DiodrumArabic-Medium" w:hAnsi="DiodrumArabic-Medium"/>
          <w:sz w:val="21"/>
        </w:rPr>
        <w:t xml:space="preserve"> </w:t>
      </w:r>
      <w:r>
        <w:rPr>
          <w:rFonts w:ascii="DiodrumArabic-Medium" w:hAnsi="DiodrumArabic-Medium" w:cs="DiodrumArabic-Medium"/>
          <w:sz w:val="21"/>
          <w:szCs w:val="21"/>
          <w:rtl/>
        </w:rPr>
        <w:t>حلول</w:t>
      </w:r>
      <w:r>
        <w:rPr>
          <w:rFonts w:ascii="DiodrumArabic-Medium" w:hAnsi="DiodrumArabic-Medium"/>
          <w:sz w:val="21"/>
        </w:rPr>
        <w:t xml:space="preserve"> </w:t>
      </w:r>
      <w:r>
        <w:rPr>
          <w:rFonts w:ascii="DiodrumArabic-Medium" w:hAnsi="DiodrumArabic-Medium" w:cs="DiodrumArabic-Medium"/>
          <w:sz w:val="21"/>
          <w:szCs w:val="21"/>
          <w:rtl/>
        </w:rPr>
        <w:t>تضمن</w:t>
      </w:r>
      <w:r>
        <w:rPr>
          <w:rFonts w:ascii="DiodrumArabic-Medium" w:hAnsi="DiodrumArabic-Medium"/>
          <w:sz w:val="21"/>
        </w:rPr>
        <w:t xml:space="preserve"> </w:t>
      </w:r>
      <w:r>
        <w:rPr>
          <w:rFonts w:ascii="DiodrumArabic-Medium" w:hAnsi="DiodrumArabic-Medium" w:cs="DiodrumArabic-Medium"/>
          <w:sz w:val="21"/>
          <w:szCs w:val="21"/>
          <w:rtl/>
        </w:rPr>
        <w:t>إمكانية</w:t>
      </w:r>
      <w:r>
        <w:rPr>
          <w:rFonts w:ascii="DiodrumArabic-Medium" w:hAnsi="DiodrumArabic-Medium"/>
          <w:sz w:val="21"/>
        </w:rPr>
        <w:t xml:space="preserve"> </w:t>
      </w:r>
      <w:r>
        <w:rPr>
          <w:rFonts w:ascii="DiodrumArabic-Medium" w:hAnsi="DiodrumArabic-Medium" w:cs="DiodrumArabic-Medium"/>
          <w:sz w:val="21"/>
          <w:szCs w:val="21"/>
          <w:rtl/>
        </w:rPr>
        <w:t>الوصول</w:t>
      </w:r>
      <w:r>
        <w:rPr>
          <w:rFonts w:ascii="DiodrumArabic-Medium" w:hAnsi="DiodrumArabic-Medium"/>
          <w:sz w:val="21"/>
        </w:rPr>
        <w:t xml:space="preserve"> </w:t>
      </w:r>
      <w:r>
        <w:rPr>
          <w:rFonts w:ascii="DiodrumArabic-Medium" w:hAnsi="DiodrumArabic-Medium" w:cs="DiodrumArabic-Medium"/>
          <w:sz w:val="21"/>
          <w:szCs w:val="21"/>
          <w:rtl/>
        </w:rPr>
        <w:t>الرقمي</w:t>
      </w:r>
      <w:r>
        <w:rPr>
          <w:rFonts w:ascii="DiodrumArabic-Medium" w:hAnsi="DiodrumArabic-Medium"/>
          <w:sz w:val="21"/>
        </w:rPr>
        <w:t xml:space="preserve"> </w:t>
      </w:r>
      <w:r>
        <w:rPr>
          <w:rFonts w:ascii="DiodrumArabic-Medium" w:hAnsi="DiodrumArabic-Medium" w:cs="DiodrumArabic-Medium"/>
          <w:sz w:val="21"/>
          <w:szCs w:val="21"/>
          <w:rtl/>
        </w:rPr>
        <w:t>بشكل</w:t>
      </w:r>
      <w:r>
        <w:rPr>
          <w:rFonts w:ascii="DiodrumArabic-Medium" w:hAnsi="DiodrumArabic-Medium"/>
          <w:sz w:val="21"/>
        </w:rPr>
        <w:t xml:space="preserve"> </w:t>
      </w:r>
      <w:r>
        <w:rPr>
          <w:rFonts w:ascii="DiodrumArabic-Medium" w:hAnsi="DiodrumArabic-Medium" w:cs="DiodrumArabic-Medium"/>
          <w:sz w:val="21"/>
          <w:szCs w:val="21"/>
          <w:rtl/>
        </w:rPr>
        <w:t>أفضل</w:t>
      </w:r>
      <w:r>
        <w:rPr>
          <w:rFonts w:ascii="DiodrumArabic-Medium" w:hAnsi="DiodrumArabic-Medium"/>
          <w:sz w:val="21"/>
        </w:rPr>
        <w:t xml:space="preserve"> </w:t>
      </w:r>
      <w:r>
        <w:rPr>
          <w:rFonts w:ascii="DiodrumArabic-Medium" w:hAnsi="DiodrumArabic-Medium" w:cs="DiodrumArabic-Medium"/>
          <w:sz w:val="21"/>
          <w:szCs w:val="21"/>
          <w:rtl/>
        </w:rPr>
        <w:t>وتعالج</w:t>
      </w:r>
      <w:r>
        <w:rPr>
          <w:rFonts w:ascii="DiodrumArabic-Medium" w:hAnsi="DiodrumArabic-Medium"/>
          <w:sz w:val="21"/>
        </w:rPr>
        <w:t xml:space="preserve"> </w:t>
      </w:r>
      <w:r>
        <w:rPr>
          <w:rFonts w:ascii="DiodrumArabic-Medium" w:hAnsi="DiodrumArabic-Medium" w:cs="DiodrumArabic-Medium"/>
          <w:sz w:val="21"/>
          <w:szCs w:val="21"/>
          <w:rtl/>
        </w:rPr>
        <w:t>التحديات</w:t>
      </w:r>
      <w:r>
        <w:rPr>
          <w:rFonts w:ascii="DiodrumArabic-Medium" w:hAnsi="DiodrumArabic-Medium"/>
          <w:sz w:val="21"/>
        </w:rPr>
        <w:t xml:space="preserve"> </w:t>
      </w:r>
      <w:r>
        <w:rPr>
          <w:rFonts w:ascii="DiodrumArabic-Medium" w:hAnsi="DiodrumArabic-Medium" w:cs="DiodrumArabic-Medium"/>
          <w:sz w:val="21"/>
          <w:szCs w:val="21"/>
          <w:rtl/>
        </w:rPr>
        <w:t>الفريدة</w:t>
      </w:r>
      <w:r>
        <w:rPr>
          <w:rFonts w:ascii="DiodrumArabic-Medium" w:hAnsi="DiodrumArabic-Medium"/>
          <w:sz w:val="21"/>
        </w:rPr>
        <w:t xml:space="preserve"> </w:t>
      </w:r>
      <w:r>
        <w:rPr>
          <w:rFonts w:ascii="DiodrumArabic-Medium" w:hAnsi="DiodrumArabic-Medium" w:cs="DiodrumArabic-Medium"/>
          <w:sz w:val="21"/>
          <w:szCs w:val="21"/>
          <w:rtl/>
        </w:rPr>
        <w:t>التي</w:t>
      </w:r>
      <w:r>
        <w:rPr>
          <w:rFonts w:ascii="DiodrumArabic-Medium" w:hAnsi="DiodrumArabic-Medium"/>
          <w:sz w:val="21"/>
        </w:rPr>
        <w:t xml:space="preserve"> </w:t>
      </w:r>
      <w:r>
        <w:rPr>
          <w:rFonts w:ascii="DiodrumArabic-Medium" w:hAnsi="DiodrumArabic-Medium" w:cs="DiodrumArabic-Medium"/>
          <w:sz w:val="21"/>
          <w:szCs w:val="21"/>
          <w:rtl/>
        </w:rPr>
        <w:t>تواجهها</w:t>
      </w:r>
      <w:r>
        <w:rPr>
          <w:rFonts w:ascii="DiodrumArabic-Medium" w:hAnsi="DiodrumArabic-Medium"/>
          <w:sz w:val="21"/>
        </w:rPr>
        <w:t xml:space="preserve"> </w:t>
      </w:r>
      <w:r>
        <w:rPr>
          <w:rFonts w:ascii="DiodrumArabic-Medium" w:hAnsi="DiodrumArabic-Medium" w:cs="DiodrumArabic-Medium"/>
          <w:sz w:val="21"/>
          <w:szCs w:val="21"/>
          <w:rtl/>
        </w:rPr>
        <w:t>كل</w:t>
      </w:r>
      <w:r>
        <w:rPr>
          <w:rFonts w:ascii="DiodrumArabic-Medium" w:hAnsi="DiodrumArabic-Medium"/>
          <w:sz w:val="21"/>
        </w:rPr>
        <w:t xml:space="preserve"> </w:t>
      </w:r>
      <w:r>
        <w:rPr>
          <w:rFonts w:ascii="DiodrumArabic-Medium" w:hAnsi="DiodrumArabic-Medium" w:cs="DiodrumArabic-Medium"/>
          <w:sz w:val="21"/>
          <w:szCs w:val="21"/>
          <w:rtl/>
        </w:rPr>
        <w:t>مجموعة</w:t>
      </w:r>
      <w:r w:rsidR="009D5A07">
        <w:rPr>
          <w:rFonts w:ascii="DiodrumArabic-Medium" w:hAnsi="DiodrumArabic-Medium" w:hint="cs"/>
          <w:sz w:val="21"/>
          <w:rtl/>
        </w:rPr>
        <w:t>.</w:t>
      </w:r>
    </w:p>
    <w:p w14:paraId="7E027C65" w14:textId="25586C5C" w:rsidR="00D04C7D" w:rsidRPr="00103393" w:rsidRDefault="00D6184D" w:rsidP="00103393">
      <w:pPr>
        <w:pStyle w:val="Heading2"/>
        <w:bidi/>
        <w:jc w:val="both"/>
        <w:rPr>
          <w:rFonts w:ascii="☞DIODRUM ARABIC SEMIBOLD" w:hAnsi="☞DIODRUM ARABIC SEMIBOLD" w:cs="☞DIODRUM ARABIC SEMIBOLD"/>
          <w:color w:val="auto"/>
        </w:rPr>
      </w:pPr>
      <w:bookmarkStart w:id="9" w:name="heading_4_21__الأشخاص_ذوي_الإعاقة_وكبار_"/>
      <w:bookmarkStart w:id="10" w:name="_Toc204265935"/>
      <w:r w:rsidRPr="00103393">
        <w:rPr>
          <w:rFonts w:ascii="☞DIODRUM ARABIC SEMIBOLD" w:hAnsi="☞DIODRUM ARABIC SEMIBOLD" w:cs="☞DIODRUM ARABIC SEMIBOLD" w:hint="cs"/>
          <w:color w:val="auto"/>
        </w:rPr>
        <w:t xml:space="preserve">2.1  </w:t>
      </w:r>
      <w:r w:rsidR="00A631E7">
        <w:rPr>
          <w:rFonts w:ascii="☞DIODRUM ARABIC SEMIBOLD" w:hAnsi="☞DIODRUM ARABIC SEMIBOLD" w:cs="☞DIODRUM ARABIC SEMIBOLD" w:hint="cs"/>
          <w:color w:val="auto"/>
          <w:rtl/>
        </w:rPr>
        <w:t xml:space="preserve"> </w:t>
      </w:r>
      <w:r w:rsidRPr="00103393">
        <w:rPr>
          <w:rFonts w:ascii="☞DIODRUM ARABIC SEMIBOLD" w:hAnsi="☞DIODRUM ARABIC SEMIBOLD" w:cs="☞DIODRUM ARABIC SEMIBOLD" w:hint="cs"/>
          <w:color w:val="auto"/>
          <w:rtl/>
        </w:rPr>
        <w:t>الأشخاص</w:t>
      </w:r>
      <w:r w:rsidRPr="00103393">
        <w:rPr>
          <w:rFonts w:ascii="☞DIODRUM ARABIC SEMIBOLD" w:hAnsi="☞DIODRUM ARABIC SEMIBOLD" w:cs="☞DIODRUM ARABIC SEMIBOLD" w:hint="cs"/>
          <w:color w:val="auto"/>
        </w:rPr>
        <w:t xml:space="preserve"> </w:t>
      </w:r>
      <w:r w:rsidRPr="00103393">
        <w:rPr>
          <w:rFonts w:ascii="☞DIODRUM ARABIC SEMIBOLD" w:hAnsi="☞DIODRUM ARABIC SEMIBOLD" w:cs="☞DIODRUM ARABIC SEMIBOLD" w:hint="cs"/>
          <w:color w:val="auto"/>
          <w:rtl/>
        </w:rPr>
        <w:t>ذوي</w:t>
      </w:r>
      <w:r w:rsidRPr="00103393">
        <w:rPr>
          <w:rFonts w:ascii="☞DIODRUM ARABIC SEMIBOLD" w:hAnsi="☞DIODRUM ARABIC SEMIBOLD" w:cs="☞DIODRUM ARABIC SEMIBOLD" w:hint="cs"/>
          <w:color w:val="auto"/>
        </w:rPr>
        <w:t xml:space="preserve"> </w:t>
      </w:r>
      <w:r w:rsidRPr="00103393">
        <w:rPr>
          <w:rFonts w:ascii="☞DIODRUM ARABIC SEMIBOLD" w:hAnsi="☞DIODRUM ARABIC SEMIBOLD" w:cs="☞DIODRUM ARABIC SEMIBOLD" w:hint="cs"/>
          <w:color w:val="auto"/>
          <w:rtl/>
        </w:rPr>
        <w:t>الإعاقة</w:t>
      </w:r>
      <w:r w:rsidRPr="00103393">
        <w:rPr>
          <w:rFonts w:ascii="☞DIODRUM ARABIC SEMIBOLD" w:hAnsi="☞DIODRUM ARABIC SEMIBOLD" w:cs="☞DIODRUM ARABIC SEMIBOLD" w:hint="cs"/>
          <w:color w:val="auto"/>
        </w:rPr>
        <w:t xml:space="preserve"> </w:t>
      </w:r>
      <w:r w:rsidRPr="00103393">
        <w:rPr>
          <w:rFonts w:ascii="☞DIODRUM ARABIC SEMIBOLD" w:hAnsi="☞DIODRUM ARABIC SEMIBOLD" w:cs="☞DIODRUM ARABIC SEMIBOLD" w:hint="cs"/>
          <w:color w:val="auto"/>
          <w:rtl/>
        </w:rPr>
        <w:t>وكبار</w:t>
      </w:r>
      <w:r w:rsidRPr="00103393">
        <w:rPr>
          <w:rFonts w:ascii="☞DIODRUM ARABIC SEMIBOLD" w:hAnsi="☞DIODRUM ARABIC SEMIBOLD" w:cs="☞DIODRUM ARABIC SEMIBOLD" w:hint="cs"/>
          <w:color w:val="auto"/>
        </w:rPr>
        <w:t xml:space="preserve"> </w:t>
      </w:r>
      <w:r w:rsidRPr="00103393">
        <w:rPr>
          <w:rFonts w:ascii="☞DIODRUM ARABIC SEMIBOLD" w:hAnsi="☞DIODRUM ARABIC SEMIBOLD" w:cs="☞DIODRUM ARABIC SEMIBOLD" w:hint="cs"/>
          <w:color w:val="auto"/>
          <w:rtl/>
        </w:rPr>
        <w:t>السن</w:t>
      </w:r>
      <w:bookmarkEnd w:id="9"/>
      <w:bookmarkEnd w:id="10"/>
    </w:p>
    <w:p w14:paraId="406B2B26" w14:textId="0F1AFBCD" w:rsidR="00D04C7D" w:rsidRDefault="00D6184D" w:rsidP="001A705E">
      <w:pPr>
        <w:bidi/>
      </w:pPr>
      <w:r>
        <w:rPr>
          <w:rFonts w:ascii="DiodrumArabic-Medium" w:hAnsi="DiodrumArabic-Medium" w:cs="DiodrumArabic-Medium"/>
          <w:sz w:val="21"/>
          <w:szCs w:val="21"/>
          <w:rtl/>
        </w:rPr>
        <w:t>وفقاً</w:t>
      </w:r>
      <w:r>
        <w:rPr>
          <w:rFonts w:ascii="DiodrumArabic-Medium" w:hAnsi="DiodrumArabic-Medium"/>
          <w:sz w:val="21"/>
        </w:rPr>
        <w:t xml:space="preserve"> </w:t>
      </w:r>
      <w:r>
        <w:rPr>
          <w:rFonts w:ascii="DiodrumArabic-Medium" w:hAnsi="DiodrumArabic-Medium" w:cs="DiodrumArabic-Medium"/>
          <w:sz w:val="21"/>
          <w:szCs w:val="21"/>
          <w:rtl/>
        </w:rPr>
        <w:t>لنظام</w:t>
      </w:r>
      <w:r>
        <w:rPr>
          <w:rFonts w:ascii="DiodrumArabic-Medium" w:hAnsi="DiodrumArabic-Medium"/>
          <w:sz w:val="21"/>
        </w:rPr>
        <w:t xml:space="preserve"> </w:t>
      </w:r>
      <w:r>
        <w:rPr>
          <w:rFonts w:ascii="DiodrumArabic-Medium" w:hAnsi="DiodrumArabic-Medium" w:cs="DiodrumArabic-Medium"/>
          <w:sz w:val="21"/>
          <w:szCs w:val="21"/>
          <w:rtl/>
        </w:rPr>
        <w:t>حقوق</w:t>
      </w:r>
      <w:r>
        <w:rPr>
          <w:rFonts w:ascii="DiodrumArabic-Medium" w:hAnsi="DiodrumArabic-Medium"/>
          <w:sz w:val="21"/>
        </w:rPr>
        <w:t xml:space="preserve"> </w:t>
      </w:r>
      <w:r>
        <w:rPr>
          <w:rFonts w:ascii="DiodrumArabic-Medium" w:hAnsi="DiodrumArabic-Medium" w:cs="DiodrumArabic-Medium"/>
          <w:sz w:val="21"/>
          <w:szCs w:val="21"/>
          <w:rtl/>
        </w:rPr>
        <w:t>الأشخاص</w:t>
      </w:r>
      <w:r>
        <w:rPr>
          <w:rFonts w:ascii="DiodrumArabic-Medium" w:hAnsi="DiodrumArabic-Medium"/>
          <w:sz w:val="21"/>
        </w:rPr>
        <w:t xml:space="preserve"> </w:t>
      </w:r>
      <w:r>
        <w:rPr>
          <w:rFonts w:ascii="DiodrumArabic-Medium" w:hAnsi="DiodrumArabic-Medium" w:cs="DiodrumArabic-Medium"/>
          <w:sz w:val="21"/>
          <w:szCs w:val="21"/>
          <w:rtl/>
        </w:rPr>
        <w:t>ذوي</w:t>
      </w:r>
      <w:r>
        <w:rPr>
          <w:rFonts w:ascii="DiodrumArabic-Medium" w:hAnsi="DiodrumArabic-Medium"/>
          <w:sz w:val="21"/>
        </w:rPr>
        <w:t xml:space="preserve"> </w:t>
      </w:r>
      <w:r>
        <w:rPr>
          <w:rFonts w:ascii="DiodrumArabic-Medium" w:hAnsi="DiodrumArabic-Medium" w:cs="DiodrumArabic-Medium"/>
          <w:sz w:val="21"/>
          <w:szCs w:val="21"/>
          <w:rtl/>
        </w:rPr>
        <w:t>الإعاقة</w:t>
      </w:r>
      <w:r>
        <w:rPr>
          <w:rFonts w:ascii="DiodrumArabic-Medium" w:hAnsi="DiodrumArabic-Medium"/>
          <w:sz w:val="21"/>
        </w:rPr>
        <w:t xml:space="preserve"> </w:t>
      </w:r>
      <w:r>
        <w:rPr>
          <w:rFonts w:ascii="DiodrumArabic-Medium" w:hAnsi="DiodrumArabic-Medium" w:cs="DiodrumArabic-Medium"/>
          <w:sz w:val="21"/>
          <w:szCs w:val="21"/>
          <w:rtl/>
        </w:rPr>
        <w:t>الصادر</w:t>
      </w:r>
      <w:r>
        <w:rPr>
          <w:rFonts w:ascii="DiodrumArabic-Medium" w:hAnsi="DiodrumArabic-Medium"/>
          <w:sz w:val="21"/>
        </w:rPr>
        <w:t xml:space="preserve"> </w:t>
      </w:r>
      <w:r>
        <w:rPr>
          <w:rFonts w:ascii="DiodrumArabic-Medium" w:hAnsi="DiodrumArabic-Medium" w:cs="DiodrumArabic-Medium"/>
          <w:sz w:val="21"/>
          <w:szCs w:val="21"/>
          <w:rtl/>
        </w:rPr>
        <w:t>عن</w:t>
      </w:r>
      <w:r>
        <w:rPr>
          <w:rFonts w:ascii="DiodrumArabic-Medium" w:hAnsi="DiodrumArabic-Medium"/>
          <w:sz w:val="21"/>
        </w:rPr>
        <w:t xml:space="preserve"> </w:t>
      </w:r>
      <w:r>
        <w:rPr>
          <w:rFonts w:ascii="DiodrumArabic-Medium" w:hAnsi="DiodrumArabic-Medium" w:cs="DiodrumArabic-Medium"/>
          <w:sz w:val="21"/>
          <w:szCs w:val="21"/>
          <w:rtl/>
        </w:rPr>
        <w:t>هيئة</w:t>
      </w:r>
      <w:r>
        <w:rPr>
          <w:rFonts w:ascii="DiodrumArabic-Medium" w:hAnsi="DiodrumArabic-Medium"/>
          <w:sz w:val="21"/>
        </w:rPr>
        <w:t xml:space="preserve"> </w:t>
      </w:r>
      <w:r>
        <w:rPr>
          <w:rFonts w:ascii="DiodrumArabic-Medium" w:hAnsi="DiodrumArabic-Medium" w:cs="DiodrumArabic-Medium"/>
          <w:sz w:val="21"/>
          <w:szCs w:val="21"/>
          <w:rtl/>
        </w:rPr>
        <w:t>الخبراء</w:t>
      </w:r>
      <w:r>
        <w:rPr>
          <w:rFonts w:ascii="DiodrumArabic-Medium" w:hAnsi="DiodrumArabic-Medium"/>
          <w:sz w:val="21"/>
        </w:rPr>
        <w:t xml:space="preserve"> </w:t>
      </w:r>
      <w:r>
        <w:rPr>
          <w:rFonts w:ascii="DiodrumArabic-Medium" w:hAnsi="DiodrumArabic-Medium" w:cs="DiodrumArabic-Medium"/>
          <w:sz w:val="21"/>
          <w:szCs w:val="21"/>
          <w:rtl/>
        </w:rPr>
        <w:t>بمجلس</w:t>
      </w:r>
      <w:r>
        <w:rPr>
          <w:rFonts w:ascii="DiodrumArabic-Medium" w:hAnsi="DiodrumArabic-Medium"/>
          <w:sz w:val="21"/>
        </w:rPr>
        <w:t xml:space="preserve"> </w:t>
      </w:r>
      <w:r>
        <w:rPr>
          <w:rFonts w:ascii="DiodrumArabic-Medium" w:hAnsi="DiodrumArabic-Medium" w:cs="DiodrumArabic-Medium"/>
          <w:sz w:val="21"/>
          <w:szCs w:val="21"/>
          <w:rtl/>
        </w:rPr>
        <w:t>الوزراء</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المملكة،</w:t>
      </w:r>
      <w:r>
        <w:rPr>
          <w:rFonts w:ascii="DiodrumArabic-Medium" w:hAnsi="DiodrumArabic-Medium"/>
          <w:sz w:val="21"/>
        </w:rPr>
        <w:t xml:space="preserve"> </w:t>
      </w:r>
      <w:r>
        <w:rPr>
          <w:rFonts w:ascii="DiodrumArabic-Medium" w:hAnsi="DiodrumArabic-Medium" w:cs="DiodrumArabic-Medium"/>
          <w:sz w:val="21"/>
          <w:szCs w:val="21"/>
          <w:rtl/>
        </w:rPr>
        <w:t>فإن</w:t>
      </w:r>
      <w:r>
        <w:rPr>
          <w:rFonts w:ascii="DiodrumArabic-Medium" w:hAnsi="DiodrumArabic-Medium"/>
          <w:sz w:val="21"/>
        </w:rPr>
        <w:t xml:space="preserve"> </w:t>
      </w:r>
      <w:r>
        <w:rPr>
          <w:rFonts w:ascii="DiodrumArabic-Medium" w:hAnsi="DiodrumArabic-Medium" w:cs="DiodrumArabic-Medium"/>
          <w:sz w:val="21"/>
          <w:szCs w:val="21"/>
          <w:rtl/>
        </w:rPr>
        <w:t>الشخص</w:t>
      </w:r>
      <w:r>
        <w:rPr>
          <w:rFonts w:ascii="DiodrumArabic-Medium" w:hAnsi="DiodrumArabic-Medium"/>
          <w:sz w:val="21"/>
        </w:rPr>
        <w:t xml:space="preserve"> </w:t>
      </w:r>
      <w:r>
        <w:rPr>
          <w:rFonts w:ascii="DiodrumArabic-Medium" w:hAnsi="DiodrumArabic-Medium" w:cs="DiodrumArabic-Medium"/>
          <w:sz w:val="21"/>
          <w:szCs w:val="21"/>
          <w:rtl/>
        </w:rPr>
        <w:t>ذو</w:t>
      </w:r>
      <w:r>
        <w:rPr>
          <w:rFonts w:ascii="DiodrumArabic-Medium" w:hAnsi="DiodrumArabic-Medium"/>
          <w:sz w:val="21"/>
        </w:rPr>
        <w:t xml:space="preserve"> </w:t>
      </w:r>
      <w:r>
        <w:rPr>
          <w:rFonts w:ascii="DiodrumArabic-Medium" w:hAnsi="DiodrumArabic-Medium" w:cs="DiodrumArabic-Medium"/>
          <w:sz w:val="21"/>
          <w:szCs w:val="21"/>
          <w:rtl/>
        </w:rPr>
        <w:t>الإعاقة</w:t>
      </w:r>
      <w:r>
        <w:rPr>
          <w:rFonts w:ascii="DiodrumArabic-Medium" w:hAnsi="DiodrumArabic-Medium"/>
          <w:sz w:val="21"/>
        </w:rPr>
        <w:t xml:space="preserve"> </w:t>
      </w:r>
      <w:r>
        <w:rPr>
          <w:rFonts w:ascii="DiodrumArabic-Medium" w:hAnsi="DiodrumArabic-Medium" w:cs="DiodrumArabic-Medium"/>
          <w:sz w:val="21"/>
          <w:szCs w:val="21"/>
          <w:rtl/>
        </w:rPr>
        <w:t>هو</w:t>
      </w:r>
      <w:r>
        <w:rPr>
          <w:rFonts w:ascii="DiodrumArabic-Medium" w:hAnsi="DiodrumArabic-Medium"/>
          <w:sz w:val="21"/>
        </w:rPr>
        <w:t xml:space="preserve"> </w:t>
      </w:r>
      <w:r>
        <w:rPr>
          <w:rFonts w:ascii="DiodrumArabic-Medium" w:hAnsi="DiodrumArabic-Medium" w:cs="DiodrumArabic-Medium"/>
          <w:sz w:val="21"/>
          <w:szCs w:val="21"/>
          <w:rtl/>
        </w:rPr>
        <w:t>كل</w:t>
      </w:r>
      <w:r>
        <w:rPr>
          <w:rFonts w:ascii="DiodrumArabic-Medium" w:hAnsi="DiodrumArabic-Medium"/>
          <w:sz w:val="21"/>
        </w:rPr>
        <w:t xml:space="preserve"> </w:t>
      </w:r>
      <w:r>
        <w:rPr>
          <w:rFonts w:ascii="DiodrumArabic-Medium" w:hAnsi="DiodrumArabic-Medium" w:cs="DiodrumArabic-Medium"/>
          <w:sz w:val="21"/>
          <w:szCs w:val="21"/>
          <w:rtl/>
        </w:rPr>
        <w:t>شخص</w:t>
      </w:r>
      <w:r>
        <w:rPr>
          <w:rFonts w:ascii="DiodrumArabic-Medium" w:hAnsi="DiodrumArabic-Medium"/>
          <w:sz w:val="21"/>
        </w:rPr>
        <w:t xml:space="preserve"> </w:t>
      </w:r>
      <w:r>
        <w:rPr>
          <w:rFonts w:ascii="DiodrumArabic-Medium" w:hAnsi="DiodrumArabic-Medium" w:cs="DiodrumArabic-Medium"/>
          <w:sz w:val="21"/>
          <w:szCs w:val="21"/>
          <w:rtl/>
        </w:rPr>
        <w:t>لديه</w:t>
      </w:r>
      <w:r>
        <w:rPr>
          <w:rFonts w:ascii="DiodrumArabic-Medium" w:hAnsi="DiodrumArabic-Medium"/>
          <w:sz w:val="21"/>
        </w:rPr>
        <w:t xml:space="preserve"> </w:t>
      </w:r>
      <w:r>
        <w:rPr>
          <w:rFonts w:ascii="DiodrumArabic-Medium" w:hAnsi="DiodrumArabic-Medium" w:cs="DiodrumArabic-Medium"/>
          <w:sz w:val="21"/>
          <w:szCs w:val="21"/>
          <w:rtl/>
        </w:rPr>
        <w:t>اضطراب</w:t>
      </w:r>
      <w:r>
        <w:rPr>
          <w:rFonts w:ascii="DiodrumArabic-Medium" w:hAnsi="DiodrumArabic-Medium"/>
          <w:sz w:val="21"/>
        </w:rPr>
        <w:t xml:space="preserve"> </w:t>
      </w:r>
      <w:r>
        <w:rPr>
          <w:rFonts w:ascii="DiodrumArabic-Medium" w:hAnsi="DiodrumArabic-Medium" w:cs="DiodrumArabic-Medium"/>
          <w:sz w:val="21"/>
          <w:szCs w:val="21"/>
          <w:rtl/>
        </w:rPr>
        <w:t>أو</w:t>
      </w:r>
      <w:r>
        <w:rPr>
          <w:rFonts w:ascii="DiodrumArabic-Medium" w:hAnsi="DiodrumArabic-Medium"/>
          <w:sz w:val="21"/>
        </w:rPr>
        <w:t xml:space="preserve"> </w:t>
      </w:r>
      <w:r>
        <w:rPr>
          <w:rFonts w:ascii="DiodrumArabic-Medium" w:hAnsi="DiodrumArabic-Medium" w:cs="DiodrumArabic-Medium"/>
          <w:sz w:val="21"/>
          <w:szCs w:val="21"/>
          <w:rtl/>
        </w:rPr>
        <w:t>قصور</w:t>
      </w:r>
      <w:r>
        <w:rPr>
          <w:rFonts w:ascii="DiodrumArabic-Medium" w:hAnsi="DiodrumArabic-Medium"/>
          <w:sz w:val="21"/>
        </w:rPr>
        <w:t xml:space="preserve"> </w:t>
      </w:r>
      <w:r>
        <w:rPr>
          <w:rFonts w:ascii="DiodrumArabic-Medium" w:hAnsi="DiodrumArabic-Medium" w:cs="DiodrumArabic-Medium"/>
          <w:sz w:val="21"/>
          <w:szCs w:val="21"/>
          <w:rtl/>
        </w:rPr>
        <w:t>طويل</w:t>
      </w:r>
      <w:r>
        <w:rPr>
          <w:rFonts w:ascii="DiodrumArabic-Medium" w:hAnsi="DiodrumArabic-Medium"/>
          <w:sz w:val="21"/>
        </w:rPr>
        <w:t xml:space="preserve"> </w:t>
      </w:r>
      <w:r>
        <w:rPr>
          <w:rFonts w:ascii="DiodrumArabic-Medium" w:hAnsi="DiodrumArabic-Medium" w:cs="DiodrumArabic-Medium"/>
          <w:sz w:val="21"/>
          <w:szCs w:val="21"/>
          <w:rtl/>
        </w:rPr>
        <w:t>الأمد</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الوظائف</w:t>
      </w:r>
      <w:r>
        <w:rPr>
          <w:rFonts w:ascii="DiodrumArabic-Medium" w:hAnsi="DiodrumArabic-Medium"/>
          <w:sz w:val="21"/>
        </w:rPr>
        <w:t xml:space="preserve"> </w:t>
      </w:r>
      <w:r>
        <w:rPr>
          <w:rFonts w:ascii="DiodrumArabic-Medium" w:hAnsi="DiodrumArabic-Medium" w:cs="DiodrumArabic-Medium"/>
          <w:sz w:val="21"/>
          <w:szCs w:val="21"/>
          <w:rtl/>
        </w:rPr>
        <w:t>الجسدية،</w:t>
      </w:r>
      <w:r>
        <w:rPr>
          <w:rFonts w:ascii="DiodrumArabic-Medium" w:hAnsi="DiodrumArabic-Medium"/>
          <w:sz w:val="21"/>
        </w:rPr>
        <w:t xml:space="preserve"> </w:t>
      </w:r>
      <w:r>
        <w:rPr>
          <w:rFonts w:ascii="DiodrumArabic-Medium" w:hAnsi="DiodrumArabic-Medium" w:cs="DiodrumArabic-Medium"/>
          <w:sz w:val="21"/>
          <w:szCs w:val="21"/>
          <w:rtl/>
        </w:rPr>
        <w:t>أو</w:t>
      </w:r>
      <w:r>
        <w:rPr>
          <w:rFonts w:ascii="DiodrumArabic-Medium" w:hAnsi="DiodrumArabic-Medium"/>
          <w:sz w:val="21"/>
        </w:rPr>
        <w:t xml:space="preserve"> </w:t>
      </w:r>
      <w:r>
        <w:rPr>
          <w:rFonts w:ascii="DiodrumArabic-Medium" w:hAnsi="DiodrumArabic-Medium" w:cs="DiodrumArabic-Medium"/>
          <w:sz w:val="21"/>
          <w:szCs w:val="21"/>
          <w:rtl/>
        </w:rPr>
        <w:t>العقلية،</w:t>
      </w:r>
      <w:r>
        <w:rPr>
          <w:rFonts w:ascii="DiodrumArabic-Medium" w:hAnsi="DiodrumArabic-Medium"/>
          <w:sz w:val="21"/>
        </w:rPr>
        <w:t xml:space="preserve"> </w:t>
      </w:r>
      <w:r>
        <w:rPr>
          <w:rFonts w:ascii="DiodrumArabic-Medium" w:hAnsi="DiodrumArabic-Medium" w:cs="DiodrumArabic-Medium"/>
          <w:sz w:val="21"/>
          <w:szCs w:val="21"/>
          <w:rtl/>
        </w:rPr>
        <w:t>أو</w:t>
      </w:r>
      <w:r>
        <w:rPr>
          <w:rFonts w:ascii="DiodrumArabic-Medium" w:hAnsi="DiodrumArabic-Medium"/>
          <w:sz w:val="21"/>
        </w:rPr>
        <w:t xml:space="preserve"> </w:t>
      </w:r>
      <w:r>
        <w:rPr>
          <w:rFonts w:ascii="DiodrumArabic-Medium" w:hAnsi="DiodrumArabic-Medium" w:cs="DiodrumArabic-Medium"/>
          <w:sz w:val="21"/>
          <w:szCs w:val="21"/>
          <w:rtl/>
        </w:rPr>
        <w:t>الذهنية،</w:t>
      </w:r>
      <w:r>
        <w:rPr>
          <w:rFonts w:ascii="DiodrumArabic-Medium" w:hAnsi="DiodrumArabic-Medium"/>
          <w:sz w:val="21"/>
        </w:rPr>
        <w:t xml:space="preserve"> </w:t>
      </w:r>
      <w:r>
        <w:rPr>
          <w:rFonts w:ascii="DiodrumArabic-Medium" w:hAnsi="DiodrumArabic-Medium" w:cs="DiodrumArabic-Medium"/>
          <w:sz w:val="21"/>
          <w:szCs w:val="21"/>
          <w:rtl/>
        </w:rPr>
        <w:t>أو</w:t>
      </w:r>
      <w:r>
        <w:rPr>
          <w:rFonts w:ascii="DiodrumArabic-Medium" w:hAnsi="DiodrumArabic-Medium"/>
          <w:sz w:val="21"/>
        </w:rPr>
        <w:t xml:space="preserve"> </w:t>
      </w:r>
      <w:r>
        <w:rPr>
          <w:rFonts w:ascii="DiodrumArabic-Medium" w:hAnsi="DiodrumArabic-Medium" w:cs="DiodrumArabic-Medium"/>
          <w:sz w:val="21"/>
          <w:szCs w:val="21"/>
          <w:rtl/>
        </w:rPr>
        <w:t>الحسية،</w:t>
      </w:r>
      <w:r>
        <w:rPr>
          <w:rFonts w:ascii="DiodrumArabic-Medium" w:hAnsi="DiodrumArabic-Medium"/>
          <w:sz w:val="21"/>
        </w:rPr>
        <w:t xml:space="preserve"> </w:t>
      </w:r>
      <w:r>
        <w:rPr>
          <w:rFonts w:ascii="DiodrumArabic-Medium" w:hAnsi="DiodrumArabic-Medium" w:cs="DiodrumArabic-Medium"/>
          <w:sz w:val="21"/>
          <w:szCs w:val="21"/>
          <w:rtl/>
        </w:rPr>
        <w:t>أو</w:t>
      </w:r>
      <w:r>
        <w:rPr>
          <w:rFonts w:ascii="DiodrumArabic-Medium" w:hAnsi="DiodrumArabic-Medium"/>
          <w:sz w:val="21"/>
        </w:rPr>
        <w:t xml:space="preserve"> </w:t>
      </w:r>
      <w:r>
        <w:rPr>
          <w:rFonts w:ascii="DiodrumArabic-Medium" w:hAnsi="DiodrumArabic-Medium" w:cs="DiodrumArabic-Medium"/>
          <w:sz w:val="21"/>
          <w:szCs w:val="21"/>
          <w:rtl/>
        </w:rPr>
        <w:t>النفسية،</w:t>
      </w:r>
      <w:r>
        <w:rPr>
          <w:rFonts w:ascii="DiodrumArabic-Medium" w:hAnsi="DiodrumArabic-Medium"/>
          <w:sz w:val="21"/>
        </w:rPr>
        <w:t xml:space="preserve"> </w:t>
      </w:r>
      <w:r>
        <w:rPr>
          <w:rFonts w:ascii="DiodrumArabic-Medium" w:hAnsi="DiodrumArabic-Medium" w:cs="DiodrumArabic-Medium"/>
          <w:sz w:val="21"/>
          <w:szCs w:val="21"/>
          <w:rtl/>
        </w:rPr>
        <w:t>قد</w:t>
      </w:r>
      <w:r>
        <w:rPr>
          <w:rFonts w:ascii="DiodrumArabic-Medium" w:hAnsi="DiodrumArabic-Medium"/>
          <w:sz w:val="21"/>
        </w:rPr>
        <w:t xml:space="preserve"> </w:t>
      </w:r>
      <w:r>
        <w:rPr>
          <w:rFonts w:ascii="DiodrumArabic-Medium" w:hAnsi="DiodrumArabic-Medium" w:cs="DiodrumArabic-Medium"/>
          <w:sz w:val="21"/>
          <w:szCs w:val="21"/>
          <w:rtl/>
        </w:rPr>
        <w:t>يمنعه</w:t>
      </w:r>
      <w:r>
        <w:rPr>
          <w:rFonts w:ascii="DiodrumArabic-Medium" w:hAnsi="DiodrumArabic-Medium"/>
          <w:sz w:val="21"/>
        </w:rPr>
        <w:t xml:space="preserve"> -</w:t>
      </w:r>
      <w:r>
        <w:rPr>
          <w:rFonts w:ascii="DiodrumArabic-Medium" w:hAnsi="DiodrumArabic-Medium" w:cs="DiodrumArabic-Medium"/>
          <w:sz w:val="21"/>
          <w:szCs w:val="21"/>
          <w:rtl/>
        </w:rPr>
        <w:t>عند</w:t>
      </w:r>
      <w:r>
        <w:rPr>
          <w:rFonts w:ascii="DiodrumArabic-Medium" w:hAnsi="DiodrumArabic-Medium"/>
          <w:sz w:val="21"/>
        </w:rPr>
        <w:t xml:space="preserve"> </w:t>
      </w:r>
      <w:r>
        <w:rPr>
          <w:rFonts w:ascii="DiodrumArabic-Medium" w:hAnsi="DiodrumArabic-Medium" w:cs="DiodrumArabic-Medium"/>
          <w:sz w:val="21"/>
          <w:szCs w:val="21"/>
          <w:rtl/>
        </w:rPr>
        <w:t>تعامله</w:t>
      </w:r>
      <w:r>
        <w:rPr>
          <w:rFonts w:ascii="DiodrumArabic-Medium" w:hAnsi="DiodrumArabic-Medium"/>
          <w:sz w:val="21"/>
        </w:rPr>
        <w:t xml:space="preserve"> </w:t>
      </w:r>
      <w:r>
        <w:rPr>
          <w:rFonts w:ascii="DiodrumArabic-Medium" w:hAnsi="DiodrumArabic-Medium" w:cs="DiodrumArabic-Medium"/>
          <w:sz w:val="21"/>
          <w:szCs w:val="21"/>
          <w:rtl/>
        </w:rPr>
        <w:t>مع</w:t>
      </w:r>
      <w:r>
        <w:rPr>
          <w:rFonts w:ascii="DiodrumArabic-Medium" w:hAnsi="DiodrumArabic-Medium"/>
          <w:sz w:val="21"/>
        </w:rPr>
        <w:t xml:space="preserve"> </w:t>
      </w:r>
      <w:r>
        <w:rPr>
          <w:rFonts w:ascii="DiodrumArabic-Medium" w:hAnsi="DiodrumArabic-Medium" w:cs="DiodrumArabic-Medium"/>
          <w:sz w:val="21"/>
          <w:szCs w:val="21"/>
          <w:rtl/>
        </w:rPr>
        <w:t>مختلف</w:t>
      </w:r>
      <w:r>
        <w:rPr>
          <w:rFonts w:ascii="DiodrumArabic-Medium" w:hAnsi="DiodrumArabic-Medium"/>
          <w:sz w:val="21"/>
        </w:rPr>
        <w:t xml:space="preserve"> </w:t>
      </w:r>
      <w:r>
        <w:rPr>
          <w:rFonts w:ascii="DiodrumArabic-Medium" w:hAnsi="DiodrumArabic-Medium" w:cs="DiodrumArabic-Medium"/>
          <w:sz w:val="21"/>
          <w:szCs w:val="21"/>
          <w:rtl/>
        </w:rPr>
        <w:t>التحديات</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المشاركة</w:t>
      </w:r>
      <w:r>
        <w:rPr>
          <w:rFonts w:ascii="DiodrumArabic-Medium" w:hAnsi="DiodrumArabic-Medium"/>
          <w:sz w:val="21"/>
        </w:rPr>
        <w:t xml:space="preserve"> </w:t>
      </w:r>
      <w:r>
        <w:rPr>
          <w:rFonts w:ascii="DiodrumArabic-Medium" w:hAnsi="DiodrumArabic-Medium" w:cs="DiodrumArabic-Medium"/>
          <w:sz w:val="21"/>
          <w:szCs w:val="21"/>
          <w:rtl/>
        </w:rPr>
        <w:t>بصورة</w:t>
      </w:r>
      <w:r>
        <w:rPr>
          <w:rFonts w:ascii="DiodrumArabic-Medium" w:hAnsi="DiodrumArabic-Medium"/>
          <w:sz w:val="21"/>
        </w:rPr>
        <w:t xml:space="preserve"> </w:t>
      </w:r>
      <w:r>
        <w:rPr>
          <w:rFonts w:ascii="DiodrumArabic-Medium" w:hAnsi="DiodrumArabic-Medium" w:cs="DiodrumArabic-Medium"/>
          <w:sz w:val="21"/>
          <w:szCs w:val="21"/>
          <w:rtl/>
        </w:rPr>
        <w:t>كاملة</w:t>
      </w:r>
      <w:r>
        <w:rPr>
          <w:rFonts w:ascii="DiodrumArabic-Medium" w:hAnsi="DiodrumArabic-Medium"/>
          <w:sz w:val="21"/>
        </w:rPr>
        <w:t xml:space="preserve"> </w:t>
      </w:r>
      <w:r>
        <w:rPr>
          <w:rFonts w:ascii="DiodrumArabic-Medium" w:hAnsi="DiodrumArabic-Medium" w:cs="DiodrumArabic-Medium"/>
          <w:sz w:val="21"/>
          <w:szCs w:val="21"/>
          <w:rtl/>
        </w:rPr>
        <w:t>وفاعلة</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المجتمع</w:t>
      </w:r>
      <w:r>
        <w:rPr>
          <w:rFonts w:ascii="DiodrumArabic-Medium" w:hAnsi="DiodrumArabic-Medium"/>
          <w:sz w:val="21"/>
        </w:rPr>
        <w:t xml:space="preserve"> </w:t>
      </w:r>
      <w:r>
        <w:rPr>
          <w:rFonts w:ascii="DiodrumArabic-Medium" w:hAnsi="DiodrumArabic-Medium" w:cs="DiodrumArabic-Medium"/>
          <w:sz w:val="21"/>
          <w:szCs w:val="21"/>
          <w:rtl/>
        </w:rPr>
        <w:t>على</w:t>
      </w:r>
      <w:r>
        <w:rPr>
          <w:rFonts w:ascii="DiodrumArabic-Medium" w:hAnsi="DiodrumArabic-Medium"/>
          <w:sz w:val="21"/>
        </w:rPr>
        <w:t xml:space="preserve"> </w:t>
      </w:r>
      <w:r>
        <w:rPr>
          <w:rFonts w:ascii="DiodrumArabic-Medium" w:hAnsi="DiodrumArabic-Medium" w:cs="DiodrumArabic-Medium"/>
          <w:sz w:val="21"/>
          <w:szCs w:val="21"/>
          <w:rtl/>
        </w:rPr>
        <w:t>قدم</w:t>
      </w:r>
      <w:r>
        <w:rPr>
          <w:rFonts w:ascii="DiodrumArabic-Medium" w:hAnsi="DiodrumArabic-Medium"/>
          <w:sz w:val="21"/>
        </w:rPr>
        <w:t xml:space="preserve"> </w:t>
      </w:r>
      <w:r>
        <w:rPr>
          <w:rFonts w:ascii="DiodrumArabic-Medium" w:hAnsi="DiodrumArabic-Medium" w:cs="DiodrumArabic-Medium"/>
          <w:sz w:val="21"/>
          <w:szCs w:val="21"/>
          <w:rtl/>
        </w:rPr>
        <w:t>المساواة</w:t>
      </w:r>
      <w:r>
        <w:rPr>
          <w:rFonts w:ascii="DiodrumArabic-Medium" w:hAnsi="DiodrumArabic-Medium"/>
          <w:sz w:val="21"/>
        </w:rPr>
        <w:t xml:space="preserve"> </w:t>
      </w:r>
      <w:r>
        <w:rPr>
          <w:rFonts w:ascii="DiodrumArabic-Medium" w:hAnsi="DiodrumArabic-Medium" w:cs="DiodrumArabic-Medium"/>
          <w:sz w:val="21"/>
          <w:szCs w:val="21"/>
          <w:rtl/>
        </w:rPr>
        <w:t>مع</w:t>
      </w:r>
      <w:r>
        <w:rPr>
          <w:rFonts w:ascii="DiodrumArabic-Medium" w:hAnsi="DiodrumArabic-Medium"/>
          <w:sz w:val="21"/>
        </w:rPr>
        <w:t xml:space="preserve"> </w:t>
      </w:r>
      <w:r>
        <w:rPr>
          <w:rFonts w:ascii="DiodrumArabic-Medium" w:hAnsi="DiodrumArabic-Medium" w:cs="DiodrumArabic-Medium"/>
          <w:sz w:val="21"/>
          <w:szCs w:val="21"/>
          <w:rtl/>
        </w:rPr>
        <w:t>الآخرين</w:t>
      </w:r>
      <w:r>
        <w:rPr>
          <w:rFonts w:ascii="DiodrumArabic-Medium" w:hAnsi="DiodrumArabic-Medium"/>
          <w:sz w:val="21"/>
        </w:rPr>
        <w:t xml:space="preserve"> </w:t>
      </w:r>
      <w:r w:rsidR="00F761AD">
        <w:rPr>
          <w:rFonts w:ascii="DiodrumArabic-Medium" w:hAnsi="DiodrumArabic-Medium"/>
          <w:sz w:val="21"/>
        </w:rPr>
        <w:t xml:space="preserve"> </w:t>
      </w:r>
      <w:hyperlink w:anchor="ref5" w:history="1">
        <w:r w:rsidR="00F761AD">
          <w:rPr>
            <w:rStyle w:val="Hyperlink"/>
          </w:rPr>
          <w:t>[5]</w:t>
        </w:r>
      </w:hyperlink>
      <w:r w:rsidR="009D5A07">
        <w:rPr>
          <w:rFonts w:ascii="DiodrumArabic-Medium" w:hAnsi="DiodrumArabic-Medium" w:hint="cs"/>
          <w:sz w:val="21"/>
          <w:rtl/>
        </w:rPr>
        <w:t>.</w:t>
      </w:r>
    </w:p>
    <w:p w14:paraId="6A631F67" w14:textId="4C41C51C" w:rsidR="00D04C7D" w:rsidRPr="00103393" w:rsidRDefault="00D6184D" w:rsidP="00103393">
      <w:pPr>
        <w:pStyle w:val="Heading2"/>
        <w:bidi/>
        <w:jc w:val="both"/>
        <w:rPr>
          <w:rFonts w:ascii="☞DIODRUM ARABIC SEMIBOLD" w:hAnsi="☞DIODRUM ARABIC SEMIBOLD" w:cs="☞DIODRUM ARABIC SEMIBOLD"/>
          <w:color w:val="auto"/>
        </w:rPr>
      </w:pPr>
      <w:bookmarkStart w:id="11" w:name="heading_4_22__أنواع_الإعاقات_المختلفة"/>
      <w:bookmarkStart w:id="12" w:name="_Toc204265936"/>
      <w:r w:rsidRPr="00103393">
        <w:rPr>
          <w:rFonts w:ascii="☞DIODRUM ARABIC SEMIBOLD" w:hAnsi="☞DIODRUM ARABIC SEMIBOLD" w:cs="☞DIODRUM ARABIC SEMIBOLD"/>
          <w:color w:val="auto"/>
        </w:rPr>
        <w:t xml:space="preserve">2.2  </w:t>
      </w:r>
      <w:r w:rsidR="00A631E7">
        <w:rPr>
          <w:rFonts w:ascii="☞DIODRUM ARABIC SEMIBOLD" w:hAnsi="☞DIODRUM ARABIC SEMIBOLD" w:cs="☞DIODRUM ARABIC SEMIBOLD" w:hint="cs"/>
          <w:color w:val="auto"/>
          <w:rtl/>
        </w:rPr>
        <w:t xml:space="preserve"> </w:t>
      </w:r>
      <w:r w:rsidRPr="00814ACB">
        <w:rPr>
          <w:rFonts w:ascii="☞DIODRUM ARABIC SEMIBOLD" w:hAnsi="☞DIODRUM ARABIC SEMIBOLD" w:cs="☞DIODRUM ARABIC SEMIBOLD" w:hint="cs"/>
          <w:color w:val="auto"/>
          <w:rtl/>
        </w:rPr>
        <w:t>أنواع</w:t>
      </w:r>
      <w:r w:rsidRPr="00814ACB">
        <w:rPr>
          <w:rFonts w:ascii="☞DIODRUM ARABIC SEMIBOLD" w:hAnsi="☞DIODRUM ARABIC SEMIBOLD" w:cs="☞DIODRUM ARABIC SEMIBOLD" w:hint="cs"/>
          <w:color w:val="auto"/>
        </w:rPr>
        <w:t xml:space="preserve"> </w:t>
      </w:r>
      <w:r w:rsidRPr="00814ACB">
        <w:rPr>
          <w:rFonts w:ascii="☞DIODRUM ARABIC SEMIBOLD" w:hAnsi="☞DIODRUM ARABIC SEMIBOLD" w:cs="☞DIODRUM ARABIC SEMIBOLD" w:hint="cs"/>
          <w:color w:val="auto"/>
          <w:rtl/>
        </w:rPr>
        <w:t>الإعاقات</w:t>
      </w:r>
      <w:r w:rsidRPr="00814ACB">
        <w:rPr>
          <w:rFonts w:ascii="☞DIODRUM ARABIC SEMIBOLD" w:hAnsi="☞DIODRUM ARABIC SEMIBOLD" w:cs="☞DIODRUM ARABIC SEMIBOLD" w:hint="cs"/>
          <w:color w:val="auto"/>
        </w:rPr>
        <w:t xml:space="preserve"> </w:t>
      </w:r>
      <w:r w:rsidRPr="00814ACB">
        <w:rPr>
          <w:rFonts w:ascii="☞DIODRUM ARABIC SEMIBOLD" w:hAnsi="☞DIODRUM ARABIC SEMIBOLD" w:cs="☞DIODRUM ARABIC SEMIBOLD" w:hint="cs"/>
          <w:color w:val="auto"/>
          <w:rtl/>
        </w:rPr>
        <w:t>المختلفة</w:t>
      </w:r>
      <w:bookmarkEnd w:id="11"/>
      <w:bookmarkEnd w:id="12"/>
    </w:p>
    <w:p w14:paraId="77B8A102" w14:textId="2BBF030C" w:rsidR="00D04C7D" w:rsidRDefault="00D6184D" w:rsidP="001A705E">
      <w:pPr>
        <w:bidi/>
      </w:pPr>
      <w:r>
        <w:rPr>
          <w:rFonts w:ascii="DiodrumArabic-Medium" w:hAnsi="DiodrumArabic-Medium" w:cs="DiodrumArabic-Medium"/>
          <w:sz w:val="21"/>
          <w:szCs w:val="21"/>
          <w:rtl/>
        </w:rPr>
        <w:t>تتضمن</w:t>
      </w:r>
      <w:r>
        <w:rPr>
          <w:rFonts w:ascii="DiodrumArabic-Medium" w:hAnsi="DiodrumArabic-Medium"/>
          <w:sz w:val="21"/>
        </w:rPr>
        <w:t xml:space="preserve"> </w:t>
      </w:r>
      <w:r>
        <w:rPr>
          <w:rFonts w:ascii="DiodrumArabic-Medium" w:hAnsi="DiodrumArabic-Medium" w:cs="DiodrumArabic-Medium"/>
          <w:sz w:val="21"/>
          <w:szCs w:val="21"/>
          <w:rtl/>
        </w:rPr>
        <w:t>فئة</w:t>
      </w:r>
      <w:r>
        <w:rPr>
          <w:rFonts w:ascii="DiodrumArabic-Medium" w:hAnsi="DiodrumArabic-Medium"/>
          <w:sz w:val="21"/>
        </w:rPr>
        <w:t xml:space="preserve"> </w:t>
      </w:r>
      <w:r>
        <w:rPr>
          <w:rFonts w:ascii="DiodrumArabic-Medium" w:hAnsi="DiodrumArabic-Medium" w:cs="DiodrumArabic-Medium"/>
          <w:sz w:val="21"/>
          <w:szCs w:val="21"/>
          <w:rtl/>
        </w:rPr>
        <w:t>الأشخاص</w:t>
      </w:r>
      <w:r>
        <w:rPr>
          <w:rFonts w:ascii="DiodrumArabic-Medium" w:hAnsi="DiodrumArabic-Medium"/>
          <w:sz w:val="21"/>
        </w:rPr>
        <w:t xml:space="preserve"> </w:t>
      </w:r>
      <w:r>
        <w:rPr>
          <w:rFonts w:ascii="DiodrumArabic-Medium" w:hAnsi="DiodrumArabic-Medium" w:cs="DiodrumArabic-Medium"/>
          <w:sz w:val="21"/>
          <w:szCs w:val="21"/>
          <w:rtl/>
        </w:rPr>
        <w:t>ذوي</w:t>
      </w:r>
      <w:r>
        <w:rPr>
          <w:rFonts w:ascii="DiodrumArabic-Medium" w:hAnsi="DiodrumArabic-Medium"/>
          <w:sz w:val="21"/>
        </w:rPr>
        <w:t xml:space="preserve"> </w:t>
      </w:r>
      <w:r>
        <w:rPr>
          <w:rFonts w:ascii="DiodrumArabic-Medium" w:hAnsi="DiodrumArabic-Medium" w:cs="DiodrumArabic-Medium"/>
          <w:sz w:val="21"/>
          <w:szCs w:val="21"/>
          <w:rtl/>
        </w:rPr>
        <w:t>الإعاقة</w:t>
      </w:r>
      <w:r>
        <w:rPr>
          <w:rFonts w:ascii="DiodrumArabic-Medium" w:hAnsi="DiodrumArabic-Medium"/>
          <w:sz w:val="21"/>
        </w:rPr>
        <w:t xml:space="preserve"> </w:t>
      </w:r>
      <w:r>
        <w:rPr>
          <w:rFonts w:ascii="DiodrumArabic-Medium" w:hAnsi="DiodrumArabic-Medium" w:cs="DiodrumArabic-Medium"/>
          <w:sz w:val="21"/>
          <w:szCs w:val="21"/>
          <w:rtl/>
        </w:rPr>
        <w:t>مجموعة</w:t>
      </w:r>
      <w:r>
        <w:rPr>
          <w:rFonts w:ascii="DiodrumArabic-Medium" w:hAnsi="DiodrumArabic-Medium"/>
          <w:sz w:val="21"/>
        </w:rPr>
        <w:t xml:space="preserve"> </w:t>
      </w:r>
      <w:r>
        <w:rPr>
          <w:rFonts w:ascii="DiodrumArabic-Medium" w:hAnsi="DiodrumArabic-Medium" w:cs="DiodrumArabic-Medium"/>
          <w:sz w:val="21"/>
          <w:szCs w:val="21"/>
          <w:rtl/>
        </w:rPr>
        <w:t>متنوعة</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الأفراد</w:t>
      </w:r>
      <w:r>
        <w:rPr>
          <w:rFonts w:ascii="DiodrumArabic-Medium" w:hAnsi="DiodrumArabic-Medium"/>
          <w:sz w:val="21"/>
        </w:rPr>
        <w:t xml:space="preserve"> </w:t>
      </w:r>
      <w:r>
        <w:rPr>
          <w:rFonts w:ascii="DiodrumArabic-Medium" w:hAnsi="DiodrumArabic-Medium" w:cs="DiodrumArabic-Medium"/>
          <w:sz w:val="21"/>
          <w:szCs w:val="21"/>
          <w:rtl/>
        </w:rPr>
        <w:t>الذين</w:t>
      </w:r>
      <w:r>
        <w:rPr>
          <w:rFonts w:ascii="DiodrumArabic-Medium" w:hAnsi="DiodrumArabic-Medium"/>
          <w:sz w:val="21"/>
        </w:rPr>
        <w:t xml:space="preserve"> </w:t>
      </w:r>
      <w:r>
        <w:rPr>
          <w:rFonts w:ascii="DiodrumArabic-Medium" w:hAnsi="DiodrumArabic-Medium" w:cs="DiodrumArabic-Medium"/>
          <w:sz w:val="21"/>
          <w:szCs w:val="21"/>
          <w:rtl/>
        </w:rPr>
        <w:t>يعانون</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أنواع</w:t>
      </w:r>
      <w:r>
        <w:rPr>
          <w:rFonts w:ascii="DiodrumArabic-Medium" w:hAnsi="DiodrumArabic-Medium"/>
          <w:sz w:val="21"/>
        </w:rPr>
        <w:t xml:space="preserve"> </w:t>
      </w:r>
      <w:r>
        <w:rPr>
          <w:rFonts w:ascii="DiodrumArabic-Medium" w:hAnsi="DiodrumArabic-Medium" w:cs="DiodrumArabic-Medium"/>
          <w:sz w:val="21"/>
          <w:szCs w:val="21"/>
          <w:rtl/>
        </w:rPr>
        <w:t>مختلفة</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الإعاقات،</w:t>
      </w:r>
      <w:r>
        <w:rPr>
          <w:rFonts w:ascii="DiodrumArabic-Medium" w:hAnsi="DiodrumArabic-Medium"/>
          <w:sz w:val="21"/>
        </w:rPr>
        <w:t xml:space="preserve"> </w:t>
      </w:r>
      <w:r>
        <w:rPr>
          <w:rFonts w:ascii="DiodrumArabic-Medium" w:hAnsi="DiodrumArabic-Medium" w:cs="DiodrumArabic-Medium"/>
          <w:sz w:val="21"/>
          <w:szCs w:val="21"/>
          <w:rtl/>
        </w:rPr>
        <w:t>مثل</w:t>
      </w:r>
      <w:r>
        <w:rPr>
          <w:rFonts w:ascii="DiodrumArabic-Medium" w:hAnsi="DiodrumArabic-Medium"/>
          <w:sz w:val="21"/>
        </w:rPr>
        <w:t xml:space="preserve"> </w:t>
      </w:r>
      <w:r>
        <w:rPr>
          <w:rFonts w:ascii="DiodrumArabic-Medium" w:hAnsi="DiodrumArabic-Medium" w:cs="DiodrumArabic-Medium"/>
          <w:sz w:val="21"/>
          <w:szCs w:val="21"/>
          <w:rtl/>
        </w:rPr>
        <w:t>الإعاقات</w:t>
      </w:r>
      <w:r>
        <w:rPr>
          <w:rFonts w:ascii="DiodrumArabic-Medium" w:hAnsi="DiodrumArabic-Medium"/>
          <w:sz w:val="21"/>
        </w:rPr>
        <w:t xml:space="preserve"> </w:t>
      </w:r>
      <w:r>
        <w:rPr>
          <w:rFonts w:ascii="DiodrumArabic-Medium" w:hAnsi="DiodrumArabic-Medium" w:cs="DiodrumArabic-Medium"/>
          <w:sz w:val="21"/>
          <w:szCs w:val="21"/>
          <w:rtl/>
        </w:rPr>
        <w:t>البصرية</w:t>
      </w:r>
      <w:r>
        <w:rPr>
          <w:rFonts w:ascii="DiodrumArabic-Medium" w:hAnsi="DiodrumArabic-Medium"/>
          <w:sz w:val="21"/>
        </w:rPr>
        <w:t xml:space="preserve"> </w:t>
      </w:r>
      <w:r>
        <w:rPr>
          <w:rFonts w:ascii="DiodrumArabic-Medium" w:hAnsi="DiodrumArabic-Medium" w:cs="DiodrumArabic-Medium"/>
          <w:sz w:val="21"/>
          <w:szCs w:val="21"/>
          <w:rtl/>
        </w:rPr>
        <w:t>والسمعية</w:t>
      </w:r>
      <w:r>
        <w:rPr>
          <w:rFonts w:ascii="DiodrumArabic-Medium" w:hAnsi="DiodrumArabic-Medium"/>
          <w:sz w:val="21"/>
        </w:rPr>
        <w:t xml:space="preserve"> </w:t>
      </w:r>
      <w:r>
        <w:rPr>
          <w:rFonts w:ascii="DiodrumArabic-Medium" w:hAnsi="DiodrumArabic-Medium" w:cs="DiodrumArabic-Medium"/>
          <w:sz w:val="21"/>
          <w:szCs w:val="21"/>
          <w:rtl/>
        </w:rPr>
        <w:t>والحركية</w:t>
      </w:r>
      <w:r>
        <w:rPr>
          <w:rFonts w:ascii="DiodrumArabic-Medium" w:hAnsi="DiodrumArabic-Medium"/>
          <w:sz w:val="21"/>
        </w:rPr>
        <w:t xml:space="preserve"> </w:t>
      </w:r>
      <w:r>
        <w:rPr>
          <w:rFonts w:ascii="DiodrumArabic-Medium" w:hAnsi="DiodrumArabic-Medium" w:cs="DiodrumArabic-Medium"/>
          <w:sz w:val="21"/>
          <w:szCs w:val="21"/>
          <w:rtl/>
        </w:rPr>
        <w:t>والإدراكية</w:t>
      </w:r>
      <w:r>
        <w:rPr>
          <w:rFonts w:ascii="DiodrumArabic-Medium" w:hAnsi="DiodrumArabic-Medium"/>
          <w:sz w:val="21"/>
        </w:rPr>
        <w:t xml:space="preserve"> </w:t>
      </w:r>
      <w:r>
        <w:rPr>
          <w:rFonts w:ascii="DiodrumArabic-Medium" w:hAnsi="DiodrumArabic-Medium" w:cs="DiodrumArabic-Medium"/>
          <w:sz w:val="21"/>
          <w:szCs w:val="21"/>
          <w:rtl/>
        </w:rPr>
        <w:t>وغيرها</w:t>
      </w:r>
      <w:r>
        <w:rPr>
          <w:rFonts w:ascii="DiodrumArabic-Medium" w:hAnsi="DiodrumArabic-Medium"/>
          <w:sz w:val="21"/>
        </w:rPr>
        <w:t xml:space="preserve"> </w:t>
      </w:r>
      <w:r>
        <w:rPr>
          <w:rFonts w:ascii="DiodrumArabic-Medium" w:hAnsi="DiodrumArabic-Medium" w:cs="DiodrumArabic-Medium"/>
          <w:sz w:val="21"/>
          <w:szCs w:val="21"/>
          <w:rtl/>
        </w:rPr>
        <w:t>مثل</w:t>
      </w:r>
      <w:r>
        <w:rPr>
          <w:rFonts w:ascii="DiodrumArabic-Medium" w:hAnsi="DiodrumArabic-Medium"/>
          <w:sz w:val="21"/>
        </w:rPr>
        <w:t xml:space="preserve"> </w:t>
      </w:r>
      <w:r>
        <w:rPr>
          <w:rFonts w:ascii="DiodrumArabic-Medium" w:hAnsi="DiodrumArabic-Medium" w:cs="DiodrumArabic-Medium"/>
          <w:sz w:val="21"/>
          <w:szCs w:val="21"/>
          <w:rtl/>
        </w:rPr>
        <w:t>صعوبات</w:t>
      </w:r>
      <w:r>
        <w:rPr>
          <w:rFonts w:ascii="DiodrumArabic-Medium" w:hAnsi="DiodrumArabic-Medium"/>
          <w:sz w:val="21"/>
        </w:rPr>
        <w:t xml:space="preserve"> </w:t>
      </w:r>
      <w:r>
        <w:rPr>
          <w:rFonts w:ascii="DiodrumArabic-Medium" w:hAnsi="DiodrumArabic-Medium" w:cs="DiodrumArabic-Medium"/>
          <w:sz w:val="21"/>
          <w:szCs w:val="21"/>
          <w:rtl/>
        </w:rPr>
        <w:t>التعلم</w:t>
      </w:r>
      <w:r>
        <w:rPr>
          <w:rFonts w:ascii="DiodrumArabic-Medium" w:hAnsi="DiodrumArabic-Medium"/>
          <w:sz w:val="21"/>
        </w:rPr>
        <w:t xml:space="preserve"> </w:t>
      </w:r>
      <w:r>
        <w:rPr>
          <w:rFonts w:ascii="DiodrumArabic-Medium" w:hAnsi="DiodrumArabic-Medium" w:cs="DiodrumArabic-Medium"/>
          <w:sz w:val="21"/>
          <w:szCs w:val="21"/>
          <w:rtl/>
        </w:rPr>
        <w:t>أو</w:t>
      </w:r>
      <w:r>
        <w:rPr>
          <w:rFonts w:ascii="DiodrumArabic-Medium" w:hAnsi="DiodrumArabic-Medium"/>
          <w:sz w:val="21"/>
        </w:rPr>
        <w:t xml:space="preserve"> </w:t>
      </w:r>
      <w:r>
        <w:rPr>
          <w:rFonts w:ascii="DiodrumArabic-Medium" w:hAnsi="DiodrumArabic-Medium" w:cs="DiodrumArabic-Medium"/>
          <w:sz w:val="21"/>
          <w:szCs w:val="21"/>
          <w:rtl/>
        </w:rPr>
        <w:t>الإعاقات</w:t>
      </w:r>
      <w:r>
        <w:rPr>
          <w:rFonts w:ascii="DiodrumArabic-Medium" w:hAnsi="DiodrumArabic-Medium"/>
          <w:sz w:val="21"/>
        </w:rPr>
        <w:t xml:space="preserve"> </w:t>
      </w:r>
      <w:r>
        <w:rPr>
          <w:rFonts w:ascii="DiodrumArabic-Medium" w:hAnsi="DiodrumArabic-Medium" w:cs="DiodrumArabic-Medium"/>
          <w:sz w:val="21"/>
          <w:szCs w:val="21"/>
          <w:rtl/>
        </w:rPr>
        <w:t>الناتجة</w:t>
      </w:r>
      <w:r>
        <w:rPr>
          <w:rFonts w:ascii="DiodrumArabic-Medium" w:hAnsi="DiodrumArabic-Medium"/>
          <w:sz w:val="21"/>
        </w:rPr>
        <w:t xml:space="preserve"> </w:t>
      </w:r>
      <w:r>
        <w:rPr>
          <w:rFonts w:ascii="DiodrumArabic-Medium" w:hAnsi="DiodrumArabic-Medium" w:cs="DiodrumArabic-Medium"/>
          <w:sz w:val="21"/>
          <w:szCs w:val="21"/>
          <w:rtl/>
        </w:rPr>
        <w:t>عن</w:t>
      </w:r>
      <w:r>
        <w:rPr>
          <w:rFonts w:ascii="DiodrumArabic-Medium" w:hAnsi="DiodrumArabic-Medium"/>
          <w:sz w:val="21"/>
        </w:rPr>
        <w:t xml:space="preserve"> </w:t>
      </w:r>
      <w:r>
        <w:rPr>
          <w:rFonts w:ascii="DiodrumArabic-Medium" w:hAnsi="DiodrumArabic-Medium" w:cs="DiodrumArabic-Medium"/>
          <w:sz w:val="21"/>
          <w:szCs w:val="21"/>
          <w:rtl/>
        </w:rPr>
        <w:t>حوادث</w:t>
      </w:r>
      <w:r>
        <w:rPr>
          <w:rFonts w:ascii="DiodrumArabic-Medium" w:hAnsi="DiodrumArabic-Medium"/>
          <w:sz w:val="21"/>
        </w:rPr>
        <w:t xml:space="preserve"> </w:t>
      </w:r>
      <w:r>
        <w:rPr>
          <w:rFonts w:ascii="DiodrumArabic-Medium" w:hAnsi="DiodrumArabic-Medium" w:cs="DiodrumArabic-Medium"/>
          <w:sz w:val="21"/>
          <w:szCs w:val="21"/>
          <w:rtl/>
        </w:rPr>
        <w:t>معينة،</w:t>
      </w:r>
      <w:r>
        <w:rPr>
          <w:rFonts w:ascii="DiodrumArabic-Medium" w:hAnsi="DiodrumArabic-Medium"/>
          <w:sz w:val="21"/>
        </w:rPr>
        <w:t xml:space="preserve"> </w:t>
      </w:r>
      <w:r>
        <w:rPr>
          <w:rFonts w:ascii="DiodrumArabic-Medium" w:hAnsi="DiodrumArabic-Medium" w:cs="DiodrumArabic-Medium"/>
          <w:sz w:val="21"/>
          <w:szCs w:val="21"/>
          <w:rtl/>
        </w:rPr>
        <w:t>أو</w:t>
      </w:r>
      <w:r>
        <w:rPr>
          <w:rFonts w:ascii="DiodrumArabic-Medium" w:hAnsi="DiodrumArabic-Medium"/>
          <w:sz w:val="21"/>
        </w:rPr>
        <w:t xml:space="preserve"> </w:t>
      </w:r>
      <w:r>
        <w:rPr>
          <w:rFonts w:ascii="DiodrumArabic-Medium" w:hAnsi="DiodrumArabic-Medium" w:cs="DiodrumArabic-Medium"/>
          <w:sz w:val="21"/>
          <w:szCs w:val="21"/>
          <w:rtl/>
        </w:rPr>
        <w:t>نتيجة</w:t>
      </w:r>
      <w:r>
        <w:rPr>
          <w:rFonts w:ascii="DiodrumArabic-Medium" w:hAnsi="DiodrumArabic-Medium"/>
          <w:sz w:val="21"/>
        </w:rPr>
        <w:t xml:space="preserve"> </w:t>
      </w:r>
      <w:r>
        <w:rPr>
          <w:rFonts w:ascii="DiodrumArabic-Medium" w:hAnsi="DiodrumArabic-Medium" w:cs="DiodrumArabic-Medium"/>
          <w:sz w:val="21"/>
          <w:szCs w:val="21"/>
          <w:rtl/>
        </w:rPr>
        <w:t>لتغييرات</w:t>
      </w:r>
      <w:r>
        <w:rPr>
          <w:rFonts w:ascii="DiodrumArabic-Medium" w:hAnsi="DiodrumArabic-Medium"/>
          <w:sz w:val="21"/>
        </w:rPr>
        <w:t xml:space="preserve"> </w:t>
      </w:r>
      <w:r>
        <w:rPr>
          <w:rFonts w:ascii="DiodrumArabic-Medium" w:hAnsi="DiodrumArabic-Medium" w:cs="DiodrumArabic-Medium"/>
          <w:sz w:val="21"/>
          <w:szCs w:val="21"/>
          <w:rtl/>
        </w:rPr>
        <w:t>معينة</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حياتهم،</w:t>
      </w:r>
      <w:r>
        <w:rPr>
          <w:rFonts w:ascii="DiodrumArabic-Medium" w:hAnsi="DiodrumArabic-Medium"/>
          <w:sz w:val="21"/>
        </w:rPr>
        <w:t xml:space="preserve"> </w:t>
      </w:r>
      <w:r>
        <w:rPr>
          <w:rFonts w:ascii="DiodrumArabic-Medium" w:hAnsi="DiodrumArabic-Medium" w:cs="DiodrumArabic-Medium"/>
          <w:sz w:val="21"/>
          <w:szCs w:val="21"/>
          <w:rtl/>
        </w:rPr>
        <w:t>ككبار</w:t>
      </w:r>
      <w:r>
        <w:rPr>
          <w:rFonts w:ascii="DiodrumArabic-Medium" w:hAnsi="DiodrumArabic-Medium"/>
          <w:sz w:val="21"/>
        </w:rPr>
        <w:t xml:space="preserve"> </w:t>
      </w:r>
      <w:r>
        <w:rPr>
          <w:rFonts w:ascii="DiodrumArabic-Medium" w:hAnsi="DiodrumArabic-Medium" w:cs="DiodrumArabic-Medium"/>
          <w:sz w:val="21"/>
          <w:szCs w:val="21"/>
          <w:rtl/>
        </w:rPr>
        <w:t>السن</w:t>
      </w:r>
      <w:r>
        <w:rPr>
          <w:rFonts w:ascii="DiodrumArabic-Medium" w:hAnsi="DiodrumArabic-Medium"/>
          <w:sz w:val="21"/>
        </w:rPr>
        <w:t xml:space="preserve">. </w:t>
      </w:r>
      <w:r>
        <w:rPr>
          <w:rFonts w:ascii="DiodrumArabic-Medium" w:hAnsi="DiodrumArabic-Medium" w:cs="DiodrumArabic-Medium"/>
          <w:sz w:val="21"/>
          <w:szCs w:val="21"/>
          <w:rtl/>
        </w:rPr>
        <w:t>وفي</w:t>
      </w:r>
      <w:r>
        <w:rPr>
          <w:rFonts w:ascii="DiodrumArabic-Medium" w:hAnsi="DiodrumArabic-Medium"/>
          <w:sz w:val="21"/>
        </w:rPr>
        <w:t xml:space="preserve"> </w:t>
      </w:r>
      <w:r>
        <w:rPr>
          <w:rFonts w:ascii="DiodrumArabic-Medium" w:hAnsi="DiodrumArabic-Medium" w:cs="DiodrumArabic-Medium"/>
          <w:sz w:val="21"/>
          <w:szCs w:val="21"/>
          <w:rtl/>
        </w:rPr>
        <w:t>ما</w:t>
      </w:r>
      <w:r>
        <w:rPr>
          <w:rFonts w:ascii="DiodrumArabic-Medium" w:hAnsi="DiodrumArabic-Medium"/>
          <w:sz w:val="21"/>
        </w:rPr>
        <w:t xml:space="preserve"> </w:t>
      </w:r>
      <w:r>
        <w:rPr>
          <w:rFonts w:ascii="DiodrumArabic-Medium" w:hAnsi="DiodrumArabic-Medium" w:cs="DiodrumArabic-Medium"/>
          <w:sz w:val="21"/>
          <w:szCs w:val="21"/>
          <w:rtl/>
        </w:rPr>
        <w:t>يلي</w:t>
      </w:r>
      <w:r>
        <w:rPr>
          <w:rFonts w:ascii="DiodrumArabic-Medium" w:hAnsi="DiodrumArabic-Medium"/>
          <w:sz w:val="21"/>
        </w:rPr>
        <w:t xml:space="preserve"> </w:t>
      </w:r>
      <w:r>
        <w:rPr>
          <w:rFonts w:ascii="DiodrumArabic-Medium" w:hAnsi="DiodrumArabic-Medium" w:cs="DiodrumArabic-Medium"/>
          <w:sz w:val="21"/>
          <w:szCs w:val="21"/>
          <w:rtl/>
        </w:rPr>
        <w:t>بعض</w:t>
      </w:r>
      <w:r>
        <w:rPr>
          <w:rFonts w:ascii="DiodrumArabic-Medium" w:hAnsi="DiodrumArabic-Medium"/>
          <w:sz w:val="21"/>
        </w:rPr>
        <w:t xml:space="preserve"> </w:t>
      </w:r>
      <w:r>
        <w:rPr>
          <w:rFonts w:ascii="DiodrumArabic-Medium" w:hAnsi="DiodrumArabic-Medium" w:cs="DiodrumArabic-Medium"/>
          <w:sz w:val="21"/>
          <w:szCs w:val="21"/>
          <w:rtl/>
        </w:rPr>
        <w:t>أنواع</w:t>
      </w:r>
      <w:r>
        <w:rPr>
          <w:rFonts w:ascii="DiodrumArabic-Medium" w:hAnsi="DiodrumArabic-Medium"/>
          <w:sz w:val="21"/>
        </w:rPr>
        <w:t xml:space="preserve"> </w:t>
      </w:r>
      <w:r>
        <w:rPr>
          <w:rFonts w:ascii="DiodrumArabic-Medium" w:hAnsi="DiodrumArabic-Medium" w:cs="DiodrumArabic-Medium"/>
          <w:sz w:val="21"/>
          <w:szCs w:val="21"/>
          <w:rtl/>
        </w:rPr>
        <w:t>الإعاقات</w:t>
      </w:r>
      <w:r>
        <w:rPr>
          <w:rFonts w:ascii="DiodrumArabic-Medium" w:hAnsi="DiodrumArabic-Medium"/>
          <w:sz w:val="21"/>
        </w:rPr>
        <w:t xml:space="preserve"> </w:t>
      </w:r>
      <w:r>
        <w:rPr>
          <w:rFonts w:ascii="DiodrumArabic-Medium" w:hAnsi="DiodrumArabic-Medium" w:cs="DiodrumArabic-Medium"/>
          <w:sz w:val="21"/>
          <w:szCs w:val="21"/>
          <w:rtl/>
        </w:rPr>
        <w:t>الرئيسية</w:t>
      </w:r>
      <w:r w:rsidR="009D5A07">
        <w:rPr>
          <w:rFonts w:ascii="DiodrumArabic-Medium" w:hAnsi="DiodrumArabic-Medium" w:hint="cs"/>
          <w:sz w:val="21"/>
          <w:rtl/>
        </w:rPr>
        <w:t>:</w:t>
      </w:r>
    </w:p>
    <w:p w14:paraId="0105CDD4" w14:textId="053E0A91" w:rsidR="00D04C7D" w:rsidRPr="006F71CA" w:rsidRDefault="00D6184D" w:rsidP="001A705E">
      <w:pPr>
        <w:pStyle w:val="Heading4"/>
        <w:bidi/>
        <w:rPr>
          <w:rFonts w:ascii="☞DIODRUM ARABIC MEDIUM" w:hAnsi="☞DIODRUM ARABIC MEDIUM" w:cs="☞DIODRUM ARABIC MEDIUM"/>
          <w:b w:val="0"/>
          <w:bCs w:val="0"/>
          <w:i w:val="0"/>
          <w:iCs w:val="0"/>
          <w:color w:val="auto"/>
        </w:rPr>
      </w:pPr>
      <w:r w:rsidRPr="006F71CA">
        <w:rPr>
          <w:rFonts w:ascii="☞DIODRUM ARABIC MEDIUM" w:hAnsi="☞DIODRUM ARABIC MEDIUM" w:cs="☞DIODRUM ARABIC MEDIUM" w:hint="cs"/>
          <w:b w:val="0"/>
          <w:bCs w:val="0"/>
          <w:i w:val="0"/>
          <w:iCs w:val="0"/>
          <w:color w:val="auto"/>
          <w:rtl/>
        </w:rPr>
        <w:t>الإعاقة</w:t>
      </w:r>
      <w:r w:rsidRPr="006F71CA">
        <w:rPr>
          <w:rFonts w:ascii="☞DIODRUM ARABIC MEDIUM" w:hAnsi="☞DIODRUM ARABIC MEDIUM" w:cs="☞DIODRUM ARABIC MEDIUM" w:hint="cs"/>
          <w:b w:val="0"/>
          <w:bCs w:val="0"/>
          <w:i w:val="0"/>
          <w:iCs w:val="0"/>
          <w:color w:val="auto"/>
        </w:rPr>
        <w:t xml:space="preserve"> </w:t>
      </w:r>
      <w:r w:rsidRPr="006F71CA">
        <w:rPr>
          <w:rFonts w:ascii="☞DIODRUM ARABIC MEDIUM" w:hAnsi="☞DIODRUM ARABIC MEDIUM" w:cs="☞DIODRUM ARABIC MEDIUM" w:hint="cs"/>
          <w:b w:val="0"/>
          <w:bCs w:val="0"/>
          <w:i w:val="0"/>
          <w:iCs w:val="0"/>
          <w:color w:val="auto"/>
          <w:rtl/>
        </w:rPr>
        <w:t>السمعية</w:t>
      </w:r>
      <w:r w:rsidR="006F71CA">
        <w:rPr>
          <w:rFonts w:ascii="☞DIODRUM ARABIC MEDIUM" w:hAnsi="☞DIODRUM ARABIC MEDIUM" w:cs="☞DIODRUM ARABIC MEDIUM" w:hint="cs"/>
          <w:b w:val="0"/>
          <w:bCs w:val="0"/>
          <w:i w:val="0"/>
          <w:iCs w:val="0"/>
          <w:color w:val="auto"/>
          <w:rtl/>
        </w:rPr>
        <w:t>:</w:t>
      </w:r>
    </w:p>
    <w:p w14:paraId="56B5FA7B" w14:textId="34B17C6E" w:rsidR="00D04C7D" w:rsidRDefault="00D6184D" w:rsidP="001A705E">
      <w:pPr>
        <w:bidi/>
      </w:pPr>
      <w:r>
        <w:rPr>
          <w:rFonts w:ascii="DiodrumArabic-Medium" w:hAnsi="DiodrumArabic-Medium" w:cs="DiodrumArabic-Medium"/>
          <w:color w:val="000000"/>
          <w:sz w:val="18"/>
          <w:szCs w:val="18"/>
          <w:rtl/>
        </w:rPr>
        <w:t>الإعاقة</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التي</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تحد</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من</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قدرة</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الفرد</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على</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سماع</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الأصوات</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المختلفة</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بشكل</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جزئي</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أو</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كلي،</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مما</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يحد</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من</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تواصله</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مع</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الآخرين</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وفهمه</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للمحيط</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الصوتي</w:t>
      </w:r>
      <w:r w:rsidR="009D5A07">
        <w:rPr>
          <w:rFonts w:ascii="DiodrumArabic-Medium" w:hAnsi="DiodrumArabic-Medium" w:hint="cs"/>
          <w:color w:val="000000"/>
          <w:sz w:val="18"/>
          <w:rtl/>
        </w:rPr>
        <w:t>.</w:t>
      </w:r>
    </w:p>
    <w:p w14:paraId="1E5730EE" w14:textId="382815C6" w:rsidR="00D04C7D" w:rsidRPr="006F71CA" w:rsidRDefault="00D6184D" w:rsidP="001A705E">
      <w:pPr>
        <w:pStyle w:val="Heading4"/>
        <w:bidi/>
        <w:rPr>
          <w:rFonts w:ascii="☞DIODRUM ARABIC MEDIUM" w:hAnsi="☞DIODRUM ARABIC MEDIUM" w:cs="☞DIODRUM ARABIC MEDIUM"/>
          <w:b w:val="0"/>
          <w:bCs w:val="0"/>
          <w:i w:val="0"/>
          <w:iCs w:val="0"/>
          <w:color w:val="auto"/>
        </w:rPr>
      </w:pPr>
      <w:r w:rsidRPr="006F71CA">
        <w:rPr>
          <w:rFonts w:ascii="☞DIODRUM ARABIC MEDIUM" w:hAnsi="☞DIODRUM ARABIC MEDIUM" w:cs="☞DIODRUM ARABIC MEDIUM" w:hint="cs"/>
          <w:b w:val="0"/>
          <w:bCs w:val="0"/>
          <w:i w:val="0"/>
          <w:iCs w:val="0"/>
          <w:color w:val="auto"/>
          <w:rtl/>
        </w:rPr>
        <w:t>الإعاقة</w:t>
      </w:r>
      <w:r w:rsidRPr="006F71CA">
        <w:rPr>
          <w:rFonts w:ascii="☞DIODRUM ARABIC MEDIUM" w:hAnsi="☞DIODRUM ARABIC MEDIUM" w:cs="☞DIODRUM ARABIC MEDIUM" w:hint="cs"/>
          <w:b w:val="0"/>
          <w:bCs w:val="0"/>
          <w:i w:val="0"/>
          <w:iCs w:val="0"/>
          <w:color w:val="auto"/>
        </w:rPr>
        <w:t xml:space="preserve"> </w:t>
      </w:r>
      <w:r w:rsidRPr="006F71CA">
        <w:rPr>
          <w:rFonts w:ascii="☞DIODRUM ARABIC MEDIUM" w:hAnsi="☞DIODRUM ARABIC MEDIUM" w:cs="☞DIODRUM ARABIC MEDIUM" w:hint="cs"/>
          <w:b w:val="0"/>
          <w:bCs w:val="0"/>
          <w:i w:val="0"/>
          <w:iCs w:val="0"/>
          <w:color w:val="auto"/>
          <w:rtl/>
        </w:rPr>
        <w:t>البصرية</w:t>
      </w:r>
      <w:r w:rsidR="006F71CA">
        <w:rPr>
          <w:rFonts w:ascii="☞DIODRUM ARABIC MEDIUM" w:hAnsi="☞DIODRUM ARABIC MEDIUM" w:cs="☞DIODRUM ARABIC MEDIUM" w:hint="cs"/>
          <w:b w:val="0"/>
          <w:bCs w:val="0"/>
          <w:i w:val="0"/>
          <w:iCs w:val="0"/>
          <w:color w:val="auto"/>
          <w:rtl/>
        </w:rPr>
        <w:t>:</w:t>
      </w:r>
    </w:p>
    <w:p w14:paraId="11FCDD26" w14:textId="371EF7C6" w:rsidR="00D04C7D" w:rsidRDefault="00D6184D" w:rsidP="001A705E">
      <w:pPr>
        <w:bidi/>
      </w:pPr>
      <w:r>
        <w:rPr>
          <w:rFonts w:ascii="DiodrumArabic-Medium" w:hAnsi="DiodrumArabic-Medium"/>
          <w:color w:val="000000"/>
          <w:sz w:val="18"/>
        </w:rPr>
        <w:t xml:space="preserve"> </w:t>
      </w:r>
      <w:r>
        <w:rPr>
          <w:rFonts w:ascii="DiodrumArabic-Medium" w:hAnsi="DiodrumArabic-Medium" w:cs="DiodrumArabic-Medium"/>
          <w:color w:val="000000"/>
          <w:sz w:val="18"/>
          <w:szCs w:val="18"/>
          <w:rtl/>
        </w:rPr>
        <w:t>حالة</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مرضية</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أو</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إعاقة</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تؤثر</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على</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البصر</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أو</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الرؤية،</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بما</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يؤدي</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إلى</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فقدان</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البصر</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جزئياً</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أو</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كلياً،</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والحد</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من</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قدرة</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الفرد</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على</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إدراك</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المعلومات</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المرئية</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وتمييزها</w:t>
      </w:r>
      <w:r w:rsidR="009D5A07">
        <w:rPr>
          <w:rFonts w:ascii="DiodrumArabic-Medium" w:hAnsi="DiodrumArabic-Medium" w:hint="cs"/>
          <w:color w:val="000000"/>
          <w:sz w:val="18"/>
          <w:rtl/>
        </w:rPr>
        <w:t>.</w:t>
      </w:r>
    </w:p>
    <w:p w14:paraId="7DD9EA32" w14:textId="74D81023" w:rsidR="00D04C7D" w:rsidRPr="006F71CA" w:rsidRDefault="00D6184D" w:rsidP="001A705E">
      <w:pPr>
        <w:pStyle w:val="Heading4"/>
        <w:bidi/>
        <w:rPr>
          <w:rFonts w:ascii="☞DIODRUM ARABIC MEDIUM" w:hAnsi="☞DIODRUM ARABIC MEDIUM" w:cs="☞DIODRUM ARABIC MEDIUM"/>
          <w:b w:val="0"/>
          <w:bCs w:val="0"/>
          <w:i w:val="0"/>
          <w:iCs w:val="0"/>
          <w:color w:val="auto"/>
        </w:rPr>
      </w:pPr>
      <w:r w:rsidRPr="006F71CA">
        <w:rPr>
          <w:rFonts w:ascii="☞DIODRUM ARABIC MEDIUM" w:hAnsi="☞DIODRUM ARABIC MEDIUM" w:cs="☞DIODRUM ARABIC MEDIUM" w:hint="cs"/>
          <w:b w:val="0"/>
          <w:bCs w:val="0"/>
          <w:i w:val="0"/>
          <w:iCs w:val="0"/>
          <w:color w:val="auto"/>
          <w:rtl/>
        </w:rPr>
        <w:t>الإعاقة</w:t>
      </w:r>
      <w:r w:rsidRPr="006F71CA">
        <w:rPr>
          <w:rFonts w:ascii="☞DIODRUM ARABIC MEDIUM" w:hAnsi="☞DIODRUM ARABIC MEDIUM" w:cs="☞DIODRUM ARABIC MEDIUM" w:hint="cs"/>
          <w:b w:val="0"/>
          <w:bCs w:val="0"/>
          <w:i w:val="0"/>
          <w:iCs w:val="0"/>
          <w:color w:val="auto"/>
        </w:rPr>
        <w:t xml:space="preserve"> </w:t>
      </w:r>
      <w:r w:rsidRPr="006F71CA">
        <w:rPr>
          <w:rFonts w:ascii="☞DIODRUM ARABIC MEDIUM" w:hAnsi="☞DIODRUM ARABIC MEDIUM" w:cs="☞DIODRUM ARABIC MEDIUM" w:hint="cs"/>
          <w:b w:val="0"/>
          <w:bCs w:val="0"/>
          <w:i w:val="0"/>
          <w:iCs w:val="0"/>
          <w:color w:val="auto"/>
          <w:rtl/>
        </w:rPr>
        <w:t>الإدراكية</w:t>
      </w:r>
      <w:r w:rsidR="006F71CA">
        <w:rPr>
          <w:rFonts w:ascii="☞DIODRUM ARABIC MEDIUM" w:hAnsi="☞DIODRUM ARABIC MEDIUM" w:cs="☞DIODRUM ARABIC MEDIUM" w:hint="cs"/>
          <w:b w:val="0"/>
          <w:bCs w:val="0"/>
          <w:i w:val="0"/>
          <w:iCs w:val="0"/>
          <w:color w:val="auto"/>
          <w:rtl/>
        </w:rPr>
        <w:t>:</w:t>
      </w:r>
    </w:p>
    <w:p w14:paraId="2BFA841D" w14:textId="3273805D" w:rsidR="00D04C7D" w:rsidRDefault="00D6184D" w:rsidP="001A705E">
      <w:pPr>
        <w:bidi/>
      </w:pPr>
      <w:r>
        <w:rPr>
          <w:rFonts w:ascii="DiodrumArabic-Medium" w:hAnsi="DiodrumArabic-Medium" w:cs="DiodrumArabic-Medium"/>
          <w:color w:val="000000"/>
          <w:sz w:val="18"/>
          <w:szCs w:val="18"/>
          <w:rtl/>
        </w:rPr>
        <w:t>هي</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ضعف</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يؤثر</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على</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قدرة</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الشخص</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على</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التفكير</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والفهم</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والتعلم</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والتذكر،</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مما</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ينعكس</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على</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قدرته</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في</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معالجة</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المعلومات</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واتخاذ</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القرارات</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بشكل</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فعّال</w:t>
      </w:r>
      <w:r w:rsidR="009D5A07">
        <w:rPr>
          <w:rFonts w:ascii="DiodrumArabic-Medium" w:hAnsi="DiodrumArabic-Medium" w:hint="cs"/>
          <w:color w:val="000000"/>
          <w:sz w:val="18"/>
          <w:rtl/>
        </w:rPr>
        <w:t>.</w:t>
      </w:r>
    </w:p>
    <w:p w14:paraId="44AB216E" w14:textId="1FF00C4C" w:rsidR="00D04C7D" w:rsidRPr="006F71CA" w:rsidRDefault="00D6184D" w:rsidP="001A705E">
      <w:pPr>
        <w:pStyle w:val="Heading4"/>
        <w:bidi/>
        <w:rPr>
          <w:rFonts w:ascii="☞DIODRUM ARABIC MEDIUM" w:hAnsi="☞DIODRUM ARABIC MEDIUM" w:cs="☞DIODRUM ARABIC MEDIUM"/>
          <w:b w:val="0"/>
          <w:bCs w:val="0"/>
          <w:i w:val="0"/>
          <w:iCs w:val="0"/>
          <w:color w:val="auto"/>
        </w:rPr>
      </w:pPr>
      <w:r w:rsidRPr="006F71CA">
        <w:rPr>
          <w:rFonts w:ascii="☞DIODRUM ARABIC MEDIUM" w:hAnsi="☞DIODRUM ARABIC MEDIUM" w:cs="☞DIODRUM ARABIC MEDIUM" w:hint="cs"/>
          <w:b w:val="0"/>
          <w:bCs w:val="0"/>
          <w:i w:val="0"/>
          <w:iCs w:val="0"/>
          <w:color w:val="auto"/>
          <w:rtl/>
        </w:rPr>
        <w:lastRenderedPageBreak/>
        <w:t>الإعاقة</w:t>
      </w:r>
      <w:r w:rsidRPr="006F71CA">
        <w:rPr>
          <w:rFonts w:ascii="☞DIODRUM ARABIC MEDIUM" w:hAnsi="☞DIODRUM ARABIC MEDIUM" w:cs="☞DIODRUM ARABIC MEDIUM" w:hint="cs"/>
          <w:b w:val="0"/>
          <w:bCs w:val="0"/>
          <w:i w:val="0"/>
          <w:iCs w:val="0"/>
          <w:color w:val="auto"/>
        </w:rPr>
        <w:t xml:space="preserve"> </w:t>
      </w:r>
      <w:r w:rsidRPr="006F71CA">
        <w:rPr>
          <w:rFonts w:ascii="☞DIODRUM ARABIC MEDIUM" w:hAnsi="☞DIODRUM ARABIC MEDIUM" w:cs="☞DIODRUM ARABIC MEDIUM" w:hint="cs"/>
          <w:b w:val="0"/>
          <w:bCs w:val="0"/>
          <w:i w:val="0"/>
          <w:iCs w:val="0"/>
          <w:color w:val="auto"/>
          <w:rtl/>
        </w:rPr>
        <w:t>الحركية</w:t>
      </w:r>
      <w:r w:rsidR="006F71CA">
        <w:rPr>
          <w:rFonts w:ascii="☞DIODRUM ARABIC MEDIUM" w:hAnsi="☞DIODRUM ARABIC MEDIUM" w:cs="☞DIODRUM ARABIC MEDIUM" w:hint="cs"/>
          <w:b w:val="0"/>
          <w:bCs w:val="0"/>
          <w:i w:val="0"/>
          <w:iCs w:val="0"/>
          <w:color w:val="auto"/>
          <w:rtl/>
        </w:rPr>
        <w:t>:</w:t>
      </w:r>
    </w:p>
    <w:p w14:paraId="742E4B14" w14:textId="50BFC6F8" w:rsidR="00D04C7D" w:rsidRDefault="00D6184D" w:rsidP="001A705E">
      <w:pPr>
        <w:bidi/>
      </w:pPr>
      <w:r>
        <w:rPr>
          <w:rFonts w:ascii="DiodrumArabic-Medium" w:hAnsi="DiodrumArabic-Medium" w:cs="DiodrumArabic-Medium"/>
          <w:color w:val="000000"/>
          <w:sz w:val="18"/>
          <w:szCs w:val="18"/>
          <w:rtl/>
        </w:rPr>
        <w:t>إعاقة</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تؤثر</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على</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قدرة</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الشخص</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على</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الحركة</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أو</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المشي</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أو</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استخدام</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الأطراف</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بشكل</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فعال،</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بما</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يتسبب</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في</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وجود</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صعوبات</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تتعلق</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بالحركة</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البدنية</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والمهارية</w:t>
      </w:r>
      <w:r w:rsidR="009D5A07">
        <w:rPr>
          <w:rFonts w:ascii="DiodrumArabic-Medium" w:hAnsi="DiodrumArabic-Medium" w:hint="cs"/>
          <w:color w:val="000000"/>
          <w:sz w:val="18"/>
          <w:rtl/>
        </w:rPr>
        <w:t>.</w:t>
      </w:r>
    </w:p>
    <w:p w14:paraId="530A9C97" w14:textId="4B7BD3FD" w:rsidR="00D04C7D" w:rsidRDefault="00D04C7D" w:rsidP="00814ACB"/>
    <w:p w14:paraId="278A8DA2" w14:textId="57148391" w:rsidR="00D04C7D" w:rsidRPr="006F71CA" w:rsidRDefault="00D6184D" w:rsidP="001A705E">
      <w:pPr>
        <w:pStyle w:val="Heading4"/>
        <w:bidi/>
        <w:rPr>
          <w:rFonts w:ascii="☞DIODRUM ARABIC MEDIUM" w:hAnsi="☞DIODRUM ARABIC MEDIUM" w:cs="☞DIODRUM ARABIC MEDIUM"/>
          <w:b w:val="0"/>
          <w:bCs w:val="0"/>
          <w:i w:val="0"/>
          <w:iCs w:val="0"/>
          <w:color w:val="auto"/>
        </w:rPr>
      </w:pPr>
      <w:r w:rsidRPr="006F71CA">
        <w:rPr>
          <w:rFonts w:ascii="☞DIODRUM ARABIC MEDIUM" w:hAnsi="☞DIODRUM ARABIC MEDIUM" w:cs="☞DIODRUM ARABIC MEDIUM" w:hint="cs"/>
          <w:b w:val="0"/>
          <w:bCs w:val="0"/>
          <w:i w:val="0"/>
          <w:iCs w:val="0"/>
          <w:color w:val="auto"/>
          <w:rtl/>
        </w:rPr>
        <w:t>إعاقات</w:t>
      </w:r>
      <w:r w:rsidRPr="006F71CA">
        <w:rPr>
          <w:rFonts w:ascii="☞DIODRUM ARABIC MEDIUM" w:hAnsi="☞DIODRUM ARABIC MEDIUM" w:cs="☞DIODRUM ARABIC MEDIUM" w:hint="cs"/>
          <w:b w:val="0"/>
          <w:bCs w:val="0"/>
          <w:i w:val="0"/>
          <w:iCs w:val="0"/>
          <w:color w:val="auto"/>
        </w:rPr>
        <w:t xml:space="preserve"> </w:t>
      </w:r>
      <w:r w:rsidRPr="006F71CA">
        <w:rPr>
          <w:rFonts w:ascii="☞DIODRUM ARABIC MEDIUM" w:hAnsi="☞DIODRUM ARABIC MEDIUM" w:cs="☞DIODRUM ARABIC MEDIUM" w:hint="cs"/>
          <w:b w:val="0"/>
          <w:bCs w:val="0"/>
          <w:i w:val="0"/>
          <w:iCs w:val="0"/>
          <w:color w:val="auto"/>
          <w:rtl/>
        </w:rPr>
        <w:t>أخـرى</w:t>
      </w:r>
      <w:r w:rsidR="006F71CA">
        <w:rPr>
          <w:rFonts w:ascii="☞DIODRUM ARABIC MEDIUM" w:hAnsi="☞DIODRUM ARABIC MEDIUM" w:cs="☞DIODRUM ARABIC MEDIUM" w:hint="cs"/>
          <w:b w:val="0"/>
          <w:bCs w:val="0"/>
          <w:i w:val="0"/>
          <w:iCs w:val="0"/>
          <w:color w:val="auto"/>
          <w:rtl/>
        </w:rPr>
        <w:t>:</w:t>
      </w:r>
    </w:p>
    <w:p w14:paraId="096835BB" w14:textId="4CE9FBEE" w:rsidR="00D04C7D" w:rsidRDefault="00D6184D" w:rsidP="001A705E">
      <w:pPr>
        <w:bidi/>
      </w:pPr>
      <w:r>
        <w:rPr>
          <w:rFonts w:ascii="DiodrumArabic-Medium" w:hAnsi="DiodrumArabic-Medium" w:cs="DiodrumArabic-Medium"/>
          <w:color w:val="000000"/>
          <w:sz w:val="18"/>
          <w:szCs w:val="18"/>
          <w:rtl/>
        </w:rPr>
        <w:t>يُمكن</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لكبار</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السن</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والأشخاص</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الذين</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لديهم</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ضعف</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في</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السمع</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أو</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التآزر</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البصري</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الحركي،</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أو</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ممن</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تعرضوا</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لإصابا</w:t>
      </w:r>
      <w:r w:rsidR="009D5A07">
        <w:rPr>
          <w:rFonts w:ascii="DiodrumArabic-Medium" w:hAnsi="DiodrumArabic-Medium" w:hint="cs"/>
          <w:color w:val="000000"/>
          <w:sz w:val="18"/>
          <w:rtl/>
        </w:rPr>
        <w:t>ت</w:t>
      </w:r>
      <w:r>
        <w:rPr>
          <w:rFonts w:ascii="DiodrumArabic-Medium" w:hAnsi="DiodrumArabic-Medium" w:cs="DiodrumArabic-Medium"/>
          <w:color w:val="000000"/>
          <w:sz w:val="18"/>
          <w:szCs w:val="18"/>
          <w:rtl/>
        </w:rPr>
        <w:t>،</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الاستفادة</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من</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مزايا</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الوصول</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الرقمي</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مثل</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تكبير</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المحتوى،</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وتكبير</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الأزرار،</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وتوافق</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العرض</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مع</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مختلف</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الأجهزة</w:t>
      </w:r>
      <w:r w:rsidR="009D5A07">
        <w:rPr>
          <w:rFonts w:ascii="DiodrumArabic-Medium" w:hAnsi="DiodrumArabic-Medium" w:hint="cs"/>
          <w:color w:val="000000"/>
          <w:sz w:val="18"/>
          <w:rtl/>
        </w:rPr>
        <w:t>.</w:t>
      </w:r>
    </w:p>
    <w:p w14:paraId="7DE1EB0C" w14:textId="49084836" w:rsidR="00D04C7D" w:rsidRPr="006F71CA" w:rsidRDefault="00D6184D" w:rsidP="001A705E">
      <w:pPr>
        <w:pStyle w:val="Heading4"/>
        <w:bidi/>
        <w:rPr>
          <w:rFonts w:ascii="☞DIODRUM ARABIC MEDIUM" w:hAnsi="☞DIODRUM ARABIC MEDIUM" w:cs="☞DIODRUM ARABIC MEDIUM"/>
          <w:b w:val="0"/>
          <w:bCs w:val="0"/>
          <w:i w:val="0"/>
          <w:iCs w:val="0"/>
          <w:color w:val="auto"/>
        </w:rPr>
      </w:pPr>
      <w:r w:rsidRPr="006F71CA">
        <w:rPr>
          <w:rFonts w:ascii="☞DIODRUM ARABIC MEDIUM" w:hAnsi="☞DIODRUM ARABIC MEDIUM" w:cs="☞DIODRUM ARABIC MEDIUM" w:hint="cs"/>
          <w:b w:val="0"/>
          <w:bCs w:val="0"/>
          <w:i w:val="0"/>
          <w:iCs w:val="0"/>
          <w:color w:val="auto"/>
          <w:rtl/>
        </w:rPr>
        <w:t>صعوبات</w:t>
      </w:r>
      <w:r w:rsidRPr="006F71CA">
        <w:rPr>
          <w:rFonts w:ascii="☞DIODRUM ARABIC MEDIUM" w:hAnsi="☞DIODRUM ARABIC MEDIUM" w:cs="☞DIODRUM ARABIC MEDIUM" w:hint="cs"/>
          <w:b w:val="0"/>
          <w:bCs w:val="0"/>
          <w:i w:val="0"/>
          <w:iCs w:val="0"/>
          <w:color w:val="auto"/>
        </w:rPr>
        <w:t xml:space="preserve"> </w:t>
      </w:r>
      <w:r w:rsidRPr="006F71CA">
        <w:rPr>
          <w:rFonts w:ascii="☞DIODRUM ARABIC MEDIUM" w:hAnsi="☞DIODRUM ARABIC MEDIUM" w:cs="☞DIODRUM ARABIC MEDIUM" w:hint="cs"/>
          <w:b w:val="0"/>
          <w:bCs w:val="0"/>
          <w:i w:val="0"/>
          <w:iCs w:val="0"/>
          <w:color w:val="auto"/>
          <w:rtl/>
        </w:rPr>
        <w:t>التعلّـم</w:t>
      </w:r>
      <w:r w:rsidR="006F71CA">
        <w:rPr>
          <w:rFonts w:ascii="☞DIODRUM ARABIC MEDIUM" w:hAnsi="☞DIODRUM ARABIC MEDIUM" w:cs="☞DIODRUM ARABIC MEDIUM" w:hint="cs"/>
          <w:b w:val="0"/>
          <w:bCs w:val="0"/>
          <w:i w:val="0"/>
          <w:iCs w:val="0"/>
          <w:color w:val="auto"/>
          <w:rtl/>
        </w:rPr>
        <w:t>:</w:t>
      </w:r>
    </w:p>
    <w:p w14:paraId="5F031A54" w14:textId="19B97B97" w:rsidR="00D04C7D" w:rsidRDefault="00D6184D" w:rsidP="001A705E">
      <w:pPr>
        <w:bidi/>
      </w:pPr>
      <w:r>
        <w:rPr>
          <w:rFonts w:ascii="DiodrumArabic-Medium" w:hAnsi="DiodrumArabic-Medium" w:cs="DiodrumArabic-Medium"/>
          <w:color w:val="000000"/>
          <w:sz w:val="18"/>
          <w:szCs w:val="18"/>
          <w:rtl/>
        </w:rPr>
        <w:t>يواجه</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ذوو</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صعوبات</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التعلم</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تحديات</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في</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قراءة</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وفهم</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محتوى</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الويب،</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لذا</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يُفضل</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تنظيم</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المحتوى</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بعناوين</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واضحة</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وتعليمات</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بسيطة</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ولغة</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مفهومة</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لتسهيل</w:t>
      </w:r>
      <w:r>
        <w:rPr>
          <w:rFonts w:ascii="DiodrumArabic-Medium" w:hAnsi="DiodrumArabic-Medium"/>
          <w:color w:val="000000"/>
          <w:sz w:val="18"/>
        </w:rPr>
        <w:t xml:space="preserve"> </w:t>
      </w:r>
      <w:r>
        <w:rPr>
          <w:rFonts w:ascii="DiodrumArabic-Medium" w:hAnsi="DiodrumArabic-Medium" w:cs="DiodrumArabic-Medium"/>
          <w:color w:val="000000"/>
          <w:sz w:val="18"/>
          <w:szCs w:val="18"/>
          <w:rtl/>
        </w:rPr>
        <w:t>الاستخدام</w:t>
      </w:r>
      <w:r>
        <w:rPr>
          <w:rFonts w:ascii="DiodrumArabic-Medium" w:hAnsi="DiodrumArabic-Medium"/>
          <w:color w:val="000000"/>
          <w:sz w:val="18"/>
        </w:rPr>
        <w:t xml:space="preserve"> </w:t>
      </w:r>
      <w:r>
        <w:rPr>
          <w:rFonts w:ascii="DiodrumArabic-Medium" w:hAnsi="DiodrumArabic-Medium" w:cs="DiodrumArabic-Medium"/>
          <w:color w:val="000000"/>
          <w:sz w:val="18"/>
          <w:szCs w:val="18"/>
          <w:rtl/>
        </w:rPr>
        <w:t>والتفاعل</w:t>
      </w:r>
      <w:r w:rsidR="009D5A07">
        <w:rPr>
          <w:rFonts w:ascii="DiodrumArabic-Medium" w:hAnsi="DiodrumArabic-Medium" w:hint="cs"/>
          <w:color w:val="000000"/>
          <w:sz w:val="18"/>
          <w:rtl/>
        </w:rPr>
        <w:t>.</w:t>
      </w:r>
    </w:p>
    <w:p w14:paraId="1515E2CF" w14:textId="5B217DEE" w:rsidR="00D04C7D" w:rsidRDefault="00D04C7D">
      <w:pPr>
        <w:jc w:val="center"/>
      </w:pPr>
    </w:p>
    <w:p w14:paraId="4AABF0AB" w14:textId="2EE8F9E4" w:rsidR="00D04C7D" w:rsidRDefault="00D04C7D">
      <w:pPr>
        <w:jc w:val="center"/>
      </w:pPr>
    </w:p>
    <w:p w14:paraId="4DE9C434" w14:textId="77777777" w:rsidR="00D04C7D" w:rsidRDefault="00D6184D">
      <w:r>
        <w:br w:type="page"/>
      </w:r>
    </w:p>
    <w:p w14:paraId="1C18E8B1" w14:textId="1233AC26" w:rsidR="00D04C7D" w:rsidRPr="00814ACB" w:rsidRDefault="00D6184D">
      <w:pPr>
        <w:pStyle w:val="Heading3"/>
        <w:bidi/>
        <w:rPr>
          <w:rFonts w:ascii="☞DIODRUM ARABIC SEMIBOLD" w:hAnsi="☞DIODRUM ARABIC SEMIBOLD" w:cs="☞DIODRUM ARABIC SEMIBOLD"/>
          <w:color w:val="auto"/>
        </w:rPr>
      </w:pPr>
      <w:bookmarkStart w:id="13" w:name="heading_5_23_الوضع_الراهن_حول_الشمولية_ا"/>
      <w:bookmarkStart w:id="14" w:name="_Toc204265937"/>
      <w:r w:rsidRPr="00814ACB">
        <w:rPr>
          <w:rFonts w:ascii="☞DIODRUM ARABIC SEMIBOLD" w:hAnsi="☞DIODRUM ARABIC SEMIBOLD" w:cs="☞DIODRUM ARABIC SEMIBOLD" w:hint="cs"/>
          <w:color w:val="auto"/>
        </w:rPr>
        <w:lastRenderedPageBreak/>
        <w:t xml:space="preserve">2.3 </w:t>
      </w:r>
      <w:r w:rsidR="00A631E7">
        <w:rPr>
          <w:rFonts w:ascii="☞DIODRUM ARABIC SEMIBOLD" w:hAnsi="☞DIODRUM ARABIC SEMIBOLD" w:cs="☞DIODRUM ARABIC SEMIBOLD" w:hint="cs"/>
          <w:color w:val="auto"/>
          <w:rtl/>
        </w:rPr>
        <w:t xml:space="preserve"> </w:t>
      </w:r>
      <w:r w:rsidRPr="00814ACB">
        <w:rPr>
          <w:rFonts w:ascii="☞DIODRUM ARABIC SEMIBOLD" w:hAnsi="☞DIODRUM ARABIC SEMIBOLD" w:cs="☞DIODRUM ARABIC SEMIBOLD" w:hint="cs"/>
          <w:color w:val="auto"/>
          <w:rtl/>
        </w:rPr>
        <w:t>الوضع</w:t>
      </w:r>
      <w:r w:rsidRPr="00814ACB">
        <w:rPr>
          <w:rFonts w:ascii="☞DIODRUM ARABIC SEMIBOLD" w:hAnsi="☞DIODRUM ARABIC SEMIBOLD" w:cs="☞DIODRUM ARABIC SEMIBOLD" w:hint="cs"/>
          <w:color w:val="auto"/>
        </w:rPr>
        <w:t xml:space="preserve"> </w:t>
      </w:r>
      <w:r w:rsidRPr="00814ACB">
        <w:rPr>
          <w:rFonts w:ascii="☞DIODRUM ARABIC SEMIBOLD" w:hAnsi="☞DIODRUM ARABIC SEMIBOLD" w:cs="☞DIODRUM ARABIC SEMIBOLD" w:hint="cs"/>
          <w:color w:val="auto"/>
          <w:rtl/>
        </w:rPr>
        <w:t>الراهن</w:t>
      </w:r>
      <w:r w:rsidRPr="00814ACB">
        <w:rPr>
          <w:rFonts w:ascii="☞DIODRUM ARABIC SEMIBOLD" w:hAnsi="☞DIODRUM ARABIC SEMIBOLD" w:cs="☞DIODRUM ARABIC SEMIBOLD" w:hint="cs"/>
          <w:color w:val="auto"/>
        </w:rPr>
        <w:t xml:space="preserve"> </w:t>
      </w:r>
      <w:r w:rsidRPr="00814ACB">
        <w:rPr>
          <w:rFonts w:ascii="☞DIODRUM ARABIC SEMIBOLD" w:hAnsi="☞DIODRUM ARABIC SEMIBOLD" w:cs="☞DIODRUM ARABIC SEMIBOLD" w:hint="cs"/>
          <w:color w:val="auto"/>
          <w:rtl/>
        </w:rPr>
        <w:t>حول</w:t>
      </w:r>
      <w:r w:rsidRPr="00814ACB">
        <w:rPr>
          <w:rFonts w:ascii="☞DIODRUM ARABIC SEMIBOLD" w:hAnsi="☞DIODRUM ARABIC SEMIBOLD" w:cs="☞DIODRUM ARABIC SEMIBOLD" w:hint="cs"/>
          <w:color w:val="auto"/>
        </w:rPr>
        <w:t xml:space="preserve"> </w:t>
      </w:r>
      <w:r w:rsidRPr="00814ACB">
        <w:rPr>
          <w:rFonts w:ascii="☞DIODRUM ARABIC SEMIBOLD" w:hAnsi="☞DIODRUM ARABIC SEMIBOLD" w:cs="☞DIODRUM ARABIC SEMIBOLD" w:hint="cs"/>
          <w:color w:val="auto"/>
          <w:rtl/>
        </w:rPr>
        <w:t>الشمولية</w:t>
      </w:r>
      <w:r w:rsidRPr="00814ACB">
        <w:rPr>
          <w:rFonts w:ascii="☞DIODRUM ARABIC SEMIBOLD" w:hAnsi="☞DIODRUM ARABIC SEMIBOLD" w:cs="☞DIODRUM ARABIC SEMIBOLD" w:hint="cs"/>
          <w:color w:val="auto"/>
        </w:rPr>
        <w:t xml:space="preserve"> </w:t>
      </w:r>
      <w:r w:rsidRPr="00814ACB">
        <w:rPr>
          <w:rFonts w:ascii="☞DIODRUM ARABIC SEMIBOLD" w:hAnsi="☞DIODRUM ARABIC SEMIBOLD" w:cs="☞DIODRUM ARABIC SEMIBOLD" w:hint="cs"/>
          <w:color w:val="auto"/>
          <w:rtl/>
        </w:rPr>
        <w:t>الرقمية</w:t>
      </w:r>
      <w:bookmarkEnd w:id="13"/>
      <w:r w:rsidR="006F71CA" w:rsidRPr="00814ACB">
        <w:rPr>
          <w:rFonts w:ascii="☞DIODRUM ARABIC SEMIBOLD" w:hAnsi="☞DIODRUM ARABIC SEMIBOLD" w:cs="☞DIODRUM ARABIC SEMIBOLD" w:hint="cs"/>
          <w:color w:val="auto"/>
          <w:rtl/>
        </w:rPr>
        <w:t>:</w:t>
      </w:r>
      <w:bookmarkEnd w:id="14"/>
    </w:p>
    <w:p w14:paraId="2B59FC0B" w14:textId="46311CB9" w:rsidR="00FF520F" w:rsidRDefault="00D6184D" w:rsidP="00CD644B">
      <w:pPr>
        <w:bidi/>
      </w:pPr>
      <w:r>
        <w:rPr>
          <w:rFonts w:ascii="DiodrumArabic-Medium" w:hAnsi="DiodrumArabic-Medium" w:cs="DiodrumArabic-Medium"/>
          <w:sz w:val="21"/>
          <w:szCs w:val="21"/>
          <w:rtl/>
        </w:rPr>
        <w:t>فهم</w:t>
      </w:r>
      <w:r>
        <w:rPr>
          <w:rFonts w:ascii="DiodrumArabic-Medium" w:hAnsi="DiodrumArabic-Medium"/>
          <w:sz w:val="21"/>
        </w:rPr>
        <w:t xml:space="preserve"> </w:t>
      </w:r>
      <w:r>
        <w:rPr>
          <w:rFonts w:ascii="DiodrumArabic-Medium" w:hAnsi="DiodrumArabic-Medium" w:cs="DiodrumArabic-Medium"/>
          <w:sz w:val="21"/>
          <w:szCs w:val="21"/>
          <w:rtl/>
        </w:rPr>
        <w:t>نطاق</w:t>
      </w:r>
      <w:r>
        <w:rPr>
          <w:rFonts w:ascii="DiodrumArabic-Medium" w:hAnsi="DiodrumArabic-Medium"/>
          <w:sz w:val="21"/>
        </w:rPr>
        <w:t xml:space="preserve"> </w:t>
      </w:r>
      <w:r>
        <w:rPr>
          <w:rFonts w:ascii="DiodrumArabic-Medium" w:hAnsi="DiodrumArabic-Medium" w:cs="DiodrumArabic-Medium"/>
          <w:sz w:val="21"/>
          <w:szCs w:val="21"/>
          <w:rtl/>
        </w:rPr>
        <w:t>الإعاقات</w:t>
      </w:r>
      <w:r>
        <w:rPr>
          <w:rFonts w:ascii="DiodrumArabic-Medium" w:hAnsi="DiodrumArabic-Medium"/>
          <w:sz w:val="21"/>
        </w:rPr>
        <w:t xml:space="preserve"> </w:t>
      </w:r>
      <w:r>
        <w:rPr>
          <w:rFonts w:ascii="DiodrumArabic-Medium" w:hAnsi="DiodrumArabic-Medium" w:cs="DiodrumArabic-Medium"/>
          <w:sz w:val="21"/>
          <w:szCs w:val="21"/>
          <w:rtl/>
        </w:rPr>
        <w:t>وأنواعها</w:t>
      </w:r>
      <w:r>
        <w:rPr>
          <w:rFonts w:ascii="DiodrumArabic-Medium" w:hAnsi="DiodrumArabic-Medium"/>
          <w:sz w:val="21"/>
        </w:rPr>
        <w:t xml:space="preserve"> </w:t>
      </w:r>
      <w:r>
        <w:rPr>
          <w:rFonts w:ascii="DiodrumArabic-Medium" w:hAnsi="DiodrumArabic-Medium" w:cs="DiodrumArabic-Medium"/>
          <w:sz w:val="21"/>
          <w:szCs w:val="21"/>
          <w:rtl/>
        </w:rPr>
        <w:t>يُعتبر</w:t>
      </w:r>
      <w:r>
        <w:rPr>
          <w:rFonts w:ascii="DiodrumArabic-Medium" w:hAnsi="DiodrumArabic-Medium"/>
          <w:sz w:val="21"/>
        </w:rPr>
        <w:t xml:space="preserve"> </w:t>
      </w:r>
      <w:r>
        <w:rPr>
          <w:rFonts w:ascii="DiodrumArabic-Medium" w:hAnsi="DiodrumArabic-Medium" w:cs="DiodrumArabic-Medium"/>
          <w:sz w:val="21"/>
          <w:szCs w:val="21"/>
          <w:rtl/>
        </w:rPr>
        <w:t>أمراً</w:t>
      </w:r>
      <w:r>
        <w:rPr>
          <w:rFonts w:ascii="DiodrumArabic-Medium" w:hAnsi="DiodrumArabic-Medium"/>
          <w:sz w:val="21"/>
        </w:rPr>
        <w:t xml:space="preserve"> </w:t>
      </w:r>
      <w:r>
        <w:rPr>
          <w:rFonts w:ascii="DiodrumArabic-Medium" w:hAnsi="DiodrumArabic-Medium" w:cs="DiodrumArabic-Medium"/>
          <w:sz w:val="21"/>
          <w:szCs w:val="21"/>
          <w:rtl/>
        </w:rPr>
        <w:t>ضرورياً</w:t>
      </w:r>
      <w:r>
        <w:rPr>
          <w:rFonts w:ascii="DiodrumArabic-Medium" w:hAnsi="DiodrumArabic-Medium"/>
          <w:sz w:val="21"/>
        </w:rPr>
        <w:t xml:space="preserve"> </w:t>
      </w:r>
      <w:r>
        <w:rPr>
          <w:rFonts w:ascii="DiodrumArabic-Medium" w:hAnsi="DiodrumArabic-Medium" w:cs="DiodrumArabic-Medium"/>
          <w:sz w:val="21"/>
          <w:szCs w:val="21"/>
          <w:rtl/>
        </w:rPr>
        <w:t>لتصميم</w:t>
      </w:r>
      <w:r>
        <w:rPr>
          <w:rFonts w:ascii="DiodrumArabic-Medium" w:hAnsi="DiodrumArabic-Medium"/>
          <w:sz w:val="21"/>
        </w:rPr>
        <w:t xml:space="preserve"> </w:t>
      </w:r>
      <w:r>
        <w:rPr>
          <w:rFonts w:ascii="DiodrumArabic-Medium" w:hAnsi="DiodrumArabic-Medium" w:cs="DiodrumArabic-Medium"/>
          <w:sz w:val="21"/>
          <w:szCs w:val="21"/>
          <w:rtl/>
        </w:rPr>
        <w:t>جهود</w:t>
      </w:r>
      <w:r>
        <w:rPr>
          <w:rFonts w:ascii="DiodrumArabic-Medium" w:hAnsi="DiodrumArabic-Medium"/>
          <w:sz w:val="21"/>
        </w:rPr>
        <w:t xml:space="preserve"> </w:t>
      </w:r>
      <w:r>
        <w:rPr>
          <w:rFonts w:ascii="DiodrumArabic-Medium" w:hAnsi="DiodrumArabic-Medium" w:cs="DiodrumArabic-Medium"/>
          <w:sz w:val="21"/>
          <w:szCs w:val="21"/>
          <w:rtl/>
        </w:rPr>
        <w:t>الشمولية</w:t>
      </w:r>
      <w:r>
        <w:rPr>
          <w:rFonts w:ascii="DiodrumArabic-Medium" w:hAnsi="DiodrumArabic-Medium"/>
          <w:sz w:val="21"/>
        </w:rPr>
        <w:t xml:space="preserve"> </w:t>
      </w:r>
      <w:r>
        <w:rPr>
          <w:rFonts w:ascii="DiodrumArabic-Medium" w:hAnsi="DiodrumArabic-Medium" w:cs="DiodrumArabic-Medium"/>
          <w:sz w:val="21"/>
          <w:szCs w:val="21"/>
          <w:rtl/>
        </w:rPr>
        <w:t>الرقمية</w:t>
      </w:r>
      <w:r>
        <w:rPr>
          <w:rFonts w:ascii="DiodrumArabic-Medium" w:hAnsi="DiodrumArabic-Medium"/>
          <w:sz w:val="21"/>
        </w:rPr>
        <w:t xml:space="preserve"> </w:t>
      </w:r>
      <w:r>
        <w:rPr>
          <w:rFonts w:ascii="DiodrumArabic-Medium" w:hAnsi="DiodrumArabic-Medium" w:cs="DiodrumArabic-Medium"/>
          <w:sz w:val="21"/>
          <w:szCs w:val="21"/>
          <w:rtl/>
        </w:rPr>
        <w:t>بطريقة</w:t>
      </w:r>
      <w:r>
        <w:rPr>
          <w:rFonts w:ascii="DiodrumArabic-Medium" w:hAnsi="DiodrumArabic-Medium"/>
          <w:sz w:val="21"/>
        </w:rPr>
        <w:t xml:space="preserve"> </w:t>
      </w:r>
      <w:r>
        <w:rPr>
          <w:rFonts w:ascii="DiodrumArabic-Medium" w:hAnsi="DiodrumArabic-Medium" w:cs="DiodrumArabic-Medium"/>
          <w:sz w:val="21"/>
          <w:szCs w:val="21"/>
          <w:rtl/>
        </w:rPr>
        <w:t>مخصصة</w:t>
      </w:r>
      <w:r w:rsidR="00FF520F">
        <w:rPr>
          <w:rFonts w:ascii="DiodrumArabic-Medium" w:hAnsi="DiodrumArabic-Medium" w:hint="cs"/>
          <w:sz w:val="21"/>
          <w:rtl/>
        </w:rPr>
        <w:t>.</w:t>
      </w:r>
      <w:r>
        <w:rPr>
          <w:rFonts w:ascii="DiodrumArabic-Medium" w:hAnsi="DiodrumArabic-Medium"/>
          <w:sz w:val="21"/>
        </w:rPr>
        <w:t xml:space="preserve"> </w:t>
      </w:r>
      <w:r>
        <w:rPr>
          <w:rFonts w:ascii="DiodrumArabic-Medium" w:hAnsi="DiodrumArabic-Medium" w:cs="DiodrumArabic-Medium"/>
          <w:sz w:val="21"/>
          <w:szCs w:val="21"/>
          <w:rtl/>
        </w:rPr>
        <w:t>وفي</w:t>
      </w:r>
      <w:r>
        <w:rPr>
          <w:rFonts w:ascii="DiodrumArabic-Medium" w:hAnsi="DiodrumArabic-Medium"/>
          <w:sz w:val="21"/>
        </w:rPr>
        <w:t xml:space="preserve"> </w:t>
      </w:r>
      <w:r>
        <w:rPr>
          <w:rFonts w:ascii="DiodrumArabic-Medium" w:hAnsi="DiodrumArabic-Medium" w:cs="DiodrumArabic-Medium"/>
          <w:sz w:val="21"/>
          <w:szCs w:val="21"/>
          <w:rtl/>
        </w:rPr>
        <w:t>هذا</w:t>
      </w:r>
      <w:r>
        <w:rPr>
          <w:rFonts w:ascii="DiodrumArabic-Medium" w:hAnsi="DiodrumArabic-Medium"/>
          <w:sz w:val="21"/>
        </w:rPr>
        <w:t xml:space="preserve"> </w:t>
      </w:r>
      <w:r>
        <w:rPr>
          <w:rFonts w:ascii="DiodrumArabic-Medium" w:hAnsi="DiodrumArabic-Medium" w:cs="DiodrumArabic-Medium"/>
          <w:sz w:val="21"/>
          <w:szCs w:val="21"/>
          <w:rtl/>
        </w:rPr>
        <w:t>السياق،</w:t>
      </w:r>
      <w:r>
        <w:rPr>
          <w:rFonts w:ascii="DiodrumArabic-Medium" w:hAnsi="DiodrumArabic-Medium"/>
          <w:sz w:val="21"/>
        </w:rPr>
        <w:t xml:space="preserve"> </w:t>
      </w:r>
      <w:r>
        <w:rPr>
          <w:rFonts w:ascii="DiodrumArabic-Medium" w:hAnsi="DiodrumArabic-Medium" w:cs="DiodrumArabic-Medium"/>
          <w:sz w:val="21"/>
          <w:szCs w:val="21"/>
          <w:rtl/>
        </w:rPr>
        <w:t>تكشف</w:t>
      </w:r>
      <w:r>
        <w:rPr>
          <w:rFonts w:ascii="DiodrumArabic-Medium" w:hAnsi="DiodrumArabic-Medium"/>
          <w:sz w:val="21"/>
        </w:rPr>
        <w:t xml:space="preserve"> </w:t>
      </w:r>
      <w:r>
        <w:rPr>
          <w:rFonts w:ascii="DiodrumArabic-Medium" w:hAnsi="DiodrumArabic-Medium" w:cs="DiodrumArabic-Medium"/>
          <w:sz w:val="21"/>
          <w:szCs w:val="21"/>
          <w:rtl/>
        </w:rPr>
        <w:t>الإحصائيات</w:t>
      </w:r>
      <w:r>
        <w:rPr>
          <w:rFonts w:ascii="DiodrumArabic-Medium" w:hAnsi="DiodrumArabic-Medium"/>
          <w:sz w:val="21"/>
        </w:rPr>
        <w:t xml:space="preserve"> </w:t>
      </w:r>
      <w:r>
        <w:rPr>
          <w:rFonts w:ascii="DiodrumArabic-Medium" w:hAnsi="DiodrumArabic-Medium" w:cs="DiodrumArabic-Medium"/>
          <w:sz w:val="21"/>
          <w:szCs w:val="21"/>
          <w:rtl/>
        </w:rPr>
        <w:t>عن</w:t>
      </w:r>
      <w:r>
        <w:rPr>
          <w:rFonts w:ascii="DiodrumArabic-Medium" w:hAnsi="DiodrumArabic-Medium"/>
          <w:sz w:val="21"/>
        </w:rPr>
        <w:t xml:space="preserve">  </w:t>
      </w:r>
      <w:r>
        <w:rPr>
          <w:rFonts w:ascii="DiodrumArabic-Medium" w:hAnsi="DiodrumArabic-Medium" w:cs="DiodrumArabic-Medium"/>
          <w:sz w:val="21"/>
          <w:szCs w:val="21"/>
          <w:rtl/>
        </w:rPr>
        <w:t>أبرز</w:t>
      </w:r>
      <w:r>
        <w:rPr>
          <w:rFonts w:ascii="DiodrumArabic-Medium" w:hAnsi="DiodrumArabic-Medium"/>
          <w:sz w:val="21"/>
        </w:rPr>
        <w:t xml:space="preserve"> </w:t>
      </w:r>
      <w:r>
        <w:rPr>
          <w:rFonts w:ascii="DiodrumArabic-Medium" w:hAnsi="DiodrumArabic-Medium" w:cs="DiodrumArabic-Medium"/>
          <w:sz w:val="21"/>
          <w:szCs w:val="21"/>
          <w:rtl/>
        </w:rPr>
        <w:t>الإعاقات</w:t>
      </w:r>
      <w:r>
        <w:rPr>
          <w:rFonts w:ascii="DiodrumArabic-Medium" w:hAnsi="DiodrumArabic-Medium"/>
          <w:sz w:val="21"/>
        </w:rPr>
        <w:t xml:space="preserve"> </w:t>
      </w:r>
      <w:r>
        <w:rPr>
          <w:rFonts w:ascii="DiodrumArabic-Medium" w:hAnsi="DiodrumArabic-Medium" w:cs="DiodrumArabic-Medium"/>
          <w:sz w:val="21"/>
          <w:szCs w:val="21"/>
          <w:rtl/>
        </w:rPr>
        <w:t>التي</w:t>
      </w:r>
      <w:r>
        <w:rPr>
          <w:rFonts w:ascii="DiodrumArabic-Medium" w:hAnsi="DiodrumArabic-Medium"/>
          <w:sz w:val="21"/>
        </w:rPr>
        <w:t xml:space="preserve"> </w:t>
      </w:r>
      <w:r>
        <w:rPr>
          <w:rFonts w:ascii="DiodrumArabic-Medium" w:hAnsi="DiodrumArabic-Medium" w:cs="DiodrumArabic-Medium"/>
          <w:sz w:val="21"/>
          <w:szCs w:val="21"/>
          <w:rtl/>
        </w:rPr>
        <w:t>تؤثر</w:t>
      </w:r>
      <w:r>
        <w:rPr>
          <w:rFonts w:ascii="DiodrumArabic-Medium" w:hAnsi="DiodrumArabic-Medium"/>
          <w:sz w:val="21"/>
        </w:rPr>
        <w:t xml:space="preserve"> </w:t>
      </w:r>
      <w:r>
        <w:rPr>
          <w:rFonts w:ascii="DiodrumArabic-Medium" w:hAnsi="DiodrumArabic-Medium" w:cs="DiodrumArabic-Medium"/>
          <w:sz w:val="21"/>
          <w:szCs w:val="21"/>
          <w:rtl/>
        </w:rPr>
        <w:t>على</w:t>
      </w:r>
      <w:r>
        <w:rPr>
          <w:rFonts w:ascii="DiodrumArabic-Medium" w:hAnsi="DiodrumArabic-Medium"/>
          <w:sz w:val="21"/>
        </w:rPr>
        <w:t xml:space="preserve"> </w:t>
      </w:r>
      <w:r>
        <w:rPr>
          <w:rFonts w:ascii="DiodrumArabic-Medium" w:hAnsi="DiodrumArabic-Medium" w:cs="DiodrumArabic-Medium"/>
          <w:sz w:val="21"/>
          <w:szCs w:val="21"/>
          <w:rtl/>
        </w:rPr>
        <w:t>مستوى</w:t>
      </w:r>
      <w:r>
        <w:rPr>
          <w:rFonts w:ascii="DiodrumArabic-Medium" w:hAnsi="DiodrumArabic-Medium"/>
          <w:sz w:val="21"/>
        </w:rPr>
        <w:t xml:space="preserve"> </w:t>
      </w:r>
      <w:r>
        <w:rPr>
          <w:rFonts w:ascii="DiodrumArabic-Medium" w:hAnsi="DiodrumArabic-Medium" w:cs="DiodrumArabic-Medium"/>
          <w:sz w:val="21"/>
          <w:szCs w:val="21"/>
          <w:rtl/>
        </w:rPr>
        <w:t>كبير</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سكان</w:t>
      </w:r>
      <w:r>
        <w:rPr>
          <w:rFonts w:ascii="DiodrumArabic-Medium" w:hAnsi="DiodrumArabic-Medium"/>
          <w:sz w:val="21"/>
        </w:rPr>
        <w:t xml:space="preserve"> </w:t>
      </w:r>
      <w:r>
        <w:rPr>
          <w:rFonts w:ascii="DiodrumArabic-Medium" w:hAnsi="DiodrumArabic-Medium" w:cs="DiodrumArabic-Medium"/>
          <w:sz w:val="21"/>
          <w:szCs w:val="21"/>
          <w:rtl/>
        </w:rPr>
        <w:t>العالم</w:t>
      </w:r>
      <w:r w:rsidR="00FF520F">
        <w:rPr>
          <w:rFonts w:ascii="DiodrumArabic-Medium" w:hAnsi="DiodrumArabic-Medium" w:hint="cs"/>
          <w:sz w:val="21"/>
          <w:rtl/>
        </w:rPr>
        <w:t>:</w:t>
      </w:r>
    </w:p>
    <w:p w14:paraId="430C67AF" w14:textId="77777777" w:rsidR="00CD3324" w:rsidRPr="009D5A07" w:rsidRDefault="00CD3324" w:rsidP="00CD3324">
      <w:pPr>
        <w:bidi/>
        <w:rPr>
          <w:rFonts w:ascii="☞DIODRUM ARABIC MEDIUM" w:hAnsi="☞DIODRUM ARABIC MEDIUM" w:cs="☞DIODRUM ARABIC MEDIUM"/>
        </w:rPr>
      </w:pPr>
    </w:p>
    <w:p w14:paraId="4338FD8B" w14:textId="50C54F02" w:rsidR="00FF520F" w:rsidRPr="009D5A07" w:rsidRDefault="00FF520F" w:rsidP="00CD644B">
      <w:pPr>
        <w:pStyle w:val="Heading4"/>
        <w:bidi/>
        <w:rPr>
          <w:rFonts w:ascii="☞DIODRUM ARABIC MEDIUM" w:hAnsi="☞DIODRUM ARABIC MEDIUM" w:cs="☞DIODRUM ARABIC MEDIUM"/>
          <w:b w:val="0"/>
          <w:bCs w:val="0"/>
          <w:i w:val="0"/>
          <w:iCs w:val="0"/>
          <w:color w:val="auto"/>
          <w:rtl/>
        </w:rPr>
      </w:pPr>
      <w:r w:rsidRPr="009D5A07">
        <w:rPr>
          <w:rFonts w:ascii="☞DIODRUM ARABIC MEDIUM" w:hAnsi="☞DIODRUM ARABIC MEDIUM" w:cs="☞DIODRUM ARABIC MEDIUM" w:hint="cs"/>
          <w:b w:val="0"/>
          <w:bCs w:val="0"/>
          <w:i w:val="0"/>
          <w:iCs w:val="0"/>
          <w:color w:val="auto"/>
          <w:rtl/>
        </w:rPr>
        <w:t>الإعاقة</w:t>
      </w:r>
      <w:r w:rsidRPr="009D5A07">
        <w:rPr>
          <w:rFonts w:ascii="☞DIODRUM ARABIC MEDIUM" w:hAnsi="☞DIODRUM ARABIC MEDIUM" w:cs="☞DIODRUM ARABIC MEDIUM" w:hint="cs"/>
          <w:b w:val="0"/>
          <w:bCs w:val="0"/>
          <w:i w:val="0"/>
          <w:iCs w:val="0"/>
          <w:color w:val="auto"/>
        </w:rPr>
        <w:t xml:space="preserve"> </w:t>
      </w:r>
      <w:r w:rsidRPr="009D5A07">
        <w:rPr>
          <w:rFonts w:ascii="☞DIODRUM ARABIC MEDIUM" w:hAnsi="☞DIODRUM ARABIC MEDIUM" w:cs="☞DIODRUM ARABIC MEDIUM" w:hint="cs"/>
          <w:b w:val="0"/>
          <w:bCs w:val="0"/>
          <w:i w:val="0"/>
          <w:iCs w:val="0"/>
          <w:color w:val="auto"/>
          <w:rtl/>
        </w:rPr>
        <w:t>البصرية</w:t>
      </w:r>
      <w:r w:rsidRPr="009D5A07">
        <w:rPr>
          <w:rFonts w:ascii="☞DIODRUM ARABIC MEDIUM" w:hAnsi="☞DIODRUM ARABIC MEDIUM" w:cs="☞DIODRUM ARABIC MEDIUM" w:hint="cs"/>
          <w:b w:val="0"/>
          <w:bCs w:val="0"/>
          <w:i w:val="0"/>
          <w:iCs w:val="0"/>
          <w:color w:val="auto"/>
        </w:rPr>
        <w:t xml:space="preserve"> </w:t>
      </w:r>
      <w:r w:rsidR="006F71CA" w:rsidRPr="009D5A07">
        <w:rPr>
          <w:rFonts w:ascii="☞DIODRUM ARABIC MEDIUM" w:hAnsi="☞DIODRUM ARABIC MEDIUM" w:cs="☞DIODRUM ARABIC MEDIUM" w:hint="cs"/>
          <w:b w:val="0"/>
          <w:bCs w:val="0"/>
          <w:i w:val="0"/>
          <w:iCs w:val="0"/>
          <w:color w:val="auto"/>
          <w:rtl/>
        </w:rPr>
        <w:t>:</w:t>
      </w:r>
    </w:p>
    <w:p w14:paraId="7EE398F6" w14:textId="2197A9FC" w:rsidR="00D04C7D" w:rsidRDefault="00FF520F" w:rsidP="00CD644B">
      <w:pPr>
        <w:bidi/>
      </w:pPr>
      <w:r>
        <w:rPr>
          <w:rFonts w:ascii="☞DIODRUM ARABIC MEDIUM" w:hAnsi="☞DIODRUM ARABIC MEDIUM" w:cs="☞DIODRUM ARABIC MEDIUM"/>
          <w:sz w:val="21"/>
          <w:szCs w:val="21"/>
          <w:rtl/>
        </w:rPr>
        <w:t>على</w:t>
      </w:r>
      <w:r>
        <w:rPr>
          <w:rFonts w:ascii="☞DIODRUM ARABIC MEDIUM" w:hAnsi="☞DIODRUM ARABIC MEDIUM"/>
          <w:sz w:val="21"/>
        </w:rPr>
        <w:t xml:space="preserve"> </w:t>
      </w:r>
      <w:r>
        <w:rPr>
          <w:rFonts w:ascii="☞DIODRUM ARABIC MEDIUM" w:hAnsi="☞DIODRUM ARABIC MEDIUM" w:cs="☞DIODRUM ARABIC MEDIUM"/>
          <w:sz w:val="21"/>
          <w:szCs w:val="21"/>
          <w:rtl/>
        </w:rPr>
        <w:t>المستوى</w:t>
      </w:r>
      <w:r>
        <w:rPr>
          <w:rFonts w:ascii="☞DIODRUM ARABIC MEDIUM" w:hAnsi="☞DIODRUM ARABIC MEDIUM"/>
          <w:sz w:val="21"/>
        </w:rPr>
        <w:t xml:space="preserve"> </w:t>
      </w:r>
      <w:r>
        <w:rPr>
          <w:rFonts w:ascii="☞DIODRUM ARABIC MEDIUM" w:hAnsi="☞DIODRUM ARABIC MEDIUM" w:cs="☞DIODRUM ARABIC MEDIUM"/>
          <w:sz w:val="21"/>
          <w:szCs w:val="21"/>
          <w:rtl/>
        </w:rPr>
        <w:t>العالمي،</w:t>
      </w:r>
      <w:r>
        <w:rPr>
          <w:rFonts w:ascii="☞DIODRUM ARABIC MEDIUM" w:hAnsi="☞DIODRUM ARABIC MEDIUM"/>
          <w:sz w:val="21"/>
        </w:rPr>
        <w:t xml:space="preserve"> </w:t>
      </w:r>
      <w:r>
        <w:rPr>
          <w:rFonts w:ascii="☞DIODRUM ARABIC MEDIUM" w:hAnsi="☞DIODRUM ARABIC MEDIUM" w:cs="☞DIODRUM ARABIC MEDIUM"/>
          <w:sz w:val="21"/>
          <w:szCs w:val="21"/>
          <w:rtl/>
        </w:rPr>
        <w:t>يعاني</w:t>
      </w:r>
      <w:r>
        <w:rPr>
          <w:rFonts w:ascii="☞DIODRUM ARABIC MEDIUM" w:hAnsi="☞DIODRUM ARABIC MEDIUM"/>
          <w:sz w:val="21"/>
        </w:rPr>
        <w:t xml:space="preserve"> </w:t>
      </w:r>
      <w:r>
        <w:rPr>
          <w:rFonts w:ascii="☞DIODRUM ARABIC MEDIUM" w:hAnsi="☞DIODRUM ARABIC MEDIUM" w:cs="☞DIODRUM ARABIC MEDIUM"/>
          <w:sz w:val="21"/>
          <w:szCs w:val="21"/>
          <w:rtl/>
        </w:rPr>
        <w:t>ما</w:t>
      </w:r>
      <w:r>
        <w:rPr>
          <w:rFonts w:ascii="☞DIODRUM ARABIC MEDIUM" w:hAnsi="☞DIODRUM ARABIC MEDIUM"/>
          <w:sz w:val="21"/>
        </w:rPr>
        <w:t xml:space="preserve"> </w:t>
      </w:r>
      <w:r>
        <w:rPr>
          <w:rFonts w:ascii="☞DIODRUM ARABIC MEDIUM" w:hAnsi="☞DIODRUM ARABIC MEDIUM" w:cs="☞DIODRUM ARABIC MEDIUM"/>
          <w:sz w:val="21"/>
          <w:szCs w:val="21"/>
          <w:rtl/>
        </w:rPr>
        <w:t>لا</w:t>
      </w:r>
      <w:r>
        <w:rPr>
          <w:rFonts w:ascii="☞DIODRUM ARABIC MEDIUM" w:hAnsi="☞DIODRUM ARABIC MEDIUM"/>
          <w:sz w:val="21"/>
        </w:rPr>
        <w:t xml:space="preserve"> </w:t>
      </w:r>
      <w:r>
        <w:rPr>
          <w:rFonts w:ascii="☞DIODRUM ARABIC MEDIUM" w:hAnsi="☞DIODRUM ARABIC MEDIUM" w:cs="☞DIODRUM ARABIC MEDIUM"/>
          <w:sz w:val="21"/>
          <w:szCs w:val="21"/>
          <w:rtl/>
        </w:rPr>
        <w:t>يقل</w:t>
      </w:r>
      <w:r>
        <w:rPr>
          <w:rFonts w:ascii="☞DIODRUM ARABIC MEDIUM" w:hAnsi="☞DIODRUM ARABIC MEDIUM"/>
          <w:sz w:val="21"/>
        </w:rPr>
        <w:t xml:space="preserve"> </w:t>
      </w:r>
      <w:r>
        <w:rPr>
          <w:rFonts w:ascii="☞DIODRUM ARABIC MEDIUM" w:hAnsi="☞DIODRUM ARABIC MEDIUM" w:cs="☞DIODRUM ARABIC MEDIUM"/>
          <w:sz w:val="21"/>
          <w:szCs w:val="21"/>
          <w:rtl/>
        </w:rPr>
        <w:t>عن</w:t>
      </w:r>
      <w:r>
        <w:rPr>
          <w:rFonts w:ascii="☞DIODRUM ARABIC MEDIUM" w:hAnsi="☞DIODRUM ARABIC MEDIUM"/>
          <w:sz w:val="21"/>
        </w:rPr>
        <w:t xml:space="preserve"> 2.2 </w:t>
      </w:r>
      <w:r>
        <w:rPr>
          <w:rFonts w:ascii="☞DIODRUM ARABIC MEDIUM" w:hAnsi="☞DIODRUM ARABIC MEDIUM" w:cs="☞DIODRUM ARABIC MEDIUM"/>
          <w:sz w:val="21"/>
          <w:szCs w:val="21"/>
          <w:rtl/>
        </w:rPr>
        <w:t>مليار</w:t>
      </w:r>
      <w:r>
        <w:rPr>
          <w:rFonts w:ascii="☞DIODRUM ARABIC MEDIUM" w:hAnsi="☞DIODRUM ARABIC MEDIUM"/>
          <w:sz w:val="21"/>
        </w:rPr>
        <w:t xml:space="preserve"> </w:t>
      </w:r>
      <w:r>
        <w:rPr>
          <w:rFonts w:ascii="☞DIODRUM ARABIC MEDIUM" w:hAnsi="☞DIODRUM ARABIC MEDIUM" w:cs="☞DIODRUM ARABIC MEDIUM"/>
          <w:sz w:val="21"/>
          <w:szCs w:val="21"/>
          <w:rtl/>
        </w:rPr>
        <w:t>شخص</w:t>
      </w:r>
      <w:r>
        <w:rPr>
          <w:rFonts w:ascii="☞DIODRUM ARABIC MEDIUM" w:hAnsi="☞DIODRUM ARABIC MEDIUM"/>
          <w:sz w:val="21"/>
        </w:rPr>
        <w:t xml:space="preserve"> </w:t>
      </w:r>
      <w:r>
        <w:rPr>
          <w:rFonts w:ascii="☞DIODRUM ARABIC MEDIUM" w:hAnsi="☞DIODRUM ARABIC MEDIUM" w:cs="☞DIODRUM ARABIC MEDIUM"/>
          <w:sz w:val="21"/>
          <w:szCs w:val="21"/>
          <w:rtl/>
        </w:rPr>
        <w:t>من</w:t>
      </w:r>
      <w:r>
        <w:rPr>
          <w:rFonts w:ascii="☞DIODRUM ARABIC MEDIUM" w:hAnsi="☞DIODRUM ARABIC MEDIUM"/>
          <w:sz w:val="21"/>
        </w:rPr>
        <w:t xml:space="preserve"> </w:t>
      </w:r>
      <w:r>
        <w:rPr>
          <w:rFonts w:ascii="☞DIODRUM ARABIC MEDIUM" w:hAnsi="☞DIODRUM ARABIC MEDIUM" w:cs="☞DIODRUM ARABIC MEDIUM"/>
          <w:sz w:val="21"/>
          <w:szCs w:val="21"/>
          <w:rtl/>
        </w:rPr>
        <w:t>إعاقات</w:t>
      </w:r>
      <w:r>
        <w:rPr>
          <w:rFonts w:ascii="☞DIODRUM ARABIC MEDIUM" w:hAnsi="☞DIODRUM ARABIC MEDIUM"/>
          <w:sz w:val="21"/>
        </w:rPr>
        <w:t xml:space="preserve"> </w:t>
      </w:r>
      <w:r>
        <w:rPr>
          <w:rFonts w:ascii="☞DIODRUM ARABIC MEDIUM" w:hAnsi="☞DIODRUM ARABIC MEDIUM" w:cs="☞DIODRUM ARABIC MEDIUM"/>
          <w:sz w:val="21"/>
          <w:szCs w:val="21"/>
          <w:rtl/>
        </w:rPr>
        <w:t>في</w:t>
      </w:r>
      <w:r>
        <w:rPr>
          <w:rFonts w:ascii="☞DIODRUM ARABIC MEDIUM" w:hAnsi="☞DIODRUM ARABIC MEDIUM"/>
          <w:sz w:val="21"/>
        </w:rPr>
        <w:t xml:space="preserve"> </w:t>
      </w:r>
      <w:r>
        <w:rPr>
          <w:rFonts w:ascii="☞DIODRUM ARABIC MEDIUM" w:hAnsi="☞DIODRUM ARABIC MEDIUM" w:cs="☞DIODRUM ARABIC MEDIUM"/>
          <w:sz w:val="21"/>
          <w:szCs w:val="21"/>
          <w:rtl/>
        </w:rPr>
        <w:t>الرؤية</w:t>
      </w:r>
      <w:r>
        <w:rPr>
          <w:rFonts w:ascii="☞DIODRUM ARABIC MEDIUM" w:hAnsi="☞DIODRUM ARABIC MEDIUM"/>
          <w:sz w:val="21"/>
        </w:rPr>
        <w:t xml:space="preserve"> </w:t>
      </w:r>
      <w:r>
        <w:rPr>
          <w:rFonts w:ascii="☞DIODRUM ARABIC MEDIUM" w:hAnsi="☞DIODRUM ARABIC MEDIUM" w:cs="☞DIODRUM ARABIC MEDIUM"/>
          <w:sz w:val="21"/>
          <w:szCs w:val="21"/>
          <w:rtl/>
        </w:rPr>
        <w:t>القريبة</w:t>
      </w:r>
      <w:r>
        <w:rPr>
          <w:rFonts w:ascii="☞DIODRUM ARABIC MEDIUM" w:hAnsi="☞DIODRUM ARABIC MEDIUM"/>
          <w:sz w:val="21"/>
        </w:rPr>
        <w:t xml:space="preserve"> </w:t>
      </w:r>
      <w:r>
        <w:rPr>
          <w:rFonts w:ascii="☞DIODRUM ARABIC MEDIUM" w:hAnsi="☞DIODRUM ARABIC MEDIUM" w:cs="☞DIODRUM ARABIC MEDIUM"/>
          <w:sz w:val="21"/>
          <w:szCs w:val="21"/>
          <w:rtl/>
        </w:rPr>
        <w:t>أو</w:t>
      </w:r>
      <w:r>
        <w:rPr>
          <w:rFonts w:ascii="☞DIODRUM ARABIC MEDIUM" w:hAnsi="☞DIODRUM ARABIC MEDIUM"/>
          <w:sz w:val="21"/>
        </w:rPr>
        <w:t xml:space="preserve"> </w:t>
      </w:r>
      <w:r>
        <w:rPr>
          <w:rFonts w:ascii="☞DIODRUM ARABIC MEDIUM" w:hAnsi="☞DIODRUM ARABIC MEDIUM" w:cs="☞DIODRUM ARABIC MEDIUM"/>
          <w:sz w:val="21"/>
          <w:szCs w:val="21"/>
          <w:rtl/>
        </w:rPr>
        <w:t>البعيدة</w:t>
      </w:r>
      <w:r>
        <w:rPr>
          <w:rFonts w:ascii="☞DIODRUM ARABIC MEDIUM" w:hAnsi="☞DIODRUM ARABIC MEDIUM"/>
          <w:sz w:val="21"/>
        </w:rPr>
        <w:t xml:space="preserve">. </w:t>
      </w:r>
      <w:r>
        <w:rPr>
          <w:rFonts w:ascii="☞DIODRUM ARABIC MEDIUM" w:hAnsi="☞DIODRUM ARABIC MEDIUM" w:cs="☞DIODRUM ARABIC MEDIUM"/>
          <w:sz w:val="21"/>
          <w:szCs w:val="21"/>
          <w:rtl/>
        </w:rPr>
        <w:t>وفي</w:t>
      </w:r>
      <w:r>
        <w:rPr>
          <w:rFonts w:ascii="☞DIODRUM ARABIC MEDIUM" w:hAnsi="☞DIODRUM ARABIC MEDIUM"/>
          <w:sz w:val="21"/>
        </w:rPr>
        <w:t xml:space="preserve"> </w:t>
      </w:r>
      <w:r>
        <w:rPr>
          <w:rFonts w:ascii="☞DIODRUM ARABIC MEDIUM" w:hAnsi="☞DIODRUM ARABIC MEDIUM" w:cs="☞DIODRUM ARABIC MEDIUM"/>
          <w:sz w:val="21"/>
          <w:szCs w:val="21"/>
          <w:rtl/>
        </w:rPr>
        <w:t>ما</w:t>
      </w:r>
      <w:r>
        <w:rPr>
          <w:rFonts w:ascii="☞DIODRUM ARABIC MEDIUM" w:hAnsi="☞DIODRUM ARABIC MEDIUM"/>
          <w:sz w:val="21"/>
        </w:rPr>
        <w:t xml:space="preserve"> </w:t>
      </w:r>
      <w:r>
        <w:rPr>
          <w:rFonts w:ascii="☞DIODRUM ARABIC MEDIUM" w:hAnsi="☞DIODRUM ARABIC MEDIUM" w:cs="☞DIODRUM ARABIC MEDIUM"/>
          <w:sz w:val="21"/>
          <w:szCs w:val="21"/>
          <w:rtl/>
        </w:rPr>
        <w:t>لا</w:t>
      </w:r>
      <w:r>
        <w:rPr>
          <w:rFonts w:ascii="☞DIODRUM ARABIC MEDIUM" w:hAnsi="☞DIODRUM ARABIC MEDIUM"/>
          <w:sz w:val="21"/>
        </w:rPr>
        <w:t xml:space="preserve"> </w:t>
      </w:r>
      <w:r>
        <w:rPr>
          <w:rFonts w:ascii="☞DIODRUM ARABIC MEDIUM" w:hAnsi="☞DIODRUM ARABIC MEDIUM" w:cs="☞DIODRUM ARABIC MEDIUM"/>
          <w:sz w:val="21"/>
          <w:szCs w:val="21"/>
          <w:rtl/>
        </w:rPr>
        <w:t>يقل</w:t>
      </w:r>
      <w:r>
        <w:rPr>
          <w:rFonts w:ascii="☞DIODRUM ARABIC MEDIUM" w:hAnsi="☞DIODRUM ARABIC MEDIUM"/>
          <w:sz w:val="21"/>
        </w:rPr>
        <w:t xml:space="preserve"> </w:t>
      </w:r>
      <w:r>
        <w:rPr>
          <w:rFonts w:ascii="☞DIODRUM ARABIC MEDIUM" w:hAnsi="☞DIODRUM ARABIC MEDIUM" w:cs="☞DIODRUM ARABIC MEDIUM"/>
          <w:sz w:val="21"/>
          <w:szCs w:val="21"/>
          <w:rtl/>
        </w:rPr>
        <w:t>عن</w:t>
      </w:r>
      <w:r>
        <w:rPr>
          <w:rFonts w:ascii="☞DIODRUM ARABIC MEDIUM" w:hAnsi="☞DIODRUM ARABIC MEDIUM"/>
          <w:sz w:val="21"/>
        </w:rPr>
        <w:t xml:space="preserve"> </w:t>
      </w:r>
      <w:r>
        <w:rPr>
          <w:rFonts w:ascii="☞DIODRUM ARABIC MEDIUM" w:hAnsi="☞DIODRUM ARABIC MEDIUM" w:cs="☞DIODRUM ARABIC MEDIUM"/>
          <w:sz w:val="21"/>
          <w:szCs w:val="21"/>
          <w:rtl/>
        </w:rPr>
        <w:t>مليار</w:t>
      </w:r>
      <w:r>
        <w:rPr>
          <w:rFonts w:ascii="☞DIODRUM ARABIC MEDIUM" w:hAnsi="☞DIODRUM ARABIC MEDIUM"/>
          <w:sz w:val="21"/>
        </w:rPr>
        <w:t xml:space="preserve"> </w:t>
      </w:r>
      <w:r>
        <w:rPr>
          <w:rFonts w:ascii="☞DIODRUM ARABIC MEDIUM" w:hAnsi="☞DIODRUM ARABIC MEDIUM" w:cs="☞DIODRUM ARABIC MEDIUM"/>
          <w:sz w:val="21"/>
          <w:szCs w:val="21"/>
          <w:rtl/>
        </w:rPr>
        <w:t>حالة،</w:t>
      </w:r>
      <w:r>
        <w:rPr>
          <w:rFonts w:ascii="☞DIODRUM ARABIC MEDIUM" w:hAnsi="☞DIODRUM ARABIC MEDIUM"/>
          <w:sz w:val="21"/>
        </w:rPr>
        <w:t xml:space="preserve"> </w:t>
      </w:r>
      <w:r>
        <w:rPr>
          <w:rFonts w:ascii="☞DIODRUM ARABIC MEDIUM" w:hAnsi="☞DIODRUM ARABIC MEDIUM" w:cs="☞DIODRUM ARABIC MEDIUM"/>
          <w:sz w:val="21"/>
          <w:szCs w:val="21"/>
          <w:rtl/>
        </w:rPr>
        <w:t>أي</w:t>
      </w:r>
      <w:r>
        <w:rPr>
          <w:rFonts w:ascii="☞DIODRUM ARABIC MEDIUM" w:hAnsi="☞DIODRUM ARABIC MEDIUM"/>
          <w:sz w:val="21"/>
        </w:rPr>
        <w:t xml:space="preserve"> </w:t>
      </w:r>
      <w:r>
        <w:rPr>
          <w:rFonts w:ascii="☞DIODRUM ARABIC MEDIUM" w:hAnsi="☞DIODRUM ARABIC MEDIUM" w:cs="☞DIODRUM ARABIC MEDIUM"/>
          <w:sz w:val="21"/>
          <w:szCs w:val="21"/>
          <w:rtl/>
        </w:rPr>
        <w:t>ما</w:t>
      </w:r>
      <w:r>
        <w:rPr>
          <w:rFonts w:ascii="☞DIODRUM ARABIC MEDIUM" w:hAnsi="☞DIODRUM ARABIC MEDIUM"/>
          <w:sz w:val="21"/>
        </w:rPr>
        <w:t xml:space="preserve"> </w:t>
      </w:r>
      <w:r>
        <w:rPr>
          <w:rFonts w:ascii="☞DIODRUM ARABIC MEDIUM" w:hAnsi="☞DIODRUM ARABIC MEDIUM" w:cs="☞DIODRUM ARABIC MEDIUM"/>
          <w:sz w:val="21"/>
          <w:szCs w:val="21"/>
          <w:rtl/>
        </w:rPr>
        <w:t>يقارب</w:t>
      </w:r>
      <w:r>
        <w:rPr>
          <w:rFonts w:ascii="☞DIODRUM ARABIC MEDIUM" w:hAnsi="☞DIODRUM ARABIC MEDIUM"/>
          <w:sz w:val="21"/>
        </w:rPr>
        <w:t xml:space="preserve"> </w:t>
      </w:r>
      <w:r>
        <w:rPr>
          <w:rFonts w:ascii="☞DIODRUM ARABIC MEDIUM" w:hAnsi="☞DIODRUM ARABIC MEDIUM" w:cs="☞DIODRUM ARABIC MEDIUM"/>
          <w:sz w:val="21"/>
          <w:szCs w:val="21"/>
          <w:rtl/>
        </w:rPr>
        <w:t>نصف</w:t>
      </w:r>
      <w:r>
        <w:rPr>
          <w:rFonts w:ascii="☞DIODRUM ARABIC MEDIUM" w:hAnsi="☞DIODRUM ARABIC MEDIUM"/>
          <w:sz w:val="21"/>
        </w:rPr>
        <w:t xml:space="preserve"> </w:t>
      </w:r>
      <w:r>
        <w:rPr>
          <w:rFonts w:ascii="☞DIODRUM ARABIC MEDIUM" w:hAnsi="☞DIODRUM ARABIC MEDIUM" w:cs="☞DIODRUM ARABIC MEDIUM"/>
          <w:sz w:val="21"/>
          <w:szCs w:val="21"/>
          <w:rtl/>
        </w:rPr>
        <w:t>هذه</w:t>
      </w:r>
      <w:r>
        <w:rPr>
          <w:rFonts w:ascii="☞DIODRUM ARABIC MEDIUM" w:hAnsi="☞DIODRUM ARABIC MEDIUM"/>
          <w:sz w:val="21"/>
        </w:rPr>
        <w:t xml:space="preserve"> </w:t>
      </w:r>
      <w:r>
        <w:rPr>
          <w:rFonts w:ascii="☞DIODRUM ARABIC MEDIUM" w:hAnsi="☞DIODRUM ARABIC MEDIUM" w:cs="☞DIODRUM ARABIC MEDIUM"/>
          <w:sz w:val="21"/>
          <w:szCs w:val="21"/>
          <w:rtl/>
        </w:rPr>
        <w:t>الحالات،</w:t>
      </w:r>
      <w:r>
        <w:rPr>
          <w:rFonts w:ascii="☞DIODRUM ARABIC MEDIUM" w:hAnsi="☞DIODRUM ARABIC MEDIUM"/>
          <w:sz w:val="21"/>
        </w:rPr>
        <w:t xml:space="preserve"> </w:t>
      </w:r>
      <w:r>
        <w:rPr>
          <w:rFonts w:ascii="☞DIODRUM ARABIC MEDIUM" w:hAnsi="☞DIODRUM ARABIC MEDIUM" w:cs="☞DIODRUM ARABIC MEDIUM"/>
          <w:sz w:val="21"/>
          <w:szCs w:val="21"/>
          <w:rtl/>
        </w:rPr>
        <w:t>كان</w:t>
      </w:r>
      <w:r>
        <w:rPr>
          <w:rFonts w:ascii="☞DIODRUM ARABIC MEDIUM" w:hAnsi="☞DIODRUM ARABIC MEDIUM"/>
          <w:sz w:val="21"/>
        </w:rPr>
        <w:t xml:space="preserve"> </w:t>
      </w:r>
      <w:r>
        <w:rPr>
          <w:rFonts w:ascii="☞DIODRUM ARABIC MEDIUM" w:hAnsi="☞DIODRUM ARABIC MEDIUM" w:cs="☞DIODRUM ARABIC MEDIUM"/>
          <w:sz w:val="21"/>
          <w:szCs w:val="21"/>
          <w:rtl/>
        </w:rPr>
        <w:t>من</w:t>
      </w:r>
      <w:r>
        <w:rPr>
          <w:rFonts w:ascii="☞DIODRUM ARABIC MEDIUM" w:hAnsi="☞DIODRUM ARABIC MEDIUM"/>
          <w:sz w:val="21"/>
        </w:rPr>
        <w:t xml:space="preserve"> </w:t>
      </w:r>
      <w:r>
        <w:rPr>
          <w:rFonts w:ascii="☞DIODRUM ARABIC MEDIUM" w:hAnsi="☞DIODRUM ARABIC MEDIUM" w:cs="☞DIODRUM ARABIC MEDIUM"/>
          <w:sz w:val="21"/>
          <w:szCs w:val="21"/>
          <w:rtl/>
        </w:rPr>
        <w:t>الممكن</w:t>
      </w:r>
      <w:r>
        <w:rPr>
          <w:rFonts w:ascii="☞DIODRUM ARABIC MEDIUM" w:hAnsi="☞DIODRUM ARABIC MEDIUM"/>
          <w:sz w:val="21"/>
        </w:rPr>
        <w:t xml:space="preserve"> </w:t>
      </w:r>
      <w:r>
        <w:rPr>
          <w:rFonts w:ascii="☞DIODRUM ARABIC MEDIUM" w:hAnsi="☞DIODRUM ARABIC MEDIUM" w:cs="☞DIODRUM ARABIC MEDIUM"/>
          <w:sz w:val="21"/>
          <w:szCs w:val="21"/>
          <w:rtl/>
        </w:rPr>
        <w:t>الوقاية</w:t>
      </w:r>
      <w:r>
        <w:rPr>
          <w:rFonts w:ascii="☞DIODRUM ARABIC MEDIUM" w:hAnsi="☞DIODRUM ARABIC MEDIUM"/>
          <w:sz w:val="21"/>
        </w:rPr>
        <w:t xml:space="preserve"> </w:t>
      </w:r>
      <w:r>
        <w:rPr>
          <w:rFonts w:ascii="☞DIODRUM ARABIC MEDIUM" w:hAnsi="☞DIODRUM ARABIC MEDIUM" w:cs="☞DIODRUM ARABIC MEDIUM"/>
          <w:sz w:val="21"/>
          <w:szCs w:val="21"/>
          <w:rtl/>
        </w:rPr>
        <w:t>من</w:t>
      </w:r>
      <w:r>
        <w:rPr>
          <w:rFonts w:ascii="☞DIODRUM ARABIC MEDIUM" w:hAnsi="☞DIODRUM ARABIC MEDIUM"/>
          <w:sz w:val="21"/>
        </w:rPr>
        <w:t xml:space="preserve"> </w:t>
      </w:r>
      <w:r>
        <w:rPr>
          <w:rFonts w:ascii="☞DIODRUM ARABIC MEDIUM" w:hAnsi="☞DIODRUM ARABIC MEDIUM" w:cs="☞DIODRUM ARABIC MEDIUM"/>
          <w:sz w:val="21"/>
          <w:szCs w:val="21"/>
          <w:rtl/>
        </w:rPr>
        <w:t>الإعاقة</w:t>
      </w:r>
      <w:r>
        <w:rPr>
          <w:rFonts w:ascii="☞DIODRUM ARABIC MEDIUM" w:hAnsi="☞DIODRUM ARABIC MEDIUM"/>
          <w:sz w:val="21"/>
        </w:rPr>
        <w:t xml:space="preserve"> </w:t>
      </w:r>
      <w:r>
        <w:rPr>
          <w:rFonts w:ascii="☞DIODRUM ARABIC MEDIUM" w:hAnsi="☞DIODRUM ARABIC MEDIUM" w:cs="☞DIODRUM ARABIC MEDIUM"/>
          <w:sz w:val="21"/>
          <w:szCs w:val="21"/>
          <w:rtl/>
        </w:rPr>
        <w:t>البصرية</w:t>
      </w:r>
      <w:r>
        <w:rPr>
          <w:rFonts w:ascii="☞DIODRUM ARABIC MEDIUM" w:hAnsi="☞DIODRUM ARABIC MEDIUM"/>
          <w:sz w:val="21"/>
        </w:rPr>
        <w:t xml:space="preserve"> </w:t>
      </w:r>
      <w:r>
        <w:rPr>
          <w:rFonts w:ascii="☞DIODRUM ARABIC MEDIUM" w:hAnsi="☞DIODRUM ARABIC MEDIUM" w:cs="☞DIODRUM ARABIC MEDIUM"/>
          <w:sz w:val="21"/>
          <w:szCs w:val="21"/>
          <w:rtl/>
        </w:rPr>
        <w:t>أو</w:t>
      </w:r>
      <w:r>
        <w:rPr>
          <w:rFonts w:ascii="☞DIODRUM ARABIC MEDIUM" w:hAnsi="☞DIODRUM ARABIC MEDIUM"/>
          <w:sz w:val="21"/>
        </w:rPr>
        <w:t xml:space="preserve"> </w:t>
      </w:r>
      <w:r>
        <w:rPr>
          <w:rFonts w:ascii="☞DIODRUM ARABIC MEDIUM" w:hAnsi="☞DIODRUM ARABIC MEDIUM" w:cs="☞DIODRUM ARABIC MEDIUM"/>
          <w:sz w:val="21"/>
          <w:szCs w:val="21"/>
          <w:rtl/>
        </w:rPr>
        <w:t>لم</w:t>
      </w:r>
      <w:r>
        <w:rPr>
          <w:rFonts w:ascii="☞DIODRUM ARABIC MEDIUM" w:hAnsi="☞DIODRUM ARABIC MEDIUM"/>
          <w:sz w:val="21"/>
        </w:rPr>
        <w:t xml:space="preserve"> </w:t>
      </w:r>
      <w:r>
        <w:rPr>
          <w:rFonts w:ascii="☞DIODRUM ARABIC MEDIUM" w:hAnsi="☞DIODRUM ARABIC MEDIUM" w:cs="☞DIODRUM ARABIC MEDIUM"/>
          <w:sz w:val="21"/>
          <w:szCs w:val="21"/>
          <w:rtl/>
        </w:rPr>
        <w:t>تتم</w:t>
      </w:r>
      <w:r>
        <w:rPr>
          <w:rFonts w:ascii="☞DIODRUM ARABIC MEDIUM" w:hAnsi="☞DIODRUM ARABIC MEDIUM"/>
          <w:sz w:val="21"/>
        </w:rPr>
        <w:t xml:space="preserve"> </w:t>
      </w:r>
      <w:r>
        <w:rPr>
          <w:rFonts w:ascii="☞DIODRUM ARABIC MEDIUM" w:hAnsi="☞DIODRUM ARABIC MEDIUM" w:cs="☞DIODRUM ARABIC MEDIUM"/>
          <w:sz w:val="21"/>
          <w:szCs w:val="21"/>
          <w:rtl/>
        </w:rPr>
        <w:t>معالجتها</w:t>
      </w:r>
      <w:r>
        <w:rPr>
          <w:rFonts w:ascii="☞DIODRUM ARABIC MEDIUM" w:hAnsi="☞DIODRUM ARABIC MEDIUM"/>
          <w:sz w:val="21"/>
        </w:rPr>
        <w:t xml:space="preserve"> </w:t>
      </w:r>
      <w:r>
        <w:rPr>
          <w:rFonts w:ascii="☞DIODRUM ARABIC MEDIUM" w:hAnsi="☞DIODRUM ARABIC MEDIUM" w:cs="☞DIODRUM ARABIC MEDIUM"/>
          <w:sz w:val="21"/>
          <w:szCs w:val="21"/>
          <w:rtl/>
        </w:rPr>
        <w:t>بعد</w:t>
      </w:r>
      <w:r>
        <w:rPr>
          <w:rFonts w:ascii="☞DIODRUM ARABIC MEDIUM" w:hAnsi="☞DIODRUM ARABIC MEDIUM" w:hint="cs"/>
          <w:sz w:val="21"/>
          <w:rtl/>
        </w:rPr>
        <w:t>.</w:t>
      </w:r>
    </w:p>
    <w:p w14:paraId="696FA1B1" w14:textId="3C74DE36" w:rsidR="00D04C7D" w:rsidRPr="009D5A07" w:rsidRDefault="00D6184D" w:rsidP="00CD644B">
      <w:pPr>
        <w:pStyle w:val="Heading4"/>
        <w:bidi/>
        <w:rPr>
          <w:rFonts w:ascii="☞DIODRUM ARABIC MEDIUM" w:hAnsi="☞DIODRUM ARABIC MEDIUM" w:cs="☞DIODRUM ARABIC MEDIUM"/>
          <w:b w:val="0"/>
          <w:bCs w:val="0"/>
          <w:i w:val="0"/>
          <w:iCs w:val="0"/>
          <w:color w:val="auto"/>
          <w:rtl/>
        </w:rPr>
      </w:pPr>
      <w:r w:rsidRPr="009D5A07">
        <w:rPr>
          <w:rFonts w:ascii="☞DIODRUM ARABIC MEDIUM" w:hAnsi="☞DIODRUM ARABIC MEDIUM" w:cs="☞DIODRUM ARABIC MEDIUM" w:hint="cs"/>
          <w:b w:val="0"/>
          <w:bCs w:val="0"/>
          <w:i w:val="0"/>
          <w:iCs w:val="0"/>
          <w:color w:val="auto"/>
          <w:rtl/>
        </w:rPr>
        <w:t>الإعاقة</w:t>
      </w:r>
      <w:r w:rsidRPr="009D5A07">
        <w:rPr>
          <w:rFonts w:ascii="☞DIODRUM ARABIC MEDIUM" w:hAnsi="☞DIODRUM ARABIC MEDIUM" w:cs="☞DIODRUM ARABIC MEDIUM" w:hint="cs"/>
          <w:b w:val="0"/>
          <w:bCs w:val="0"/>
          <w:i w:val="0"/>
          <w:iCs w:val="0"/>
          <w:color w:val="auto"/>
        </w:rPr>
        <w:t xml:space="preserve"> </w:t>
      </w:r>
      <w:r w:rsidRPr="009D5A07">
        <w:rPr>
          <w:rFonts w:ascii="☞DIODRUM ARABIC MEDIUM" w:hAnsi="☞DIODRUM ARABIC MEDIUM" w:cs="☞DIODRUM ARABIC MEDIUM" w:hint="cs"/>
          <w:b w:val="0"/>
          <w:bCs w:val="0"/>
          <w:i w:val="0"/>
          <w:iCs w:val="0"/>
          <w:color w:val="auto"/>
          <w:rtl/>
        </w:rPr>
        <w:t>السمعية</w:t>
      </w:r>
      <w:r w:rsidR="006F71CA" w:rsidRPr="009D5A07">
        <w:rPr>
          <w:rFonts w:ascii="☞DIODRUM ARABIC MEDIUM" w:hAnsi="☞DIODRUM ARABIC MEDIUM" w:cs="☞DIODRUM ARABIC MEDIUM" w:hint="cs"/>
          <w:b w:val="0"/>
          <w:bCs w:val="0"/>
          <w:i w:val="0"/>
          <w:iCs w:val="0"/>
          <w:color w:val="auto"/>
          <w:rtl/>
        </w:rPr>
        <w:t>:</w:t>
      </w:r>
    </w:p>
    <w:p w14:paraId="54BD952B" w14:textId="0810809F" w:rsidR="00C00614" w:rsidRDefault="00FF520F" w:rsidP="00CD644B">
      <w:pPr>
        <w:bidi/>
      </w:pPr>
      <w:r>
        <w:rPr>
          <w:rFonts w:ascii="☞DIODRUM ARABIC MEDIUM" w:hAnsi="☞DIODRUM ARABIC MEDIUM" w:cs="☞DIODRUM ARABIC MEDIUM"/>
          <w:sz w:val="21"/>
          <w:szCs w:val="21"/>
          <w:rtl/>
        </w:rPr>
        <w:t>يعاني</w:t>
      </w:r>
      <w:r>
        <w:rPr>
          <w:rFonts w:ascii="☞DIODRUM ARABIC MEDIUM" w:hAnsi="☞DIODRUM ARABIC MEDIUM"/>
          <w:sz w:val="21"/>
        </w:rPr>
        <w:t xml:space="preserve"> </w:t>
      </w:r>
      <w:r>
        <w:rPr>
          <w:rFonts w:ascii="☞DIODRUM ARABIC MEDIUM" w:hAnsi="☞DIODRUM ARABIC MEDIUM" w:cs="☞DIODRUM ARABIC MEDIUM"/>
          <w:sz w:val="21"/>
          <w:szCs w:val="21"/>
          <w:rtl/>
        </w:rPr>
        <w:t>أكثر</w:t>
      </w:r>
      <w:r>
        <w:rPr>
          <w:rFonts w:ascii="☞DIODRUM ARABIC MEDIUM" w:hAnsi="☞DIODRUM ARABIC MEDIUM"/>
          <w:sz w:val="21"/>
        </w:rPr>
        <w:t xml:space="preserve"> </w:t>
      </w:r>
      <w:r>
        <w:rPr>
          <w:rFonts w:ascii="☞DIODRUM ARABIC MEDIUM" w:hAnsi="☞DIODRUM ARABIC MEDIUM" w:cs="☞DIODRUM ARABIC MEDIUM"/>
          <w:sz w:val="21"/>
          <w:szCs w:val="21"/>
          <w:rtl/>
        </w:rPr>
        <w:t>من</w:t>
      </w:r>
      <w:r>
        <w:rPr>
          <w:rFonts w:ascii="☞DIODRUM ARABIC MEDIUM" w:hAnsi="☞DIODRUM ARABIC MEDIUM"/>
          <w:sz w:val="21"/>
        </w:rPr>
        <w:t xml:space="preserve"> 430 </w:t>
      </w:r>
      <w:r>
        <w:rPr>
          <w:rFonts w:ascii="☞DIODRUM ARABIC MEDIUM" w:hAnsi="☞DIODRUM ARABIC MEDIUM" w:cs="☞DIODRUM ARABIC MEDIUM"/>
          <w:sz w:val="21"/>
          <w:szCs w:val="21"/>
          <w:rtl/>
        </w:rPr>
        <w:t>مليون</w:t>
      </w:r>
      <w:r>
        <w:rPr>
          <w:rFonts w:ascii="☞DIODRUM ARABIC MEDIUM" w:hAnsi="☞DIODRUM ARABIC MEDIUM"/>
          <w:sz w:val="21"/>
        </w:rPr>
        <w:t xml:space="preserve"> </w:t>
      </w:r>
      <w:r>
        <w:rPr>
          <w:rFonts w:ascii="☞DIODRUM ARABIC MEDIUM" w:hAnsi="☞DIODRUM ARABIC MEDIUM" w:cs="☞DIODRUM ARABIC MEDIUM"/>
          <w:sz w:val="21"/>
          <w:szCs w:val="21"/>
          <w:rtl/>
        </w:rPr>
        <w:t>شخص</w:t>
      </w:r>
      <w:r>
        <w:rPr>
          <w:rFonts w:ascii="☞DIODRUM ARABIC MEDIUM" w:hAnsi="☞DIODRUM ARABIC MEDIUM"/>
          <w:sz w:val="21"/>
        </w:rPr>
        <w:t xml:space="preserve"> </w:t>
      </w:r>
      <w:r>
        <w:rPr>
          <w:rFonts w:ascii="☞DIODRUM ARABIC MEDIUM" w:hAnsi="☞DIODRUM ARABIC MEDIUM" w:cs="☞DIODRUM ARABIC MEDIUM"/>
          <w:sz w:val="21"/>
          <w:szCs w:val="21"/>
          <w:rtl/>
        </w:rPr>
        <w:t>بالعالم</w:t>
      </w:r>
      <w:r>
        <w:rPr>
          <w:rFonts w:ascii="☞DIODRUM ARABIC MEDIUM" w:hAnsi="☞DIODRUM ARABIC MEDIUM"/>
          <w:sz w:val="21"/>
        </w:rPr>
        <w:t xml:space="preserve"> </w:t>
      </w:r>
      <w:r>
        <w:rPr>
          <w:rFonts w:ascii="☞DIODRUM ARABIC MEDIUM" w:hAnsi="☞DIODRUM ARABIC MEDIUM" w:cs="☞DIODRUM ARABIC MEDIUM"/>
          <w:sz w:val="21"/>
          <w:szCs w:val="21"/>
          <w:rtl/>
        </w:rPr>
        <w:t>من</w:t>
      </w:r>
      <w:r>
        <w:rPr>
          <w:rFonts w:ascii="☞DIODRUM ARABIC MEDIUM" w:hAnsi="☞DIODRUM ARABIC MEDIUM"/>
          <w:sz w:val="21"/>
        </w:rPr>
        <w:t xml:space="preserve"> </w:t>
      </w:r>
      <w:r>
        <w:rPr>
          <w:rFonts w:ascii="☞DIODRUM ARABIC MEDIUM" w:hAnsi="☞DIODRUM ARABIC MEDIUM" w:cs="☞DIODRUM ARABIC MEDIUM"/>
          <w:sz w:val="21"/>
          <w:szCs w:val="21"/>
          <w:rtl/>
        </w:rPr>
        <w:t>فقدان</w:t>
      </w:r>
      <w:r>
        <w:rPr>
          <w:rFonts w:ascii="☞DIODRUM ARABIC MEDIUM" w:hAnsi="☞DIODRUM ARABIC MEDIUM"/>
          <w:sz w:val="21"/>
        </w:rPr>
        <w:t xml:space="preserve"> </w:t>
      </w:r>
      <w:r>
        <w:rPr>
          <w:rFonts w:ascii="☞DIODRUM ARABIC MEDIUM" w:hAnsi="☞DIODRUM ARABIC MEDIUM" w:cs="☞DIODRUM ARABIC MEDIUM"/>
          <w:sz w:val="21"/>
          <w:szCs w:val="21"/>
          <w:rtl/>
        </w:rPr>
        <w:t>السمع</w:t>
      </w:r>
      <w:r>
        <w:rPr>
          <w:rFonts w:ascii="☞DIODRUM ARABIC MEDIUM" w:hAnsi="☞DIODRUM ARABIC MEDIUM"/>
          <w:sz w:val="21"/>
        </w:rPr>
        <w:t xml:space="preserve"> </w:t>
      </w:r>
      <w:r>
        <w:rPr>
          <w:rFonts w:ascii="☞DIODRUM ARABIC MEDIUM" w:hAnsi="☞DIODRUM ARABIC MEDIUM" w:cs="☞DIODRUM ARABIC MEDIUM"/>
          <w:sz w:val="21"/>
          <w:szCs w:val="21"/>
          <w:rtl/>
        </w:rPr>
        <w:t>المسبب</w:t>
      </w:r>
      <w:r>
        <w:rPr>
          <w:rFonts w:ascii="☞DIODRUM ARABIC MEDIUM" w:hAnsi="☞DIODRUM ARABIC MEDIUM"/>
          <w:sz w:val="21"/>
        </w:rPr>
        <w:t xml:space="preserve"> </w:t>
      </w:r>
      <w:r>
        <w:rPr>
          <w:rFonts w:ascii="☞DIODRUM ARABIC MEDIUM" w:hAnsi="☞DIODRUM ARABIC MEDIUM" w:cs="☞DIODRUM ARABIC MEDIUM"/>
          <w:sz w:val="21"/>
          <w:szCs w:val="21"/>
          <w:rtl/>
        </w:rPr>
        <w:t>للعجز،</w:t>
      </w:r>
      <w:r>
        <w:rPr>
          <w:rFonts w:ascii="☞DIODRUM ARABIC MEDIUM" w:hAnsi="☞DIODRUM ARABIC MEDIUM"/>
          <w:sz w:val="21"/>
        </w:rPr>
        <w:t xml:space="preserve"> </w:t>
      </w:r>
      <w:r>
        <w:rPr>
          <w:rFonts w:ascii="☞DIODRUM ARABIC MEDIUM" w:hAnsi="☞DIODRUM ARABIC MEDIUM" w:cs="☞DIODRUM ARABIC MEDIUM"/>
          <w:sz w:val="21"/>
          <w:szCs w:val="21"/>
          <w:rtl/>
        </w:rPr>
        <w:t>ومن</w:t>
      </w:r>
      <w:r>
        <w:rPr>
          <w:rFonts w:ascii="☞DIODRUM ARABIC MEDIUM" w:hAnsi="☞DIODRUM ARABIC MEDIUM"/>
          <w:sz w:val="21"/>
        </w:rPr>
        <w:t xml:space="preserve"> </w:t>
      </w:r>
      <w:r>
        <w:rPr>
          <w:rFonts w:ascii="☞DIODRUM ARABIC MEDIUM" w:hAnsi="☞DIODRUM ARABIC MEDIUM" w:cs="☞DIODRUM ARABIC MEDIUM"/>
          <w:sz w:val="21"/>
          <w:szCs w:val="21"/>
          <w:rtl/>
        </w:rPr>
        <w:t>المتوقّع</w:t>
      </w:r>
      <w:r>
        <w:rPr>
          <w:rFonts w:ascii="☞DIODRUM ARABIC MEDIUM" w:hAnsi="☞DIODRUM ARABIC MEDIUM"/>
          <w:sz w:val="21"/>
        </w:rPr>
        <w:t xml:space="preserve"> </w:t>
      </w:r>
      <w:r>
        <w:rPr>
          <w:rFonts w:ascii="☞DIODRUM ARABIC MEDIUM" w:hAnsi="☞DIODRUM ARABIC MEDIUM" w:cs="☞DIODRUM ARABIC MEDIUM"/>
          <w:sz w:val="21"/>
          <w:szCs w:val="21"/>
          <w:rtl/>
        </w:rPr>
        <w:t>أن</w:t>
      </w:r>
      <w:r>
        <w:rPr>
          <w:rFonts w:ascii="☞DIODRUM ARABIC MEDIUM" w:hAnsi="☞DIODRUM ARABIC MEDIUM"/>
          <w:sz w:val="21"/>
        </w:rPr>
        <w:t xml:space="preserve"> </w:t>
      </w:r>
      <w:r>
        <w:rPr>
          <w:rFonts w:ascii="☞DIODRUM ARABIC MEDIUM" w:hAnsi="☞DIODRUM ARABIC MEDIUM" w:cs="☞DIODRUM ARABIC MEDIUM"/>
          <w:sz w:val="21"/>
          <w:szCs w:val="21"/>
          <w:rtl/>
        </w:rPr>
        <w:t>يرتفع</w:t>
      </w:r>
      <w:r>
        <w:rPr>
          <w:rFonts w:ascii="☞DIODRUM ARABIC MEDIUM" w:hAnsi="☞DIODRUM ARABIC MEDIUM"/>
          <w:sz w:val="21"/>
        </w:rPr>
        <w:t xml:space="preserve"> </w:t>
      </w:r>
      <w:r>
        <w:rPr>
          <w:rFonts w:ascii="☞DIODRUM ARABIC MEDIUM" w:hAnsi="☞DIODRUM ARABIC MEDIUM" w:cs="☞DIODRUM ARABIC MEDIUM"/>
          <w:sz w:val="21"/>
          <w:szCs w:val="21"/>
          <w:rtl/>
        </w:rPr>
        <w:t>هذا</w:t>
      </w:r>
      <w:r>
        <w:rPr>
          <w:rFonts w:ascii="☞DIODRUM ARABIC MEDIUM" w:hAnsi="☞DIODRUM ARABIC MEDIUM"/>
          <w:sz w:val="21"/>
        </w:rPr>
        <w:t xml:space="preserve"> </w:t>
      </w:r>
      <w:r>
        <w:rPr>
          <w:rFonts w:ascii="☞DIODRUM ARABIC MEDIUM" w:hAnsi="☞DIODRUM ARABIC MEDIUM" w:cs="☞DIODRUM ARABIC MEDIUM"/>
          <w:sz w:val="21"/>
          <w:szCs w:val="21"/>
          <w:rtl/>
        </w:rPr>
        <w:t>العدد</w:t>
      </w:r>
      <w:r>
        <w:rPr>
          <w:rFonts w:ascii="☞DIODRUM ARABIC MEDIUM" w:hAnsi="☞DIODRUM ARABIC MEDIUM"/>
          <w:sz w:val="21"/>
        </w:rPr>
        <w:t xml:space="preserve"> </w:t>
      </w:r>
      <w:r>
        <w:rPr>
          <w:rFonts w:ascii="☞DIODRUM ARABIC MEDIUM" w:hAnsi="☞DIODRUM ARABIC MEDIUM" w:cs="☞DIODRUM ARABIC MEDIUM"/>
          <w:sz w:val="21"/>
          <w:szCs w:val="21"/>
          <w:rtl/>
        </w:rPr>
        <w:t>ليتجاوز</w:t>
      </w:r>
      <w:r>
        <w:rPr>
          <w:rFonts w:ascii="☞DIODRUM ARABIC MEDIUM" w:hAnsi="☞DIODRUM ARABIC MEDIUM"/>
          <w:sz w:val="21"/>
        </w:rPr>
        <w:t xml:space="preserve"> 700 </w:t>
      </w:r>
      <w:r>
        <w:rPr>
          <w:rFonts w:ascii="☞DIODRUM ARABIC MEDIUM" w:hAnsi="☞DIODRUM ARABIC MEDIUM" w:cs="☞DIODRUM ARABIC MEDIUM"/>
          <w:sz w:val="21"/>
          <w:szCs w:val="21"/>
          <w:rtl/>
        </w:rPr>
        <w:t>مليون</w:t>
      </w:r>
      <w:r>
        <w:rPr>
          <w:rFonts w:ascii="☞DIODRUM ARABIC MEDIUM" w:hAnsi="☞DIODRUM ARABIC MEDIUM"/>
          <w:sz w:val="21"/>
        </w:rPr>
        <w:t xml:space="preserve"> </w:t>
      </w:r>
      <w:r>
        <w:rPr>
          <w:rFonts w:ascii="☞DIODRUM ARABIC MEDIUM" w:hAnsi="☞DIODRUM ARABIC MEDIUM" w:cs="☞DIODRUM ARABIC MEDIUM"/>
          <w:sz w:val="21"/>
          <w:szCs w:val="21"/>
          <w:rtl/>
        </w:rPr>
        <w:t>في</w:t>
      </w:r>
      <w:r>
        <w:rPr>
          <w:rFonts w:ascii="☞DIODRUM ARABIC MEDIUM" w:hAnsi="☞DIODRUM ARABIC MEDIUM"/>
          <w:sz w:val="21"/>
        </w:rPr>
        <w:t xml:space="preserve"> </w:t>
      </w:r>
      <w:r>
        <w:rPr>
          <w:rFonts w:ascii="☞DIODRUM ARABIC MEDIUM" w:hAnsi="☞DIODRUM ARABIC MEDIUM" w:cs="☞DIODRUM ARABIC MEDIUM"/>
          <w:sz w:val="21"/>
          <w:szCs w:val="21"/>
          <w:rtl/>
        </w:rPr>
        <w:t>العام</w:t>
      </w:r>
      <w:r>
        <w:rPr>
          <w:rFonts w:ascii="☞DIODRUM ARABIC MEDIUM" w:hAnsi="☞DIODRUM ARABIC MEDIUM"/>
          <w:sz w:val="21"/>
        </w:rPr>
        <w:t xml:space="preserve"> 2050 </w:t>
      </w:r>
      <w:r>
        <w:rPr>
          <w:rFonts w:ascii="☞DIODRUM ARABIC MEDIUM" w:hAnsi="☞DIODRUM ARABIC MEDIUM" w:hint="cs"/>
          <w:sz w:val="21"/>
          <w:rtl/>
        </w:rPr>
        <w:t>.</w:t>
      </w:r>
    </w:p>
    <w:p w14:paraId="153A3167" w14:textId="6A7D9954" w:rsidR="00C00614" w:rsidRPr="009D5A07" w:rsidRDefault="00D6184D" w:rsidP="00CD644B">
      <w:pPr>
        <w:pStyle w:val="Heading4"/>
        <w:bidi/>
        <w:rPr>
          <w:rFonts w:ascii="☞DIODRUM ARABIC MEDIUM" w:hAnsi="☞DIODRUM ARABIC MEDIUM" w:cs="☞DIODRUM ARABIC MEDIUM"/>
          <w:b w:val="0"/>
          <w:bCs w:val="0"/>
          <w:i w:val="0"/>
          <w:iCs w:val="0"/>
          <w:color w:val="auto"/>
        </w:rPr>
      </w:pPr>
      <w:r w:rsidRPr="009D5A07">
        <w:rPr>
          <w:rFonts w:ascii="☞DIODRUM ARABIC MEDIUM" w:hAnsi="☞DIODRUM ARABIC MEDIUM" w:cs="☞DIODRUM ARABIC MEDIUM" w:hint="cs"/>
          <w:b w:val="0"/>
          <w:bCs w:val="0"/>
          <w:i w:val="0"/>
          <w:iCs w:val="0"/>
          <w:color w:val="auto"/>
          <w:rtl/>
        </w:rPr>
        <w:t>الإعاقة</w:t>
      </w:r>
      <w:r w:rsidRPr="009D5A07">
        <w:rPr>
          <w:rFonts w:ascii="☞DIODRUM ARABIC MEDIUM" w:hAnsi="☞DIODRUM ARABIC MEDIUM" w:cs="☞DIODRUM ARABIC MEDIUM" w:hint="cs"/>
          <w:b w:val="0"/>
          <w:bCs w:val="0"/>
          <w:i w:val="0"/>
          <w:iCs w:val="0"/>
          <w:color w:val="auto"/>
        </w:rPr>
        <w:t xml:space="preserve"> </w:t>
      </w:r>
      <w:r w:rsidRPr="009D5A07">
        <w:rPr>
          <w:rFonts w:ascii="☞DIODRUM ARABIC MEDIUM" w:hAnsi="☞DIODRUM ARABIC MEDIUM" w:cs="☞DIODRUM ARABIC MEDIUM" w:hint="cs"/>
          <w:b w:val="0"/>
          <w:bCs w:val="0"/>
          <w:i w:val="0"/>
          <w:iCs w:val="0"/>
          <w:color w:val="auto"/>
          <w:rtl/>
        </w:rPr>
        <w:t>الحركية</w:t>
      </w:r>
      <w:r w:rsidR="006F71CA" w:rsidRPr="009D5A07">
        <w:rPr>
          <w:rFonts w:ascii="☞DIODRUM ARABIC MEDIUM" w:hAnsi="☞DIODRUM ARABIC MEDIUM" w:cs="☞DIODRUM ARABIC MEDIUM" w:hint="cs"/>
          <w:b w:val="0"/>
          <w:bCs w:val="0"/>
          <w:i w:val="0"/>
          <w:iCs w:val="0"/>
          <w:color w:val="auto"/>
          <w:rtl/>
        </w:rPr>
        <w:t>:</w:t>
      </w:r>
    </w:p>
    <w:p w14:paraId="64D4181C" w14:textId="4393901C" w:rsidR="00C00614" w:rsidRDefault="00C00614" w:rsidP="00CD644B">
      <w:pPr>
        <w:bidi/>
      </w:pPr>
      <w:r>
        <w:rPr>
          <w:rFonts w:ascii="☞DIODRUM ARABIC MEDIUM" w:hAnsi="☞DIODRUM ARABIC MEDIUM" w:cs="☞DIODRUM ARABIC MEDIUM"/>
          <w:sz w:val="21"/>
          <w:szCs w:val="21"/>
          <w:rtl/>
        </w:rPr>
        <w:t>يعاني</w:t>
      </w:r>
      <w:r>
        <w:rPr>
          <w:rFonts w:ascii="☞DIODRUM ARABIC MEDIUM" w:hAnsi="☞DIODRUM ARABIC MEDIUM"/>
          <w:sz w:val="21"/>
        </w:rPr>
        <w:t xml:space="preserve"> </w:t>
      </w:r>
      <w:r>
        <w:rPr>
          <w:rFonts w:ascii="☞DIODRUM ARABIC MEDIUM" w:hAnsi="☞DIODRUM ARABIC MEDIUM" w:cs="☞DIODRUM ARABIC MEDIUM"/>
          <w:sz w:val="21"/>
          <w:szCs w:val="21"/>
          <w:rtl/>
        </w:rPr>
        <w:t>حوالي</w:t>
      </w:r>
      <w:r>
        <w:rPr>
          <w:rFonts w:ascii="☞DIODRUM ARABIC MEDIUM" w:hAnsi="☞DIODRUM ARABIC MEDIUM"/>
          <w:sz w:val="21"/>
        </w:rPr>
        <w:t xml:space="preserve"> 1.71 </w:t>
      </w:r>
      <w:r>
        <w:rPr>
          <w:rFonts w:ascii="☞DIODRUM ARABIC MEDIUM" w:hAnsi="☞DIODRUM ARABIC MEDIUM" w:cs="☞DIODRUM ARABIC MEDIUM"/>
          <w:sz w:val="21"/>
          <w:szCs w:val="21"/>
          <w:rtl/>
        </w:rPr>
        <w:t>مليار</w:t>
      </w:r>
      <w:r>
        <w:rPr>
          <w:rFonts w:ascii="☞DIODRUM ARABIC MEDIUM" w:hAnsi="☞DIODRUM ARABIC MEDIUM"/>
          <w:sz w:val="21"/>
        </w:rPr>
        <w:t xml:space="preserve"> </w:t>
      </w:r>
      <w:r>
        <w:rPr>
          <w:rFonts w:ascii="☞DIODRUM ARABIC MEDIUM" w:hAnsi="☞DIODRUM ARABIC MEDIUM" w:cs="☞DIODRUM ARABIC MEDIUM"/>
          <w:sz w:val="21"/>
          <w:szCs w:val="21"/>
          <w:rtl/>
        </w:rPr>
        <w:t>شخص</w:t>
      </w:r>
      <w:r>
        <w:rPr>
          <w:rFonts w:ascii="☞DIODRUM ARABIC MEDIUM" w:hAnsi="☞DIODRUM ARABIC MEDIUM"/>
          <w:sz w:val="21"/>
        </w:rPr>
        <w:t xml:space="preserve"> </w:t>
      </w:r>
      <w:r>
        <w:rPr>
          <w:rFonts w:ascii="☞DIODRUM ARABIC MEDIUM" w:hAnsi="☞DIODRUM ARABIC MEDIUM" w:cs="☞DIODRUM ARABIC MEDIUM"/>
          <w:sz w:val="21"/>
          <w:szCs w:val="21"/>
          <w:rtl/>
        </w:rPr>
        <w:t>بالعالم</w:t>
      </w:r>
      <w:r>
        <w:rPr>
          <w:rFonts w:ascii="☞DIODRUM ARABIC MEDIUM" w:hAnsi="☞DIODRUM ARABIC MEDIUM"/>
          <w:sz w:val="21"/>
        </w:rPr>
        <w:t xml:space="preserve"> </w:t>
      </w:r>
      <w:r>
        <w:rPr>
          <w:rFonts w:ascii="☞DIODRUM ARABIC MEDIUM" w:hAnsi="☞DIODRUM ARABIC MEDIUM" w:cs="☞DIODRUM ARABIC MEDIUM"/>
          <w:sz w:val="21"/>
          <w:szCs w:val="21"/>
          <w:rtl/>
        </w:rPr>
        <w:t>من</w:t>
      </w:r>
      <w:r>
        <w:rPr>
          <w:rFonts w:ascii="☞DIODRUM ARABIC MEDIUM" w:hAnsi="☞DIODRUM ARABIC MEDIUM"/>
          <w:sz w:val="21"/>
        </w:rPr>
        <w:t xml:space="preserve"> </w:t>
      </w:r>
      <w:r>
        <w:rPr>
          <w:rFonts w:ascii="☞DIODRUM ARABIC MEDIUM" w:hAnsi="☞DIODRUM ARABIC MEDIUM" w:cs="☞DIODRUM ARABIC MEDIUM"/>
          <w:sz w:val="21"/>
          <w:szCs w:val="21"/>
          <w:rtl/>
        </w:rPr>
        <w:t>اضطرابات</w:t>
      </w:r>
      <w:r>
        <w:rPr>
          <w:rFonts w:ascii="☞DIODRUM ARABIC MEDIUM" w:hAnsi="☞DIODRUM ARABIC MEDIUM"/>
          <w:sz w:val="21"/>
        </w:rPr>
        <w:t xml:space="preserve"> </w:t>
      </w:r>
      <w:r>
        <w:rPr>
          <w:rFonts w:ascii="☞DIODRUM ARABIC MEDIUM" w:hAnsi="☞DIODRUM ARABIC MEDIUM" w:cs="☞DIODRUM ARABIC MEDIUM"/>
          <w:sz w:val="21"/>
          <w:szCs w:val="21"/>
          <w:rtl/>
        </w:rPr>
        <w:t>عضلية</w:t>
      </w:r>
      <w:r>
        <w:rPr>
          <w:rFonts w:ascii="☞DIODRUM ARABIC MEDIUM" w:hAnsi="☞DIODRUM ARABIC MEDIUM"/>
          <w:sz w:val="21"/>
        </w:rPr>
        <w:t xml:space="preserve"> </w:t>
      </w:r>
      <w:r>
        <w:rPr>
          <w:rFonts w:ascii="☞DIODRUM ARABIC MEDIUM" w:hAnsi="☞DIODRUM ARABIC MEDIUM" w:cs="☞DIODRUM ARABIC MEDIUM"/>
          <w:sz w:val="21"/>
          <w:szCs w:val="21"/>
          <w:rtl/>
        </w:rPr>
        <w:t>هيكلية،</w:t>
      </w:r>
      <w:r>
        <w:rPr>
          <w:rFonts w:ascii="☞DIODRUM ARABIC MEDIUM" w:hAnsi="☞DIODRUM ARABIC MEDIUM"/>
          <w:sz w:val="21"/>
        </w:rPr>
        <w:t xml:space="preserve"> </w:t>
      </w:r>
      <w:r>
        <w:rPr>
          <w:rFonts w:ascii="☞DIODRUM ARABIC MEDIUM" w:hAnsi="☞DIODRUM ARABIC MEDIUM" w:cs="☞DIODRUM ARABIC MEDIUM"/>
          <w:sz w:val="21"/>
          <w:szCs w:val="21"/>
          <w:rtl/>
        </w:rPr>
        <w:t>والتي</w:t>
      </w:r>
      <w:r>
        <w:rPr>
          <w:rFonts w:ascii="☞DIODRUM ARABIC MEDIUM" w:hAnsi="☞DIODRUM ARABIC MEDIUM"/>
          <w:sz w:val="21"/>
        </w:rPr>
        <w:t xml:space="preserve"> </w:t>
      </w:r>
      <w:r>
        <w:rPr>
          <w:rFonts w:ascii="☞DIODRUM ARABIC MEDIUM" w:hAnsi="☞DIODRUM ARABIC MEDIUM" w:cs="☞DIODRUM ARABIC MEDIUM"/>
          <w:sz w:val="21"/>
          <w:szCs w:val="21"/>
          <w:rtl/>
        </w:rPr>
        <w:t>تُعد</w:t>
      </w:r>
      <w:r>
        <w:rPr>
          <w:rFonts w:ascii="☞DIODRUM ARABIC MEDIUM" w:hAnsi="☞DIODRUM ARABIC MEDIUM"/>
          <w:sz w:val="21"/>
        </w:rPr>
        <w:t xml:space="preserve"> </w:t>
      </w:r>
      <w:r>
        <w:rPr>
          <w:rFonts w:ascii="☞DIODRUM ARABIC MEDIUM" w:hAnsi="☞DIODRUM ARABIC MEDIUM" w:cs="☞DIODRUM ARABIC MEDIUM"/>
          <w:sz w:val="21"/>
          <w:szCs w:val="21"/>
          <w:rtl/>
        </w:rPr>
        <w:t>سبباً</w:t>
      </w:r>
      <w:r>
        <w:rPr>
          <w:rFonts w:ascii="☞DIODRUM ARABIC MEDIUM" w:hAnsi="☞DIODRUM ARABIC MEDIUM"/>
          <w:sz w:val="21"/>
        </w:rPr>
        <w:t xml:space="preserve"> </w:t>
      </w:r>
      <w:r>
        <w:rPr>
          <w:rFonts w:ascii="☞DIODRUM ARABIC MEDIUM" w:hAnsi="☞DIODRUM ARABIC MEDIUM" w:cs="☞DIODRUM ARABIC MEDIUM"/>
          <w:sz w:val="21"/>
          <w:szCs w:val="21"/>
          <w:rtl/>
        </w:rPr>
        <w:t>رئيسياً</w:t>
      </w:r>
      <w:r>
        <w:rPr>
          <w:rFonts w:ascii="☞DIODRUM ARABIC MEDIUM" w:hAnsi="☞DIODRUM ARABIC MEDIUM"/>
          <w:sz w:val="21"/>
        </w:rPr>
        <w:t xml:space="preserve"> </w:t>
      </w:r>
      <w:r>
        <w:rPr>
          <w:rFonts w:ascii="☞DIODRUM ARABIC MEDIUM" w:hAnsi="☞DIODRUM ARABIC MEDIUM" w:cs="☞DIODRUM ARABIC MEDIUM"/>
          <w:sz w:val="21"/>
          <w:szCs w:val="21"/>
          <w:rtl/>
        </w:rPr>
        <w:t>للإعاقة</w:t>
      </w:r>
      <w:r>
        <w:rPr>
          <w:rFonts w:ascii="☞DIODRUM ARABIC MEDIUM" w:hAnsi="☞DIODRUM ARABIC MEDIUM"/>
          <w:sz w:val="21"/>
        </w:rPr>
        <w:t xml:space="preserve"> </w:t>
      </w:r>
      <w:r>
        <w:rPr>
          <w:rFonts w:ascii="☞DIODRUM ARABIC MEDIUM" w:hAnsi="☞DIODRUM ARABIC MEDIUM" w:cs="☞DIODRUM ARABIC MEDIUM"/>
          <w:sz w:val="21"/>
          <w:szCs w:val="21"/>
          <w:rtl/>
        </w:rPr>
        <w:t>الحركية</w:t>
      </w:r>
      <w:r>
        <w:rPr>
          <w:rFonts w:ascii="☞DIODRUM ARABIC MEDIUM" w:hAnsi="☞DIODRUM ARABIC MEDIUM" w:hint="cs"/>
          <w:sz w:val="21"/>
          <w:rtl/>
        </w:rPr>
        <w:t>.</w:t>
      </w:r>
    </w:p>
    <w:p w14:paraId="25333C72" w14:textId="6F7011F1" w:rsidR="00D04C7D" w:rsidRPr="009D5A07" w:rsidRDefault="00D6184D" w:rsidP="00CD644B">
      <w:pPr>
        <w:pStyle w:val="Heading4"/>
        <w:bidi/>
        <w:rPr>
          <w:rFonts w:ascii="☞DIODRUM ARABIC MEDIUM" w:hAnsi="☞DIODRUM ARABIC MEDIUM" w:cs="☞DIODRUM ARABIC MEDIUM"/>
          <w:b w:val="0"/>
          <w:bCs w:val="0"/>
          <w:i w:val="0"/>
          <w:iCs w:val="0"/>
          <w:color w:val="auto"/>
          <w:rtl/>
        </w:rPr>
      </w:pPr>
      <w:r w:rsidRPr="009D5A07">
        <w:rPr>
          <w:rFonts w:ascii="☞DIODRUM ARABIC MEDIUM" w:hAnsi="☞DIODRUM ARABIC MEDIUM" w:cs="☞DIODRUM ARABIC MEDIUM" w:hint="cs"/>
          <w:b w:val="0"/>
          <w:bCs w:val="0"/>
          <w:i w:val="0"/>
          <w:iCs w:val="0"/>
          <w:color w:val="auto"/>
          <w:rtl/>
        </w:rPr>
        <w:t>الإعاقة</w:t>
      </w:r>
      <w:r w:rsidRPr="009D5A07">
        <w:rPr>
          <w:rFonts w:ascii="☞DIODRUM ARABIC MEDIUM" w:hAnsi="☞DIODRUM ARABIC MEDIUM" w:cs="☞DIODRUM ARABIC MEDIUM" w:hint="cs"/>
          <w:b w:val="0"/>
          <w:bCs w:val="0"/>
          <w:i w:val="0"/>
          <w:iCs w:val="0"/>
          <w:color w:val="auto"/>
        </w:rPr>
        <w:t xml:space="preserve"> </w:t>
      </w:r>
      <w:r w:rsidRPr="009D5A07">
        <w:rPr>
          <w:rFonts w:ascii="☞DIODRUM ARABIC MEDIUM" w:hAnsi="☞DIODRUM ARABIC MEDIUM" w:cs="☞DIODRUM ARABIC MEDIUM" w:hint="cs"/>
          <w:b w:val="0"/>
          <w:bCs w:val="0"/>
          <w:i w:val="0"/>
          <w:iCs w:val="0"/>
          <w:color w:val="auto"/>
          <w:rtl/>
        </w:rPr>
        <w:t>الإدراكية</w:t>
      </w:r>
      <w:r w:rsidR="006F71CA" w:rsidRPr="009D5A07">
        <w:rPr>
          <w:rFonts w:ascii="☞DIODRUM ARABIC MEDIUM" w:hAnsi="☞DIODRUM ARABIC MEDIUM" w:cs="☞DIODRUM ARABIC MEDIUM" w:hint="cs"/>
          <w:b w:val="0"/>
          <w:bCs w:val="0"/>
          <w:i w:val="0"/>
          <w:iCs w:val="0"/>
          <w:color w:val="auto"/>
          <w:rtl/>
        </w:rPr>
        <w:t>:</w:t>
      </w:r>
    </w:p>
    <w:p w14:paraId="25EC552C" w14:textId="5A93882F" w:rsidR="00C00614" w:rsidRDefault="00C00614" w:rsidP="00CD644B">
      <w:pPr>
        <w:bidi/>
      </w:pPr>
      <w:r>
        <w:rPr>
          <w:rFonts w:ascii="☞DIODRUM ARABIC MEDIUM" w:hAnsi="☞DIODRUM ARABIC MEDIUM" w:cs="☞DIODRUM ARABIC MEDIUM"/>
          <w:sz w:val="21"/>
          <w:szCs w:val="21"/>
          <w:rtl/>
        </w:rPr>
        <w:t>تؤثر</w:t>
      </w:r>
      <w:r>
        <w:rPr>
          <w:rFonts w:ascii="☞DIODRUM ARABIC MEDIUM" w:hAnsi="☞DIODRUM ARABIC MEDIUM"/>
          <w:sz w:val="21"/>
        </w:rPr>
        <w:t xml:space="preserve"> </w:t>
      </w:r>
      <w:r>
        <w:rPr>
          <w:rFonts w:ascii="☞DIODRUM ARABIC MEDIUM" w:hAnsi="☞DIODRUM ARABIC MEDIUM" w:cs="☞DIODRUM ARABIC MEDIUM"/>
          <w:sz w:val="21"/>
          <w:szCs w:val="21"/>
          <w:rtl/>
        </w:rPr>
        <w:t>الإعاقات</w:t>
      </w:r>
      <w:r>
        <w:rPr>
          <w:rFonts w:ascii="☞DIODRUM ARABIC MEDIUM" w:hAnsi="☞DIODRUM ARABIC MEDIUM"/>
          <w:sz w:val="21"/>
        </w:rPr>
        <w:t xml:space="preserve"> </w:t>
      </w:r>
      <w:r>
        <w:rPr>
          <w:rFonts w:ascii="☞DIODRUM ARABIC MEDIUM" w:hAnsi="☞DIODRUM ARABIC MEDIUM" w:cs="☞DIODRUM ARABIC MEDIUM"/>
          <w:sz w:val="21"/>
          <w:szCs w:val="21"/>
          <w:rtl/>
        </w:rPr>
        <w:t>الإدراكية،</w:t>
      </w:r>
      <w:r>
        <w:rPr>
          <w:rFonts w:ascii="☞DIODRUM ARABIC MEDIUM" w:hAnsi="☞DIODRUM ARABIC MEDIUM"/>
          <w:sz w:val="21"/>
        </w:rPr>
        <w:t xml:space="preserve"> </w:t>
      </w:r>
      <w:r>
        <w:rPr>
          <w:rFonts w:ascii="☞DIODRUM ARABIC MEDIUM" w:hAnsi="☞DIODRUM ARABIC MEDIUM" w:cs="☞DIODRUM ARABIC MEDIUM"/>
          <w:sz w:val="21"/>
          <w:szCs w:val="21"/>
          <w:rtl/>
        </w:rPr>
        <w:t>بما</w:t>
      </w:r>
      <w:r>
        <w:rPr>
          <w:rFonts w:ascii="☞DIODRUM ARABIC MEDIUM" w:hAnsi="☞DIODRUM ARABIC MEDIUM"/>
          <w:sz w:val="21"/>
        </w:rPr>
        <w:t xml:space="preserve"> </w:t>
      </w:r>
      <w:r>
        <w:rPr>
          <w:rFonts w:ascii="☞DIODRUM ARABIC MEDIUM" w:hAnsi="☞DIODRUM ARABIC MEDIUM" w:cs="☞DIODRUM ARABIC MEDIUM"/>
          <w:sz w:val="21"/>
          <w:szCs w:val="21"/>
          <w:rtl/>
        </w:rPr>
        <w:t>فيها</w:t>
      </w:r>
      <w:r>
        <w:rPr>
          <w:rFonts w:ascii="☞DIODRUM ARABIC MEDIUM" w:hAnsi="☞DIODRUM ARABIC MEDIUM"/>
          <w:sz w:val="21"/>
        </w:rPr>
        <w:t xml:space="preserve"> </w:t>
      </w:r>
      <w:r>
        <w:rPr>
          <w:rFonts w:ascii="☞DIODRUM ARABIC MEDIUM" w:hAnsi="☞DIODRUM ARABIC MEDIUM" w:cs="☞DIODRUM ARABIC MEDIUM"/>
          <w:sz w:val="21"/>
          <w:szCs w:val="21"/>
          <w:rtl/>
        </w:rPr>
        <w:t>الإعاقات</w:t>
      </w:r>
      <w:r>
        <w:rPr>
          <w:rFonts w:ascii="☞DIODRUM ARABIC MEDIUM" w:hAnsi="☞DIODRUM ARABIC MEDIUM"/>
          <w:sz w:val="21"/>
        </w:rPr>
        <w:t xml:space="preserve"> </w:t>
      </w:r>
      <w:r>
        <w:rPr>
          <w:rFonts w:ascii="☞DIODRUM ARABIC MEDIUM" w:hAnsi="☞DIODRUM ARABIC MEDIUM" w:cs="☞DIODRUM ARABIC MEDIUM"/>
          <w:sz w:val="21"/>
          <w:szCs w:val="21"/>
          <w:rtl/>
        </w:rPr>
        <w:t>الفكرية</w:t>
      </w:r>
      <w:r>
        <w:rPr>
          <w:rFonts w:ascii="☞DIODRUM ARABIC MEDIUM" w:hAnsi="☞DIODRUM ARABIC MEDIUM"/>
          <w:sz w:val="21"/>
        </w:rPr>
        <w:t xml:space="preserve"> </w:t>
      </w:r>
      <w:r>
        <w:rPr>
          <w:rFonts w:ascii="☞DIODRUM ARABIC MEDIUM" w:hAnsi="☞DIODRUM ARABIC MEDIUM" w:cs="☞DIODRUM ARABIC MEDIUM"/>
          <w:sz w:val="21"/>
          <w:szCs w:val="21"/>
          <w:rtl/>
        </w:rPr>
        <w:t>واضطرابات</w:t>
      </w:r>
      <w:r>
        <w:rPr>
          <w:rFonts w:ascii="☞DIODRUM ARABIC MEDIUM" w:hAnsi="☞DIODRUM ARABIC MEDIUM"/>
          <w:sz w:val="21"/>
        </w:rPr>
        <w:t xml:space="preserve"> </w:t>
      </w:r>
      <w:r>
        <w:rPr>
          <w:rFonts w:ascii="☞DIODRUM ARABIC MEDIUM" w:hAnsi="☞DIODRUM ARABIC MEDIUM" w:cs="☞DIODRUM ARABIC MEDIUM"/>
          <w:sz w:val="21"/>
          <w:szCs w:val="21"/>
          <w:rtl/>
        </w:rPr>
        <w:t>النمو،</w:t>
      </w:r>
      <w:r>
        <w:rPr>
          <w:rFonts w:ascii="☞DIODRUM ARABIC MEDIUM" w:hAnsi="☞DIODRUM ARABIC MEDIUM"/>
          <w:sz w:val="21"/>
        </w:rPr>
        <w:t xml:space="preserve"> </w:t>
      </w:r>
      <w:r>
        <w:rPr>
          <w:rFonts w:ascii="☞DIODRUM ARABIC MEDIUM" w:hAnsi="☞DIODRUM ARABIC MEDIUM" w:cs="☞DIODRUM ARABIC MEDIUM"/>
          <w:sz w:val="21"/>
          <w:szCs w:val="21"/>
          <w:rtl/>
        </w:rPr>
        <w:t>في</w:t>
      </w:r>
      <w:r>
        <w:rPr>
          <w:rFonts w:ascii="☞DIODRUM ARABIC MEDIUM" w:hAnsi="☞DIODRUM ARABIC MEDIUM"/>
          <w:sz w:val="21"/>
        </w:rPr>
        <w:t xml:space="preserve"> 2-3% </w:t>
      </w:r>
      <w:r>
        <w:rPr>
          <w:rFonts w:ascii="☞DIODRUM ARABIC MEDIUM" w:hAnsi="☞DIODRUM ARABIC MEDIUM" w:cs="☞DIODRUM ARABIC MEDIUM"/>
          <w:sz w:val="21"/>
          <w:szCs w:val="21"/>
          <w:rtl/>
        </w:rPr>
        <w:t>من</w:t>
      </w:r>
      <w:r>
        <w:rPr>
          <w:rFonts w:ascii="☞DIODRUM ARABIC MEDIUM" w:hAnsi="☞DIODRUM ARABIC MEDIUM"/>
          <w:sz w:val="21"/>
        </w:rPr>
        <w:t xml:space="preserve"> </w:t>
      </w:r>
      <w:r>
        <w:rPr>
          <w:rFonts w:ascii="☞DIODRUM ARABIC MEDIUM" w:hAnsi="☞DIODRUM ARABIC MEDIUM" w:cs="☞DIODRUM ARABIC MEDIUM"/>
          <w:sz w:val="21"/>
          <w:szCs w:val="21"/>
          <w:rtl/>
        </w:rPr>
        <w:t>سكان</w:t>
      </w:r>
      <w:r>
        <w:rPr>
          <w:rFonts w:ascii="☞DIODRUM ARABIC MEDIUM" w:hAnsi="☞DIODRUM ARABIC MEDIUM"/>
          <w:sz w:val="21"/>
        </w:rPr>
        <w:t xml:space="preserve"> </w:t>
      </w:r>
      <w:r>
        <w:rPr>
          <w:rFonts w:ascii="☞DIODRUM ARABIC MEDIUM" w:hAnsi="☞DIODRUM ARABIC MEDIUM" w:cs="☞DIODRUM ARABIC MEDIUM"/>
          <w:sz w:val="21"/>
          <w:szCs w:val="21"/>
          <w:rtl/>
        </w:rPr>
        <w:t>العالم</w:t>
      </w:r>
      <w:r>
        <w:rPr>
          <w:rFonts w:ascii="☞DIODRUM ARABIC MEDIUM" w:hAnsi="☞DIODRUM ARABIC MEDIUM" w:hint="cs"/>
          <w:sz w:val="21"/>
          <w:rtl/>
        </w:rPr>
        <w:t>.</w:t>
      </w:r>
    </w:p>
    <w:p w14:paraId="4663F80B" w14:textId="77777777" w:rsidR="00CD3324" w:rsidRDefault="00CD3324">
      <w:pPr>
        <w:rPr>
          <w:rtl/>
        </w:rPr>
      </w:pPr>
    </w:p>
    <w:p w14:paraId="1EDB6B9A" w14:textId="19DCCAFC" w:rsidR="00CD3324" w:rsidRDefault="00CD3324">
      <w:r>
        <w:br w:type="page"/>
      </w:r>
    </w:p>
    <w:p w14:paraId="56B24EF6" w14:textId="042F9751" w:rsidR="00D04C7D" w:rsidRPr="009D5A07" w:rsidRDefault="00CD3324" w:rsidP="009D5A07">
      <w:pPr>
        <w:pStyle w:val="Heading4"/>
        <w:jc w:val="right"/>
        <w:rPr>
          <w:rFonts w:ascii="☞DIODRUM ARABIC MEDIUM" w:hAnsi="☞DIODRUM ARABIC MEDIUM" w:cs="☞DIODRUM ARABIC MEDIUM"/>
          <w:b w:val="0"/>
          <w:bCs w:val="0"/>
          <w:i w:val="0"/>
          <w:iCs w:val="0"/>
          <w:color w:val="auto"/>
          <w:rtl/>
        </w:rPr>
      </w:pPr>
      <w:r w:rsidRPr="009D5A07">
        <w:rPr>
          <w:rFonts w:ascii="☞DIODRUM ARABIC MEDIUM" w:hAnsi="☞DIODRUM ARABIC MEDIUM" w:cs="☞DIODRUM ARABIC MEDIUM" w:hint="cs"/>
          <w:b w:val="0"/>
          <w:bCs w:val="0"/>
          <w:i w:val="0"/>
          <w:iCs w:val="0"/>
          <w:color w:val="auto"/>
          <w:rtl/>
        </w:rPr>
        <w:lastRenderedPageBreak/>
        <w:t>إحصاءات حول مدى انتشار الإعاقات في المملكة</w:t>
      </w:r>
    </w:p>
    <w:p w14:paraId="118C1EAB" w14:textId="4FAC8E4F" w:rsidR="00D04C7D" w:rsidRPr="00E030EF" w:rsidRDefault="00D6184D" w:rsidP="00CD644B">
      <w:pPr>
        <w:bidi/>
        <w:rPr>
          <w:rFonts w:ascii="☞DIODRUM ARABIC MEDIUM" w:hAnsi="☞DIODRUM ARABIC MEDIUM" w:cs="☞DIODRUM ARABIC MEDIUM"/>
          <w:sz w:val="24"/>
          <w:szCs w:val="24"/>
        </w:rPr>
      </w:pPr>
      <w:r w:rsidRPr="00E030EF">
        <w:rPr>
          <w:rFonts w:ascii="☞DIODRUM ARABIC MEDIUM" w:hAnsi="☞DIODRUM ARABIC MEDIUM" w:cs="☞DIODRUM ARABIC MEDIUM" w:hint="cs"/>
          <w:sz w:val="24"/>
          <w:szCs w:val="24"/>
          <w:rtl/>
        </w:rPr>
        <w:t>تبيّن</w:t>
      </w:r>
      <w:r w:rsidRPr="00E030EF">
        <w:rPr>
          <w:rFonts w:ascii="☞DIODRUM ARABIC MEDIUM" w:hAnsi="☞DIODRUM ARABIC MEDIUM" w:cs="☞DIODRUM ARABIC MEDIUM" w:hint="cs"/>
          <w:sz w:val="24"/>
          <w:szCs w:val="24"/>
        </w:rPr>
        <w:t xml:space="preserve"> </w:t>
      </w:r>
      <w:r w:rsidRPr="00E030EF">
        <w:rPr>
          <w:rFonts w:ascii="☞DIODRUM ARABIC MEDIUM" w:hAnsi="☞DIODRUM ARABIC MEDIUM" w:cs="☞DIODRUM ARABIC MEDIUM" w:hint="cs"/>
          <w:sz w:val="24"/>
          <w:szCs w:val="24"/>
          <w:rtl/>
        </w:rPr>
        <w:t>الإحصاءات</w:t>
      </w:r>
      <w:r w:rsidRPr="00E030EF">
        <w:rPr>
          <w:rFonts w:ascii="☞DIODRUM ARABIC MEDIUM" w:hAnsi="☞DIODRUM ARABIC MEDIUM" w:cs="☞DIODRUM ARABIC MEDIUM" w:hint="cs"/>
          <w:sz w:val="24"/>
          <w:szCs w:val="24"/>
        </w:rPr>
        <w:t xml:space="preserve"> </w:t>
      </w:r>
      <w:r w:rsidRPr="00E030EF">
        <w:rPr>
          <w:rFonts w:ascii="☞DIODRUM ARABIC MEDIUM" w:hAnsi="☞DIODRUM ARABIC MEDIUM" w:cs="☞DIODRUM ARABIC MEDIUM" w:hint="cs"/>
          <w:sz w:val="24"/>
          <w:szCs w:val="24"/>
          <w:rtl/>
        </w:rPr>
        <w:t>الواردة</w:t>
      </w:r>
      <w:r w:rsidRPr="00E030EF">
        <w:rPr>
          <w:rFonts w:ascii="☞DIODRUM ARABIC MEDIUM" w:hAnsi="☞DIODRUM ARABIC MEDIUM" w:cs="☞DIODRUM ARABIC MEDIUM" w:hint="cs"/>
          <w:sz w:val="24"/>
          <w:szCs w:val="24"/>
        </w:rPr>
        <w:t xml:space="preserve"> </w:t>
      </w:r>
      <w:r w:rsidR="00987924" w:rsidRPr="00E030EF">
        <w:rPr>
          <w:rFonts w:ascii="☞DIODRUM ARABIC MEDIUM" w:hAnsi="☞DIODRUM ARABIC MEDIUM" w:cs="☞DIODRUM ARABIC MEDIUM" w:hint="cs"/>
          <w:sz w:val="24"/>
          <w:szCs w:val="24"/>
          <w:rtl/>
        </w:rPr>
        <w:t xml:space="preserve"> </w:t>
      </w:r>
      <w:r w:rsidR="00E34FB3">
        <w:rPr>
          <w:rFonts w:ascii="☞DIODRUM ARABIC MEDIUM" w:hAnsi="☞DIODRUM ARABIC MEDIUM" w:cs="☞DIODRUM ARABIC MEDIUM" w:hint="cs"/>
          <w:sz w:val="24"/>
          <w:szCs w:val="24"/>
          <w:rtl/>
        </w:rPr>
        <w:t>أ</w:t>
      </w:r>
      <w:r w:rsidR="00987924" w:rsidRPr="00E030EF">
        <w:rPr>
          <w:rFonts w:ascii="☞DIODRUM ARABIC MEDIUM" w:hAnsi="☞DIODRUM ARABIC MEDIUM" w:cs="☞DIODRUM ARABIC MEDIUM" w:hint="cs"/>
          <w:sz w:val="24"/>
          <w:szCs w:val="24"/>
          <w:rtl/>
        </w:rPr>
        <w:t>دناه</w:t>
      </w:r>
      <w:r w:rsidRPr="00E030EF">
        <w:rPr>
          <w:rFonts w:ascii="☞DIODRUM ARABIC MEDIUM" w:hAnsi="☞DIODRUM ARABIC MEDIUM" w:cs="☞DIODRUM ARABIC MEDIUM" w:hint="cs"/>
          <w:sz w:val="24"/>
          <w:szCs w:val="24"/>
        </w:rPr>
        <w:t xml:space="preserve"> </w:t>
      </w:r>
      <w:r w:rsidRPr="00E030EF">
        <w:rPr>
          <w:rFonts w:ascii="☞DIODRUM ARABIC MEDIUM" w:hAnsi="☞DIODRUM ARABIC MEDIUM" w:cs="☞DIODRUM ARABIC MEDIUM" w:hint="cs"/>
          <w:sz w:val="24"/>
          <w:szCs w:val="24"/>
          <w:rtl/>
        </w:rPr>
        <w:t>مدى</w:t>
      </w:r>
      <w:r w:rsidRPr="00E030EF">
        <w:rPr>
          <w:rFonts w:ascii="☞DIODRUM ARABIC MEDIUM" w:hAnsi="☞DIODRUM ARABIC MEDIUM" w:cs="☞DIODRUM ARABIC MEDIUM" w:hint="cs"/>
          <w:sz w:val="24"/>
          <w:szCs w:val="24"/>
        </w:rPr>
        <w:t xml:space="preserve"> </w:t>
      </w:r>
      <w:r w:rsidRPr="00E030EF">
        <w:rPr>
          <w:rFonts w:ascii="☞DIODRUM ARABIC MEDIUM" w:hAnsi="☞DIODRUM ARABIC MEDIUM" w:cs="☞DIODRUM ARABIC MEDIUM" w:hint="cs"/>
          <w:sz w:val="24"/>
          <w:szCs w:val="24"/>
          <w:rtl/>
        </w:rPr>
        <w:t>انتشار</w:t>
      </w:r>
      <w:r w:rsidRPr="00E030EF">
        <w:rPr>
          <w:rFonts w:ascii="☞DIODRUM ARABIC MEDIUM" w:hAnsi="☞DIODRUM ARABIC MEDIUM" w:cs="☞DIODRUM ARABIC MEDIUM" w:hint="cs"/>
          <w:sz w:val="24"/>
          <w:szCs w:val="24"/>
        </w:rPr>
        <w:t xml:space="preserve"> </w:t>
      </w:r>
      <w:r w:rsidRPr="00E030EF">
        <w:rPr>
          <w:rFonts w:ascii="☞DIODRUM ARABIC MEDIUM" w:hAnsi="☞DIODRUM ARABIC MEDIUM" w:cs="☞DIODRUM ARABIC MEDIUM" w:hint="cs"/>
          <w:sz w:val="24"/>
          <w:szCs w:val="24"/>
          <w:rtl/>
        </w:rPr>
        <w:t>الإعاقات</w:t>
      </w:r>
      <w:r w:rsidRPr="00E030EF">
        <w:rPr>
          <w:rFonts w:ascii="☞DIODRUM ARABIC MEDIUM" w:hAnsi="☞DIODRUM ARABIC MEDIUM" w:cs="☞DIODRUM ARABIC MEDIUM" w:hint="cs"/>
          <w:sz w:val="24"/>
          <w:szCs w:val="24"/>
        </w:rPr>
        <w:t xml:space="preserve"> </w:t>
      </w:r>
      <w:r w:rsidRPr="00E030EF">
        <w:rPr>
          <w:rFonts w:ascii="☞DIODRUM ARABIC MEDIUM" w:hAnsi="☞DIODRUM ARABIC MEDIUM" w:cs="☞DIODRUM ARABIC MEDIUM" w:hint="cs"/>
          <w:sz w:val="24"/>
          <w:szCs w:val="24"/>
          <w:rtl/>
        </w:rPr>
        <w:t>وتوزّعها</w:t>
      </w:r>
      <w:r w:rsidRPr="00E030EF">
        <w:rPr>
          <w:rFonts w:ascii="☞DIODRUM ARABIC MEDIUM" w:hAnsi="☞DIODRUM ARABIC MEDIUM" w:cs="☞DIODRUM ARABIC MEDIUM" w:hint="cs"/>
          <w:sz w:val="24"/>
          <w:szCs w:val="24"/>
        </w:rPr>
        <w:t xml:space="preserve"> </w:t>
      </w:r>
      <w:r w:rsidRPr="00E030EF">
        <w:rPr>
          <w:rFonts w:ascii="☞DIODRUM ARABIC MEDIUM" w:hAnsi="☞DIODRUM ARABIC MEDIUM" w:cs="☞DIODRUM ARABIC MEDIUM" w:hint="cs"/>
          <w:sz w:val="24"/>
          <w:szCs w:val="24"/>
          <w:rtl/>
        </w:rPr>
        <w:t>ضمن</w:t>
      </w:r>
      <w:r w:rsidRPr="00E030EF">
        <w:rPr>
          <w:rFonts w:ascii="☞DIODRUM ARABIC MEDIUM" w:hAnsi="☞DIODRUM ARABIC MEDIUM" w:cs="☞DIODRUM ARABIC MEDIUM" w:hint="cs"/>
          <w:sz w:val="24"/>
          <w:szCs w:val="24"/>
        </w:rPr>
        <w:t xml:space="preserve"> </w:t>
      </w:r>
      <w:r w:rsidRPr="00E030EF">
        <w:rPr>
          <w:rFonts w:ascii="☞DIODRUM ARABIC MEDIUM" w:hAnsi="☞DIODRUM ARABIC MEDIUM" w:cs="☞DIODRUM ARABIC MEDIUM" w:hint="cs"/>
          <w:sz w:val="24"/>
          <w:szCs w:val="24"/>
          <w:rtl/>
        </w:rPr>
        <w:t>المملكة،</w:t>
      </w:r>
      <w:r w:rsidRPr="00E030EF">
        <w:rPr>
          <w:rFonts w:ascii="☞DIODRUM ARABIC MEDIUM" w:hAnsi="☞DIODRUM ARABIC MEDIUM" w:cs="☞DIODRUM ARABIC MEDIUM" w:hint="cs"/>
          <w:sz w:val="24"/>
          <w:szCs w:val="24"/>
        </w:rPr>
        <w:t xml:space="preserve"> </w:t>
      </w:r>
      <w:r w:rsidRPr="00E030EF">
        <w:rPr>
          <w:rFonts w:ascii="☞DIODRUM ARABIC MEDIUM" w:hAnsi="☞DIODRUM ARABIC MEDIUM" w:cs="☞DIODRUM ARABIC MEDIUM" w:hint="cs"/>
          <w:sz w:val="24"/>
          <w:szCs w:val="24"/>
          <w:rtl/>
        </w:rPr>
        <w:t>مما</w:t>
      </w:r>
      <w:r w:rsidRPr="00E030EF">
        <w:rPr>
          <w:rFonts w:ascii="☞DIODRUM ARABIC MEDIUM" w:hAnsi="☞DIODRUM ARABIC MEDIUM" w:cs="☞DIODRUM ARABIC MEDIUM" w:hint="cs"/>
          <w:sz w:val="24"/>
          <w:szCs w:val="24"/>
        </w:rPr>
        <w:t xml:space="preserve"> </w:t>
      </w:r>
      <w:r w:rsidRPr="00E030EF">
        <w:rPr>
          <w:rFonts w:ascii="☞DIODRUM ARABIC MEDIUM" w:hAnsi="☞DIODRUM ARABIC MEDIUM" w:cs="☞DIODRUM ARABIC MEDIUM" w:hint="cs"/>
          <w:sz w:val="24"/>
          <w:szCs w:val="24"/>
          <w:rtl/>
        </w:rPr>
        <w:t>يوفّر</w:t>
      </w:r>
      <w:r w:rsidRPr="00E030EF">
        <w:rPr>
          <w:rFonts w:ascii="☞DIODRUM ARABIC MEDIUM" w:hAnsi="☞DIODRUM ARABIC MEDIUM" w:cs="☞DIODRUM ARABIC MEDIUM" w:hint="cs"/>
          <w:sz w:val="24"/>
          <w:szCs w:val="24"/>
        </w:rPr>
        <w:t xml:space="preserve"> </w:t>
      </w:r>
      <w:r w:rsidRPr="00E030EF">
        <w:rPr>
          <w:rFonts w:ascii="☞DIODRUM ARABIC MEDIUM" w:hAnsi="☞DIODRUM ARABIC MEDIUM" w:cs="☞DIODRUM ARABIC MEDIUM" w:hint="cs"/>
          <w:sz w:val="24"/>
          <w:szCs w:val="24"/>
          <w:rtl/>
        </w:rPr>
        <w:t>معطيات</w:t>
      </w:r>
      <w:r w:rsidRPr="00E030EF">
        <w:rPr>
          <w:rFonts w:ascii="☞DIODRUM ARABIC MEDIUM" w:hAnsi="☞DIODRUM ARABIC MEDIUM" w:cs="☞DIODRUM ARABIC MEDIUM" w:hint="cs"/>
          <w:sz w:val="24"/>
          <w:szCs w:val="24"/>
        </w:rPr>
        <w:t xml:space="preserve"> </w:t>
      </w:r>
      <w:r w:rsidRPr="00E030EF">
        <w:rPr>
          <w:rFonts w:ascii="☞DIODRUM ARABIC MEDIUM" w:hAnsi="☞DIODRUM ARABIC MEDIUM" w:cs="☞DIODRUM ARABIC MEDIUM" w:hint="cs"/>
          <w:sz w:val="24"/>
          <w:szCs w:val="24"/>
          <w:rtl/>
        </w:rPr>
        <w:t>بشأن</w:t>
      </w:r>
      <w:r w:rsidRPr="00E030EF">
        <w:rPr>
          <w:rFonts w:ascii="☞DIODRUM ARABIC MEDIUM" w:hAnsi="☞DIODRUM ARABIC MEDIUM" w:cs="☞DIODRUM ARABIC MEDIUM" w:hint="cs"/>
          <w:sz w:val="24"/>
          <w:szCs w:val="24"/>
        </w:rPr>
        <w:t xml:space="preserve"> </w:t>
      </w:r>
      <w:r w:rsidRPr="00E030EF">
        <w:rPr>
          <w:rFonts w:ascii="☞DIODRUM ARABIC MEDIUM" w:hAnsi="☞DIODRUM ARABIC MEDIUM" w:cs="☞DIODRUM ARABIC MEDIUM" w:hint="cs"/>
          <w:sz w:val="24"/>
          <w:szCs w:val="24"/>
          <w:rtl/>
        </w:rPr>
        <w:t>أبرز</w:t>
      </w:r>
      <w:r w:rsidRPr="00E030EF">
        <w:rPr>
          <w:rFonts w:ascii="☞DIODRUM ARABIC MEDIUM" w:hAnsi="☞DIODRUM ARABIC MEDIUM" w:cs="☞DIODRUM ARABIC MEDIUM" w:hint="cs"/>
          <w:sz w:val="24"/>
          <w:szCs w:val="24"/>
        </w:rPr>
        <w:t xml:space="preserve"> </w:t>
      </w:r>
      <w:r w:rsidRPr="00E030EF">
        <w:rPr>
          <w:rFonts w:ascii="☞DIODRUM ARABIC MEDIUM" w:hAnsi="☞DIODRUM ARABIC MEDIUM" w:cs="☞DIODRUM ARABIC MEDIUM" w:hint="cs"/>
          <w:sz w:val="24"/>
          <w:szCs w:val="24"/>
          <w:rtl/>
        </w:rPr>
        <w:t>أنواع</w:t>
      </w:r>
      <w:r w:rsidRPr="00E030EF">
        <w:rPr>
          <w:rFonts w:ascii="☞DIODRUM ARABIC MEDIUM" w:hAnsi="☞DIODRUM ARABIC MEDIUM" w:cs="☞DIODRUM ARABIC MEDIUM" w:hint="cs"/>
          <w:sz w:val="24"/>
          <w:szCs w:val="24"/>
        </w:rPr>
        <w:t xml:space="preserve"> </w:t>
      </w:r>
      <w:r w:rsidRPr="00E030EF">
        <w:rPr>
          <w:rFonts w:ascii="☞DIODRUM ARABIC MEDIUM" w:hAnsi="☞DIODRUM ARABIC MEDIUM" w:cs="☞DIODRUM ARABIC MEDIUM" w:hint="cs"/>
          <w:sz w:val="24"/>
          <w:szCs w:val="24"/>
          <w:rtl/>
        </w:rPr>
        <w:t>الإعاقات</w:t>
      </w:r>
      <w:r w:rsidRPr="00E030EF">
        <w:rPr>
          <w:rFonts w:ascii="☞DIODRUM ARABIC MEDIUM" w:hAnsi="☞DIODRUM ARABIC MEDIUM" w:cs="☞DIODRUM ARABIC MEDIUM" w:hint="cs"/>
          <w:sz w:val="24"/>
          <w:szCs w:val="24"/>
        </w:rPr>
        <w:t xml:space="preserve"> </w:t>
      </w:r>
      <w:r w:rsidRPr="00E030EF">
        <w:rPr>
          <w:rFonts w:ascii="☞DIODRUM ARABIC MEDIUM" w:hAnsi="☞DIODRUM ARABIC MEDIUM" w:cs="☞DIODRUM ARABIC MEDIUM" w:hint="cs"/>
          <w:sz w:val="24"/>
          <w:szCs w:val="24"/>
          <w:rtl/>
        </w:rPr>
        <w:t>التي</w:t>
      </w:r>
      <w:r w:rsidRPr="00E030EF">
        <w:rPr>
          <w:rFonts w:ascii="☞DIODRUM ARABIC MEDIUM" w:hAnsi="☞DIODRUM ARABIC MEDIUM" w:cs="☞DIODRUM ARABIC MEDIUM" w:hint="cs"/>
          <w:sz w:val="24"/>
          <w:szCs w:val="24"/>
        </w:rPr>
        <w:t xml:space="preserve"> </w:t>
      </w:r>
      <w:r w:rsidRPr="00E030EF">
        <w:rPr>
          <w:rFonts w:ascii="☞DIODRUM ARABIC MEDIUM" w:hAnsi="☞DIODRUM ARABIC MEDIUM" w:cs="☞DIODRUM ARABIC MEDIUM" w:hint="cs"/>
          <w:sz w:val="24"/>
          <w:szCs w:val="24"/>
          <w:rtl/>
        </w:rPr>
        <w:t>تؤثر</w:t>
      </w:r>
      <w:r w:rsidRPr="00E030EF">
        <w:rPr>
          <w:rFonts w:ascii="☞DIODRUM ARABIC MEDIUM" w:hAnsi="☞DIODRUM ARABIC MEDIUM" w:cs="☞DIODRUM ARABIC MEDIUM" w:hint="cs"/>
          <w:sz w:val="24"/>
          <w:szCs w:val="24"/>
        </w:rPr>
        <w:t xml:space="preserve"> </w:t>
      </w:r>
      <w:r w:rsidRPr="00E030EF">
        <w:rPr>
          <w:rFonts w:ascii="☞DIODRUM ARABIC MEDIUM" w:hAnsi="☞DIODRUM ARABIC MEDIUM" w:cs="☞DIODRUM ARABIC MEDIUM" w:hint="cs"/>
          <w:sz w:val="24"/>
          <w:szCs w:val="24"/>
          <w:rtl/>
        </w:rPr>
        <w:t>في</w:t>
      </w:r>
      <w:r w:rsidRPr="00E030EF">
        <w:rPr>
          <w:rFonts w:ascii="☞DIODRUM ARABIC MEDIUM" w:hAnsi="☞DIODRUM ARABIC MEDIUM" w:cs="☞DIODRUM ARABIC MEDIUM" w:hint="cs"/>
          <w:sz w:val="24"/>
          <w:szCs w:val="24"/>
        </w:rPr>
        <w:t xml:space="preserve"> </w:t>
      </w:r>
      <w:r w:rsidRPr="00E030EF">
        <w:rPr>
          <w:rFonts w:ascii="☞DIODRUM ARABIC MEDIUM" w:hAnsi="☞DIODRUM ARABIC MEDIUM" w:cs="☞DIODRUM ARABIC MEDIUM" w:hint="cs"/>
          <w:sz w:val="24"/>
          <w:szCs w:val="24"/>
          <w:rtl/>
        </w:rPr>
        <w:t>السكان</w:t>
      </w:r>
      <w:r w:rsidR="00987924" w:rsidRPr="00E030EF">
        <w:rPr>
          <w:rFonts w:ascii="☞DIODRUM ARABIC MEDIUM" w:hAnsi="☞DIODRUM ARABIC MEDIUM" w:cs="☞DIODRUM ARABIC MEDIUM" w:hint="cs"/>
          <w:sz w:val="24"/>
          <w:szCs w:val="24"/>
          <w:rtl/>
        </w:rPr>
        <w:t>:</w:t>
      </w:r>
    </w:p>
    <w:p w14:paraId="442C6D03" w14:textId="3006315D" w:rsidR="00D04C7D" w:rsidRPr="00CD644B" w:rsidRDefault="00D6184D" w:rsidP="00CD3324">
      <w:pPr>
        <w:pStyle w:val="ListParagraph"/>
        <w:numPr>
          <w:ilvl w:val="0"/>
          <w:numId w:val="12"/>
        </w:numPr>
        <w:bidi/>
        <w:rPr>
          <w:rFonts w:ascii="☞DIODRUM ARABIC MEDIUM" w:hAnsi="☞DIODRUM ARABIC MEDIUM" w:cs="☞DIODRUM ARABIC MEDIUM"/>
          <w:sz w:val="24"/>
          <w:szCs w:val="24"/>
          <w:rtl/>
        </w:rPr>
      </w:pPr>
      <w:r w:rsidRPr="00CD644B">
        <w:rPr>
          <w:rFonts w:ascii="☞DIODRUM ARABIC MEDIUM" w:hAnsi="☞DIODRUM ARABIC MEDIUM" w:cs="☞DIODRUM ARABIC MEDIUM" w:hint="cs"/>
          <w:sz w:val="24"/>
          <w:szCs w:val="24"/>
        </w:rPr>
        <w:t>78%</w:t>
      </w:r>
      <w:r w:rsidR="00987924" w:rsidRPr="00CD644B">
        <w:rPr>
          <w:rFonts w:ascii="☞DIODRUM ARABIC MEDIUM" w:hAnsi="☞DIODRUM ARABIC MEDIUM" w:cs="☞DIODRUM ARABIC MEDIUM" w:hint="cs"/>
          <w:sz w:val="24"/>
          <w:szCs w:val="24"/>
          <w:rtl/>
        </w:rPr>
        <w:t xml:space="preserve"> </w:t>
      </w:r>
      <w:r w:rsidRPr="00CD644B">
        <w:rPr>
          <w:rFonts w:ascii="☞DIODRUM ARABIC MEDIUM" w:hAnsi="☞DIODRUM ARABIC MEDIUM" w:cs="☞DIODRUM ARABIC MEDIUM" w:hint="cs"/>
          <w:sz w:val="24"/>
          <w:szCs w:val="24"/>
          <w:rtl/>
        </w:rPr>
        <w:t>من</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الأسر</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التي</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تضم</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شخصاً</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من</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ذوي</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الإعاقة</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تسعى</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جاهدة</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إلى</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إشراكه</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في</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المجتمع</w:t>
      </w:r>
      <w:r w:rsidR="00987924" w:rsidRPr="00CD644B">
        <w:rPr>
          <w:rFonts w:ascii="☞DIODRUM ARABIC MEDIUM" w:hAnsi="☞DIODRUM ARABIC MEDIUM" w:cs="☞DIODRUM ARABIC MEDIUM" w:hint="cs"/>
          <w:sz w:val="24"/>
          <w:szCs w:val="24"/>
          <w:rtl/>
        </w:rPr>
        <w:t>.</w:t>
      </w:r>
    </w:p>
    <w:p w14:paraId="5669FA72" w14:textId="02C9F7D6" w:rsidR="00E030EF" w:rsidRPr="00CD644B" w:rsidRDefault="00D6184D" w:rsidP="00CD3324">
      <w:pPr>
        <w:pStyle w:val="ListParagraph"/>
        <w:numPr>
          <w:ilvl w:val="0"/>
          <w:numId w:val="12"/>
        </w:numPr>
        <w:bidi/>
        <w:rPr>
          <w:rFonts w:ascii="☞DIODRUM ARABIC MEDIUM" w:hAnsi="☞DIODRUM ARABIC MEDIUM" w:cs="☞DIODRUM ARABIC MEDIUM"/>
          <w:sz w:val="24"/>
          <w:szCs w:val="24"/>
          <w:rtl/>
        </w:rPr>
      </w:pPr>
      <w:r w:rsidRPr="00CD644B">
        <w:rPr>
          <w:rFonts w:ascii="☞DIODRUM ARABIC MEDIUM" w:hAnsi="☞DIODRUM ARABIC MEDIUM" w:cs="☞DIODRUM ARABIC MEDIUM" w:hint="cs"/>
          <w:sz w:val="24"/>
          <w:szCs w:val="24"/>
        </w:rPr>
        <w:t>4.2%</w:t>
      </w:r>
      <w:r w:rsidR="00987924" w:rsidRPr="00CD644B">
        <w:rPr>
          <w:rFonts w:ascii="☞DIODRUM ARABIC MEDIUM" w:hAnsi="☞DIODRUM ARABIC MEDIUM" w:cs="☞DIODRUM ARABIC MEDIUM" w:hint="cs"/>
          <w:sz w:val="24"/>
          <w:szCs w:val="24"/>
          <w:rtl/>
        </w:rPr>
        <w:t xml:space="preserve"> </w:t>
      </w:r>
      <w:r w:rsidRPr="00CD644B">
        <w:rPr>
          <w:rFonts w:ascii="☞DIODRUM ARABIC MEDIUM" w:hAnsi="☞DIODRUM ARABIC MEDIUM" w:cs="☞DIODRUM ARABIC MEDIUM" w:hint="cs"/>
          <w:sz w:val="24"/>
          <w:szCs w:val="24"/>
          <w:rtl/>
        </w:rPr>
        <w:t>من</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السكان</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السعوديين</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يعانون</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من</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أحد</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أشكال</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الإعاقة</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أو</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الصعوبة</w:t>
      </w:r>
      <w:r w:rsidR="00987924" w:rsidRPr="00CD644B">
        <w:rPr>
          <w:rFonts w:ascii="☞DIODRUM ARABIC MEDIUM" w:hAnsi="☞DIODRUM ARABIC MEDIUM" w:cs="☞DIODRUM ARABIC MEDIUM" w:hint="cs"/>
          <w:sz w:val="24"/>
          <w:szCs w:val="24"/>
          <w:rtl/>
        </w:rPr>
        <w:t>.</w:t>
      </w:r>
    </w:p>
    <w:p w14:paraId="42B51767" w14:textId="18601A8D" w:rsidR="00E030EF" w:rsidRPr="00CD644B" w:rsidRDefault="00E030EF" w:rsidP="00CD3324">
      <w:pPr>
        <w:pStyle w:val="ListParagraph"/>
        <w:numPr>
          <w:ilvl w:val="0"/>
          <w:numId w:val="12"/>
        </w:numPr>
        <w:bidi/>
        <w:rPr>
          <w:rFonts w:ascii="☞DIODRUM ARABIC MEDIUM" w:hAnsi="☞DIODRUM ARABIC MEDIUM" w:cs="☞DIODRUM ARABIC MEDIUM"/>
          <w:sz w:val="24"/>
          <w:szCs w:val="24"/>
        </w:rPr>
      </w:pPr>
      <w:r w:rsidRPr="00CD644B">
        <w:rPr>
          <w:rFonts w:ascii="☞DIODRUM ARABIC MEDIUM" w:hAnsi="☞DIODRUM ARABIC MEDIUM" w:cs="☞DIODRUM ARABIC MEDIUM" w:hint="cs"/>
          <w:sz w:val="24"/>
          <w:szCs w:val="24"/>
          <w:rtl/>
        </w:rPr>
        <w:t>سجّلت الرياض أعلى معدل من حيث الإعاقات مقارنة بالمناطق السعودية الأخرى</w:t>
      </w:r>
      <w:r w:rsidR="00CD3324" w:rsidRPr="00CD644B">
        <w:rPr>
          <w:rFonts w:ascii="☞DIODRUM ARABIC MEDIUM" w:hAnsi="☞DIODRUM ARABIC MEDIUM" w:cs="☞DIODRUM ARABIC MEDIUM" w:hint="cs"/>
          <w:sz w:val="24"/>
          <w:szCs w:val="24"/>
          <w:rtl/>
        </w:rPr>
        <w:t xml:space="preserve"> بنسبة </w:t>
      </w:r>
      <w:r w:rsidR="00CD644B">
        <w:rPr>
          <w:rFonts w:ascii="☞DIODRUM ARABIC MEDIUM" w:hAnsi="☞DIODRUM ARABIC MEDIUM" w:cs="☞DIODRUM ARABIC MEDIUM"/>
          <w:sz w:val="24"/>
          <w:szCs w:val="24"/>
        </w:rPr>
        <w:t>25.13%</w:t>
      </w:r>
    </w:p>
    <w:p w14:paraId="0E430B99" w14:textId="5963E693" w:rsidR="00CD644B" w:rsidRDefault="009D5A07" w:rsidP="00D6184D">
      <w:pPr>
        <w:pStyle w:val="ListParagraph"/>
        <w:numPr>
          <w:ilvl w:val="0"/>
          <w:numId w:val="12"/>
        </w:numPr>
        <w:bidi/>
        <w:rPr>
          <w:rFonts w:ascii="☞DIODRUM ARABIC MEDIUM" w:hAnsi="☞DIODRUM ARABIC MEDIUM" w:cs="☞DIODRUM ARABIC MEDIUM"/>
          <w:sz w:val="24"/>
          <w:szCs w:val="24"/>
        </w:rPr>
      </w:pPr>
      <w:r w:rsidRPr="00CD644B">
        <w:rPr>
          <w:rFonts w:ascii="☞DIODRUM ARABIC MEDIUM" w:hAnsi="☞DIODRUM ARABIC MEDIUM" w:cs="☞DIODRUM ARABIC MEDIUM" w:hint="cs"/>
          <w:sz w:val="24"/>
          <w:szCs w:val="24"/>
          <w:rtl/>
        </w:rPr>
        <w:t xml:space="preserve">سجّلت </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نجران</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أدنى</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معدّل</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من</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حيث</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الإعاقات</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مقارنة</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بالمناطق</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السعودية</w:t>
      </w:r>
      <w:r w:rsidRPr="00CD644B">
        <w:rPr>
          <w:rFonts w:ascii="☞DIODRUM ARABIC MEDIUM" w:hAnsi="☞DIODRUM ARABIC MEDIUM" w:cs="☞DIODRUM ARABIC MEDIUM" w:hint="cs"/>
          <w:sz w:val="24"/>
          <w:szCs w:val="24"/>
        </w:rPr>
        <w:t xml:space="preserve"> </w:t>
      </w:r>
      <w:r w:rsidRPr="00CD644B">
        <w:rPr>
          <w:rFonts w:ascii="☞DIODRUM ARABIC MEDIUM" w:hAnsi="☞DIODRUM ARABIC MEDIUM" w:cs="☞DIODRUM ARABIC MEDIUM" w:hint="cs"/>
          <w:sz w:val="24"/>
          <w:szCs w:val="24"/>
          <w:rtl/>
        </w:rPr>
        <w:t>الأخرى</w:t>
      </w:r>
      <w:r w:rsidR="00CD3324" w:rsidRPr="00CD644B">
        <w:rPr>
          <w:rFonts w:ascii="☞DIODRUM ARABIC MEDIUM" w:hAnsi="☞DIODRUM ARABIC MEDIUM" w:cs="☞DIODRUM ARABIC MEDIUM" w:hint="cs"/>
          <w:sz w:val="24"/>
          <w:szCs w:val="24"/>
          <w:rtl/>
        </w:rPr>
        <w:t xml:space="preserve"> بنسبة</w:t>
      </w:r>
      <w:r w:rsidR="00CD644B">
        <w:rPr>
          <w:rFonts w:ascii="☞DIODRUM ARABIC MEDIUM" w:hAnsi="☞DIODRUM ARABIC MEDIUM" w:cs="☞DIODRUM ARABIC MEDIUM"/>
          <w:sz w:val="24"/>
          <w:szCs w:val="24"/>
        </w:rPr>
        <w:t>0,87%</w:t>
      </w:r>
    </w:p>
    <w:p w14:paraId="30CC9385" w14:textId="77777777" w:rsidR="00CD644B" w:rsidRPr="00CD644B" w:rsidRDefault="00CD644B" w:rsidP="00CD644B">
      <w:pPr>
        <w:pStyle w:val="ListParagraph"/>
        <w:bidi/>
        <w:rPr>
          <w:rFonts w:ascii="☞DIODRUM ARABIC MEDIUM" w:hAnsi="☞DIODRUM ARABIC MEDIUM" w:cs="☞DIODRUM ARABIC MEDIUM"/>
          <w:sz w:val="24"/>
          <w:szCs w:val="24"/>
          <w:rtl/>
        </w:rPr>
      </w:pPr>
    </w:p>
    <w:p w14:paraId="413C755A" w14:textId="1514C5EC" w:rsidR="00634370" w:rsidRPr="00CD644B" w:rsidRDefault="00CD644B" w:rsidP="00CD644B">
      <w:pPr>
        <w:pStyle w:val="ListParagraph"/>
        <w:numPr>
          <w:ilvl w:val="0"/>
          <w:numId w:val="12"/>
        </w:numPr>
        <w:bidi/>
        <w:jc w:val="center"/>
        <w:rPr>
          <w:rFonts w:ascii="☞DIODRUM ARABIC SEMIBOLD" w:hAnsi="☞DIODRUM ARABIC SEMIBOLD" w:cs="☞DIODRUM ARABIC SEMIBOLD"/>
          <w:b/>
          <w:bCs/>
          <w:sz w:val="28"/>
          <w:szCs w:val="28"/>
          <w:rtl/>
        </w:rPr>
      </w:pPr>
      <w:r>
        <w:rPr>
          <w:rFonts w:ascii="☞DIODRUM ARABIC SEMIBOLD" w:hAnsi="☞DIODRUM ARABIC SEMIBOLD" w:cs="☞DIODRUM ARABIC SEMIBOLD"/>
          <w:b/>
          <w:bCs/>
          <w:sz w:val="28"/>
          <w:szCs w:val="28"/>
        </w:rPr>
        <w:t>1.34</w:t>
      </w:r>
      <w:r w:rsidR="007E7CF1" w:rsidRPr="00CD644B">
        <w:rPr>
          <w:rFonts w:ascii="☞DIODRUM ARABIC SEMIBOLD" w:hAnsi="☞DIODRUM ARABIC SEMIBOLD" w:cs="☞DIODRUM ARABIC SEMIBOLD" w:hint="cs"/>
          <w:b/>
          <w:bCs/>
          <w:sz w:val="28"/>
          <w:szCs w:val="28"/>
          <w:rtl/>
        </w:rPr>
        <w:t xml:space="preserve"> </w:t>
      </w:r>
      <w:r w:rsidR="00634370" w:rsidRPr="00CD644B">
        <w:rPr>
          <w:rFonts w:ascii="☞DIODRUM ARABIC SEMIBOLD" w:hAnsi="☞DIODRUM ARABIC SEMIBOLD" w:cs="☞DIODRUM ARABIC SEMIBOLD" w:hint="cs"/>
          <w:b/>
          <w:bCs/>
          <w:sz w:val="28"/>
          <w:szCs w:val="28"/>
          <w:rtl/>
        </w:rPr>
        <w:t>مليون شخص من ذوي الإعاقة عل</w:t>
      </w:r>
      <w:r w:rsidR="00E40595" w:rsidRPr="00CD644B">
        <w:rPr>
          <w:rFonts w:ascii="☞DIODRUM ARABIC SEMIBOLD" w:hAnsi="☞DIODRUM ARABIC SEMIBOLD" w:cs="☞DIODRUM ARABIC SEMIBOLD" w:hint="cs"/>
          <w:b/>
          <w:bCs/>
          <w:sz w:val="28"/>
          <w:szCs w:val="28"/>
          <w:rtl/>
        </w:rPr>
        <w:t>ى مستوى المناطق السعودي</w:t>
      </w:r>
      <w:r w:rsidR="007E7CF1" w:rsidRPr="00CD644B">
        <w:rPr>
          <w:rFonts w:ascii="☞DIODRUM ARABIC SEMIBOLD" w:hAnsi="☞DIODRUM ARABIC SEMIBOLD" w:cs="☞DIODRUM ARABIC SEMIBOLD" w:hint="cs"/>
          <w:b/>
          <w:bCs/>
          <w:sz w:val="28"/>
          <w:szCs w:val="28"/>
          <w:rtl/>
        </w:rPr>
        <w:t>ة.</w:t>
      </w:r>
    </w:p>
    <w:p w14:paraId="50292B47" w14:textId="77777777" w:rsidR="00E40595" w:rsidRDefault="00E40595" w:rsidP="007E7CF1"/>
    <w:p w14:paraId="7C41E64E" w14:textId="55A1676C" w:rsidR="00D04C7D" w:rsidRDefault="00D6184D">
      <w:pPr>
        <w:bidi/>
        <w:rPr>
          <w:rFonts w:ascii="☞DIODRUM ARABIC MEDIUM" w:hAnsi="☞DIODRUM ARABIC MEDIUM"/>
          <w:rtl/>
        </w:rPr>
      </w:pPr>
      <w:r>
        <w:rPr>
          <w:rFonts w:ascii="☞DIODRUM ARABIC MEDIUM" w:hAnsi="☞DIODRUM ARABIC MEDIUM" w:cs="☞DIODRUM ARABIC MEDIUM"/>
          <w:rtl/>
        </w:rPr>
        <w:t>بعد</w:t>
      </w:r>
      <w:r>
        <w:rPr>
          <w:rFonts w:ascii="☞DIODRUM ARABIC MEDIUM" w:hAnsi="☞DIODRUM ARABIC MEDIUM"/>
        </w:rPr>
        <w:t xml:space="preserve"> </w:t>
      </w:r>
      <w:r>
        <w:rPr>
          <w:rFonts w:ascii="☞DIODRUM ARABIC MEDIUM" w:hAnsi="☞DIODRUM ARABIC MEDIUM" w:cs="☞DIODRUM ARABIC MEDIUM"/>
          <w:rtl/>
        </w:rPr>
        <w:t>ذلك،</w:t>
      </w:r>
      <w:r>
        <w:rPr>
          <w:rFonts w:ascii="☞DIODRUM ARABIC MEDIUM" w:hAnsi="☞DIODRUM ARABIC MEDIUM"/>
        </w:rPr>
        <w:t xml:space="preserve"> </w:t>
      </w:r>
      <w:r>
        <w:rPr>
          <w:rFonts w:ascii="☞DIODRUM ARABIC MEDIUM" w:hAnsi="☞DIODRUM ARABIC MEDIUM" w:cs="☞DIODRUM ARABIC MEDIUM"/>
          <w:rtl/>
        </w:rPr>
        <w:t>يتم</w:t>
      </w:r>
      <w:r>
        <w:rPr>
          <w:rFonts w:ascii="☞DIODRUM ARABIC MEDIUM" w:hAnsi="☞DIODRUM ARABIC MEDIUM"/>
        </w:rPr>
        <w:t xml:space="preserve"> </w:t>
      </w:r>
      <w:r>
        <w:rPr>
          <w:rFonts w:ascii="☞DIODRUM ARABIC MEDIUM" w:hAnsi="☞DIODRUM ARABIC MEDIUM" w:cs="☞DIODRUM ARABIC MEDIUM"/>
          <w:rtl/>
        </w:rPr>
        <w:t>تقسيم</w:t>
      </w:r>
      <w:r>
        <w:rPr>
          <w:rFonts w:ascii="☞DIODRUM ARABIC MEDIUM" w:hAnsi="☞DIODRUM ARABIC MEDIUM"/>
        </w:rPr>
        <w:t xml:space="preserve">  </w:t>
      </w:r>
      <w:r>
        <w:rPr>
          <w:rFonts w:ascii="☞DIODRUM ARABIC MEDIUM" w:hAnsi="☞DIODRUM ARABIC MEDIUM" w:cs="☞DIODRUM ARABIC MEDIUM"/>
          <w:rtl/>
        </w:rPr>
        <w:t>أبرز</w:t>
      </w:r>
      <w:r>
        <w:rPr>
          <w:rFonts w:ascii="☞DIODRUM ARABIC MEDIUM" w:hAnsi="☞DIODRUM ARABIC MEDIUM"/>
        </w:rPr>
        <w:t xml:space="preserve"> </w:t>
      </w:r>
      <w:r>
        <w:rPr>
          <w:rFonts w:ascii="☞DIODRUM ARABIC MEDIUM" w:hAnsi="☞DIODRUM ARABIC MEDIUM" w:cs="☞DIODRUM ARABIC MEDIUM"/>
          <w:rtl/>
        </w:rPr>
        <w:t>أنواع</w:t>
      </w:r>
      <w:r>
        <w:rPr>
          <w:rFonts w:ascii="☞DIODRUM ARABIC MEDIUM" w:hAnsi="☞DIODRUM ARABIC MEDIUM"/>
        </w:rPr>
        <w:t xml:space="preserve"> </w:t>
      </w:r>
      <w:r>
        <w:rPr>
          <w:rFonts w:ascii="☞DIODRUM ARABIC MEDIUM" w:hAnsi="☞DIODRUM ARABIC MEDIUM" w:cs="☞DIODRUM ARABIC MEDIUM"/>
          <w:rtl/>
        </w:rPr>
        <w:t>الإعاقات</w:t>
      </w:r>
      <w:r>
        <w:rPr>
          <w:rFonts w:ascii="☞DIODRUM ARABIC MEDIUM" w:hAnsi="☞DIODRUM ARABIC MEDIUM"/>
        </w:rPr>
        <w:t xml:space="preserve"> </w:t>
      </w:r>
      <w:r>
        <w:rPr>
          <w:rFonts w:ascii="☞DIODRUM ARABIC MEDIUM" w:hAnsi="☞DIODRUM ARABIC MEDIUM" w:cs="☞DIODRUM ARABIC MEDIUM"/>
          <w:rtl/>
        </w:rPr>
        <w:t>في</w:t>
      </w:r>
      <w:r>
        <w:rPr>
          <w:rFonts w:ascii="☞DIODRUM ARABIC MEDIUM" w:hAnsi="☞DIODRUM ARABIC MEDIUM"/>
        </w:rPr>
        <w:t xml:space="preserve"> </w:t>
      </w:r>
      <w:r>
        <w:rPr>
          <w:rFonts w:ascii="☞DIODRUM ARABIC MEDIUM" w:hAnsi="☞DIODRUM ARABIC MEDIUM" w:cs="☞DIODRUM ARABIC MEDIUM"/>
          <w:rtl/>
        </w:rPr>
        <w:t>المملكة</w:t>
      </w:r>
      <w:r>
        <w:rPr>
          <w:rFonts w:ascii="☞DIODRUM ARABIC MEDIUM" w:hAnsi="☞DIODRUM ARABIC MEDIUM"/>
        </w:rPr>
        <w:t xml:space="preserve"> </w:t>
      </w:r>
      <w:r>
        <w:rPr>
          <w:rFonts w:ascii="☞DIODRUM ARABIC MEDIUM" w:hAnsi="☞DIODRUM ARABIC MEDIUM" w:cs="☞DIODRUM ARABIC MEDIUM"/>
          <w:rtl/>
        </w:rPr>
        <w:t>لتوفير</w:t>
      </w:r>
      <w:r>
        <w:rPr>
          <w:rFonts w:ascii="☞DIODRUM ARABIC MEDIUM" w:hAnsi="☞DIODRUM ARABIC MEDIUM"/>
        </w:rPr>
        <w:t xml:space="preserve"> </w:t>
      </w:r>
      <w:r>
        <w:rPr>
          <w:rFonts w:ascii="☞DIODRUM ARABIC MEDIUM" w:hAnsi="☞DIODRUM ARABIC MEDIUM" w:cs="☞DIODRUM ARABIC MEDIUM"/>
          <w:rtl/>
        </w:rPr>
        <w:t>صورة</w:t>
      </w:r>
      <w:r>
        <w:rPr>
          <w:rFonts w:ascii="☞DIODRUM ARABIC MEDIUM" w:hAnsi="☞DIODRUM ARABIC MEDIUM"/>
        </w:rPr>
        <w:t xml:space="preserve"> </w:t>
      </w:r>
      <w:r>
        <w:rPr>
          <w:rFonts w:ascii="☞DIODRUM ARABIC MEDIUM" w:hAnsi="☞DIODRUM ARABIC MEDIUM" w:cs="☞DIODRUM ARABIC MEDIUM"/>
          <w:rtl/>
        </w:rPr>
        <w:t>أوضح</w:t>
      </w:r>
      <w:r>
        <w:rPr>
          <w:rFonts w:ascii="☞DIODRUM ARABIC MEDIUM" w:hAnsi="☞DIODRUM ARABIC MEDIUM"/>
        </w:rPr>
        <w:t xml:space="preserve"> </w:t>
      </w:r>
      <w:r>
        <w:rPr>
          <w:rFonts w:ascii="☞DIODRUM ARABIC MEDIUM" w:hAnsi="☞DIODRUM ARABIC MEDIUM" w:cs="☞DIODRUM ARABIC MEDIUM"/>
          <w:rtl/>
        </w:rPr>
        <w:t>عن</w:t>
      </w:r>
      <w:r>
        <w:rPr>
          <w:rFonts w:ascii="☞DIODRUM ARABIC MEDIUM" w:hAnsi="☞DIODRUM ARABIC MEDIUM"/>
        </w:rPr>
        <w:t xml:space="preserve"> </w:t>
      </w:r>
      <w:r>
        <w:rPr>
          <w:rFonts w:ascii="☞DIODRUM ARABIC MEDIUM" w:hAnsi="☞DIODRUM ARABIC MEDIUM" w:cs="☞DIODRUM ARABIC MEDIUM"/>
          <w:rtl/>
        </w:rPr>
        <w:t>التحديات</w:t>
      </w:r>
      <w:r>
        <w:rPr>
          <w:rFonts w:ascii="☞DIODRUM ARABIC MEDIUM" w:hAnsi="☞DIODRUM ARABIC MEDIUM"/>
        </w:rPr>
        <w:t xml:space="preserve"> </w:t>
      </w:r>
      <w:r>
        <w:rPr>
          <w:rFonts w:ascii="☞DIODRUM ARABIC MEDIUM" w:hAnsi="☞DIODRUM ARABIC MEDIUM" w:cs="☞DIODRUM ARABIC MEDIUM"/>
          <w:rtl/>
        </w:rPr>
        <w:t>التي</w:t>
      </w:r>
      <w:r>
        <w:rPr>
          <w:rFonts w:ascii="☞DIODRUM ARABIC MEDIUM" w:hAnsi="☞DIODRUM ARABIC MEDIUM"/>
        </w:rPr>
        <w:t xml:space="preserve"> </w:t>
      </w:r>
      <w:proofErr w:type="spellStart"/>
      <w:r>
        <w:rPr>
          <w:rFonts w:ascii="☞DIODRUM ARABIC MEDIUM" w:hAnsi="☞DIODRUM ARABIC MEDIUM" w:cs="☞DIODRUM ARABIC MEDIUM"/>
          <w:rtl/>
        </w:rPr>
        <w:t>يواجهها</w:t>
      </w:r>
      <w:proofErr w:type="spellEnd"/>
      <w:r>
        <w:rPr>
          <w:rFonts w:ascii="☞DIODRUM ARABIC MEDIUM" w:hAnsi="☞DIODRUM ARABIC MEDIUM"/>
        </w:rPr>
        <w:t xml:space="preserve"> </w:t>
      </w:r>
      <w:r>
        <w:rPr>
          <w:rFonts w:ascii="☞DIODRUM ARABIC MEDIUM" w:hAnsi="☞DIODRUM ARABIC MEDIUM" w:cs="☞DIODRUM ARABIC MEDIUM"/>
          <w:rtl/>
        </w:rPr>
        <w:t>المجتمع،</w:t>
      </w:r>
      <w:r>
        <w:rPr>
          <w:rFonts w:ascii="☞DIODRUM ARABIC MEDIUM" w:hAnsi="☞DIODRUM ARABIC MEDIUM"/>
        </w:rPr>
        <w:t xml:space="preserve"> </w:t>
      </w:r>
      <w:r>
        <w:rPr>
          <w:rFonts w:ascii="☞DIODRUM ARABIC MEDIUM" w:hAnsi="☞DIODRUM ARABIC MEDIUM" w:cs="☞DIODRUM ARABIC MEDIUM"/>
          <w:rtl/>
        </w:rPr>
        <w:t>وهنا</w:t>
      </w:r>
      <w:r>
        <w:rPr>
          <w:rFonts w:ascii="☞DIODRUM ARABIC MEDIUM" w:hAnsi="☞DIODRUM ARABIC MEDIUM"/>
        </w:rPr>
        <w:t xml:space="preserve"> </w:t>
      </w:r>
      <w:r>
        <w:rPr>
          <w:rFonts w:ascii="☞DIODRUM ARABIC MEDIUM" w:hAnsi="☞DIODRUM ARABIC MEDIUM" w:cs="☞DIODRUM ARABIC MEDIUM"/>
          <w:rtl/>
        </w:rPr>
        <w:t>بعضها</w:t>
      </w:r>
      <w:r w:rsidR="00CD3324">
        <w:rPr>
          <w:rFonts w:ascii="☞DIODRUM ARABIC MEDIUM" w:hAnsi="☞DIODRUM ARABIC MEDIUM" w:hint="cs"/>
          <w:rtl/>
        </w:rPr>
        <w:t>:</w:t>
      </w:r>
    </w:p>
    <w:p w14:paraId="1486F02A" w14:textId="77777777" w:rsidR="00557B95" w:rsidRDefault="00557B95" w:rsidP="00CD644B">
      <w:pPr>
        <w:bidi/>
      </w:pPr>
    </w:p>
    <w:p w14:paraId="2CF83F4A" w14:textId="1735193A" w:rsidR="00557B95" w:rsidRPr="00CD644B" w:rsidRDefault="00557B95" w:rsidP="00CD644B">
      <w:pPr>
        <w:pStyle w:val="ListParagraph"/>
        <w:numPr>
          <w:ilvl w:val="0"/>
          <w:numId w:val="16"/>
        </w:numPr>
        <w:bidi/>
        <w:rPr>
          <w:rFonts w:ascii="☞DIODRUM ARABIC MEDIUM" w:hAnsi="☞DIODRUM ARABIC MEDIUM" w:cs="☞DIODRUM ARABIC MEDIUM"/>
        </w:rPr>
      </w:pPr>
      <w:r w:rsidRPr="00CD644B">
        <w:rPr>
          <w:rFonts w:ascii="☞DIODRUM ARABIC MEDIUM" w:hAnsi="☞DIODRUM ARABIC MEDIUM" w:cs="☞DIODRUM ARABIC MEDIUM" w:hint="cs"/>
          <w:rtl/>
        </w:rPr>
        <w:t>الإعاقات</w:t>
      </w:r>
      <w:r w:rsidRPr="00CD644B">
        <w:rPr>
          <w:rFonts w:ascii="☞DIODRUM ARABIC MEDIUM" w:hAnsi="☞DIODRUM ARABIC MEDIUM" w:cs="☞DIODRUM ARABIC MEDIUM" w:hint="cs"/>
        </w:rPr>
        <w:t xml:space="preserve"> </w:t>
      </w:r>
      <w:r w:rsidRPr="00CD644B">
        <w:rPr>
          <w:rFonts w:ascii="☞DIODRUM ARABIC MEDIUM" w:hAnsi="☞DIODRUM ARABIC MEDIUM" w:cs="☞DIODRUM ARABIC MEDIUM" w:hint="cs"/>
          <w:rtl/>
        </w:rPr>
        <w:t xml:space="preserve">البصرية </w:t>
      </w:r>
      <w:r w:rsidRPr="00CD644B">
        <w:rPr>
          <w:rFonts w:ascii="☞DIODRUM ARABIC MEDIUM" w:hAnsi="☞DIODRUM ARABIC MEDIUM" w:cs="☞DIODRUM ARABIC MEDIUM" w:hint="cs"/>
        </w:rPr>
        <w:t>2.2%</w:t>
      </w:r>
    </w:p>
    <w:p w14:paraId="384921D2" w14:textId="3106FB67" w:rsidR="00557B95" w:rsidRPr="00CD644B" w:rsidRDefault="00557B95" w:rsidP="00CD644B">
      <w:pPr>
        <w:pStyle w:val="ListParagraph"/>
        <w:numPr>
          <w:ilvl w:val="0"/>
          <w:numId w:val="16"/>
        </w:numPr>
        <w:bidi/>
        <w:rPr>
          <w:rFonts w:ascii="☞DIODRUM ARABIC MEDIUM" w:hAnsi="☞DIODRUM ARABIC MEDIUM" w:cs="☞DIODRUM ARABIC MEDIUM"/>
        </w:rPr>
      </w:pPr>
      <w:r w:rsidRPr="00CD644B">
        <w:rPr>
          <w:rFonts w:ascii="☞DIODRUM ARABIC MEDIUM" w:hAnsi="☞DIODRUM ARABIC MEDIUM" w:cs="☞DIODRUM ARABIC MEDIUM" w:hint="cs"/>
          <w:rtl/>
        </w:rPr>
        <w:t>الإعاقات</w:t>
      </w:r>
      <w:r w:rsidRPr="00CD644B">
        <w:rPr>
          <w:rFonts w:ascii="☞DIODRUM ARABIC MEDIUM" w:hAnsi="☞DIODRUM ARABIC MEDIUM" w:cs="☞DIODRUM ARABIC MEDIUM" w:hint="cs"/>
        </w:rPr>
        <w:t xml:space="preserve"> </w:t>
      </w:r>
      <w:r w:rsidRPr="00CD644B">
        <w:rPr>
          <w:rFonts w:ascii="☞DIODRUM ARABIC MEDIUM" w:hAnsi="☞DIODRUM ARABIC MEDIUM" w:cs="☞DIODRUM ARABIC MEDIUM" w:hint="cs"/>
          <w:rtl/>
        </w:rPr>
        <w:t xml:space="preserve">السمعية </w:t>
      </w:r>
      <w:r w:rsidRPr="00CD644B">
        <w:rPr>
          <w:rFonts w:ascii="☞DIODRUM ARABIC MEDIUM" w:hAnsi="☞DIODRUM ARABIC MEDIUM" w:cs="☞DIODRUM ARABIC MEDIUM" w:hint="cs"/>
        </w:rPr>
        <w:t>0.6%</w:t>
      </w:r>
    </w:p>
    <w:p w14:paraId="2EA4ED57" w14:textId="67963B8D" w:rsidR="00D04C7D" w:rsidRPr="00CD644B" w:rsidRDefault="00D6184D" w:rsidP="00CD644B">
      <w:pPr>
        <w:pStyle w:val="ListParagraph"/>
        <w:numPr>
          <w:ilvl w:val="0"/>
          <w:numId w:val="16"/>
        </w:numPr>
        <w:bidi/>
        <w:rPr>
          <w:rFonts w:ascii="☞DIODRUM ARABIC MEDIUM" w:hAnsi="☞DIODRUM ARABIC MEDIUM" w:cs="☞DIODRUM ARABIC MEDIUM"/>
        </w:rPr>
      </w:pPr>
      <w:bookmarkStart w:id="15" w:name="heading_6_الإعاقات_الحركية"/>
      <w:r w:rsidRPr="00CD644B">
        <w:rPr>
          <w:rFonts w:ascii="☞DIODRUM ARABIC MEDIUM" w:hAnsi="☞DIODRUM ARABIC MEDIUM" w:cs="☞DIODRUM ARABIC MEDIUM" w:hint="cs"/>
          <w:rtl/>
        </w:rPr>
        <w:t>الإعاقات</w:t>
      </w:r>
      <w:r w:rsidRPr="00CD644B">
        <w:rPr>
          <w:rFonts w:ascii="☞DIODRUM ARABIC MEDIUM" w:hAnsi="☞DIODRUM ARABIC MEDIUM" w:cs="☞DIODRUM ARABIC MEDIUM" w:hint="cs"/>
        </w:rPr>
        <w:t xml:space="preserve"> </w:t>
      </w:r>
      <w:r w:rsidRPr="00CD644B">
        <w:rPr>
          <w:rFonts w:ascii="☞DIODRUM ARABIC MEDIUM" w:hAnsi="☞DIODRUM ARABIC MEDIUM" w:cs="☞DIODRUM ARABIC MEDIUM" w:hint="cs"/>
          <w:rtl/>
        </w:rPr>
        <w:t>الحركية</w:t>
      </w:r>
      <w:bookmarkEnd w:id="15"/>
      <w:r w:rsidR="00557B95" w:rsidRPr="00CD644B">
        <w:rPr>
          <w:rFonts w:ascii="☞DIODRUM ARABIC MEDIUM" w:hAnsi="☞DIODRUM ARABIC MEDIUM" w:cs="☞DIODRUM ARABIC MEDIUM" w:hint="cs"/>
        </w:rPr>
        <w:t xml:space="preserve"> %1.8</w:t>
      </w:r>
    </w:p>
    <w:p w14:paraId="4468879E" w14:textId="063ECE51" w:rsidR="00D04C7D" w:rsidRPr="00CD644B" w:rsidRDefault="00D6184D" w:rsidP="00CD644B">
      <w:pPr>
        <w:pStyle w:val="ListParagraph"/>
        <w:numPr>
          <w:ilvl w:val="0"/>
          <w:numId w:val="16"/>
        </w:numPr>
        <w:bidi/>
        <w:rPr>
          <w:rFonts w:ascii="☞DIODRUM ARABIC MEDIUM" w:hAnsi="☞DIODRUM ARABIC MEDIUM" w:cs="☞DIODRUM ARABIC MEDIUM"/>
        </w:rPr>
      </w:pPr>
      <w:bookmarkStart w:id="16" w:name="heading_6_الإعاقات_البصرية"/>
      <w:r w:rsidRPr="00CD644B">
        <w:rPr>
          <w:rFonts w:ascii="☞DIODRUM ARABIC MEDIUM" w:hAnsi="☞DIODRUM ARABIC MEDIUM" w:cs="☞DIODRUM ARABIC MEDIUM" w:hint="cs"/>
          <w:rtl/>
        </w:rPr>
        <w:t>الإعاقات</w:t>
      </w:r>
      <w:r w:rsidRPr="00CD644B">
        <w:rPr>
          <w:rFonts w:ascii="☞DIODRUM ARABIC MEDIUM" w:hAnsi="☞DIODRUM ARABIC MEDIUM" w:cs="☞DIODRUM ARABIC MEDIUM" w:hint="cs"/>
        </w:rPr>
        <w:t xml:space="preserve"> </w:t>
      </w:r>
      <w:r w:rsidRPr="00CD644B">
        <w:rPr>
          <w:rFonts w:ascii="☞DIODRUM ARABIC MEDIUM" w:hAnsi="☞DIODRUM ARABIC MEDIUM" w:cs="☞DIODRUM ARABIC MEDIUM" w:hint="cs"/>
          <w:rtl/>
        </w:rPr>
        <w:t>ا</w:t>
      </w:r>
      <w:bookmarkEnd w:id="16"/>
      <w:r w:rsidR="00557B95" w:rsidRPr="00CD644B">
        <w:rPr>
          <w:rFonts w:ascii="☞DIODRUM ARABIC MEDIUM" w:hAnsi="☞DIODRUM ARABIC MEDIUM" w:cs="☞DIODRUM ARABIC MEDIUM" w:hint="cs"/>
          <w:rtl/>
        </w:rPr>
        <w:t xml:space="preserve">لإدراكية </w:t>
      </w:r>
      <w:r w:rsidR="00557B95" w:rsidRPr="00CD644B">
        <w:rPr>
          <w:rFonts w:ascii="☞DIODRUM ARABIC MEDIUM" w:hAnsi="☞DIODRUM ARABIC MEDIUM" w:cs="☞DIODRUM ARABIC MEDIUM" w:hint="cs"/>
        </w:rPr>
        <w:t>0.6%</w:t>
      </w:r>
    </w:p>
    <w:p w14:paraId="5D268F5A" w14:textId="21886C84" w:rsidR="00D04C7D" w:rsidRDefault="00D04C7D" w:rsidP="009D5A07">
      <w:pPr>
        <w:jc w:val="right"/>
      </w:pPr>
    </w:p>
    <w:p w14:paraId="28445EF6" w14:textId="77777777" w:rsidR="00D04C7D" w:rsidRDefault="00D6184D">
      <w:r>
        <w:br w:type="page"/>
      </w:r>
    </w:p>
    <w:p w14:paraId="61FBC6E0" w14:textId="3EF8CC91" w:rsidR="00D04C7D" w:rsidRPr="00103393" w:rsidRDefault="00A631E7">
      <w:pPr>
        <w:pStyle w:val="Heading3"/>
        <w:bidi/>
        <w:rPr>
          <w:rFonts w:ascii="DiodrumArabic-Bold" w:hAnsi="DiodrumArabic-Bold" w:cs="DiodrumArabic-Bold"/>
          <w:color w:val="auto"/>
        </w:rPr>
      </w:pPr>
      <w:bookmarkStart w:id="17" w:name="heading_7_24__الشمولية_الرقمية_لكبار_الس"/>
      <w:bookmarkStart w:id="18" w:name="_Toc204265938"/>
      <w:r>
        <w:rPr>
          <w:rFonts w:ascii="DiodrumArabic-Bold" w:hAnsi="DiodrumArabic-Bold" w:cs="DiodrumArabic-Bold" w:hint="cs"/>
          <w:color w:val="auto"/>
          <w:rtl/>
        </w:rPr>
        <w:lastRenderedPageBreak/>
        <w:t xml:space="preserve"> </w:t>
      </w:r>
      <w:r>
        <w:rPr>
          <w:rFonts w:ascii="DiodrumArabic-Bold" w:hAnsi="DiodrumArabic-Bold" w:cs="DiodrumArabic-Bold"/>
          <w:color w:val="auto"/>
        </w:rPr>
        <w:t xml:space="preserve"> </w:t>
      </w:r>
      <w:r w:rsidR="00972E87" w:rsidRPr="00103393">
        <w:rPr>
          <w:rFonts w:ascii="DiodrumArabic-Bold" w:hAnsi="DiodrumArabic-Bold" w:cs="DiodrumArabic-Bold"/>
          <w:color w:val="auto"/>
        </w:rPr>
        <w:t xml:space="preserve">2.4 </w:t>
      </w:r>
      <w:r w:rsidR="00972E87" w:rsidRPr="00103393">
        <w:rPr>
          <w:rFonts w:ascii="DiodrumArabic-Bold" w:hAnsi="DiodrumArabic-Bold" w:cs="DiodrumArabic-Bold"/>
          <w:color w:val="auto"/>
          <w:rtl/>
        </w:rPr>
        <w:t>الشمولية</w:t>
      </w:r>
      <w:r w:rsidR="00D6184D" w:rsidRPr="00103393">
        <w:rPr>
          <w:rFonts w:ascii="DiodrumArabic-Bold" w:hAnsi="DiodrumArabic-Bold" w:cs="DiodrumArabic-Bold"/>
          <w:color w:val="auto"/>
        </w:rPr>
        <w:t xml:space="preserve"> </w:t>
      </w:r>
      <w:r w:rsidR="00D6184D" w:rsidRPr="00103393">
        <w:rPr>
          <w:rFonts w:ascii="DiodrumArabic-Bold" w:hAnsi="DiodrumArabic-Bold" w:cs="DiodrumArabic-Bold"/>
          <w:color w:val="auto"/>
          <w:rtl/>
        </w:rPr>
        <w:t>الرقمية</w:t>
      </w:r>
      <w:r w:rsidR="00D6184D" w:rsidRPr="00103393">
        <w:rPr>
          <w:rFonts w:ascii="DiodrumArabic-Bold" w:hAnsi="DiodrumArabic-Bold" w:cs="DiodrumArabic-Bold"/>
          <w:color w:val="auto"/>
        </w:rPr>
        <w:t xml:space="preserve"> </w:t>
      </w:r>
      <w:r w:rsidR="00D6184D" w:rsidRPr="00103393">
        <w:rPr>
          <w:rFonts w:ascii="DiodrumArabic-Bold" w:hAnsi="DiodrumArabic-Bold" w:cs="DiodrumArabic-Bold"/>
          <w:color w:val="auto"/>
          <w:rtl/>
        </w:rPr>
        <w:t>لكبار</w:t>
      </w:r>
      <w:r w:rsidR="00D6184D" w:rsidRPr="00103393">
        <w:rPr>
          <w:rFonts w:ascii="DiodrumArabic-Bold" w:hAnsi="DiodrumArabic-Bold" w:cs="DiodrumArabic-Bold"/>
          <w:color w:val="auto"/>
        </w:rPr>
        <w:t xml:space="preserve"> </w:t>
      </w:r>
      <w:r w:rsidR="00D6184D" w:rsidRPr="00103393">
        <w:rPr>
          <w:rFonts w:ascii="DiodrumArabic-Bold" w:hAnsi="DiodrumArabic-Bold" w:cs="DiodrumArabic-Bold"/>
          <w:color w:val="auto"/>
          <w:rtl/>
        </w:rPr>
        <w:t>السن</w:t>
      </w:r>
      <w:bookmarkEnd w:id="17"/>
      <w:bookmarkEnd w:id="18"/>
    </w:p>
    <w:p w14:paraId="13097278" w14:textId="493ADD8F" w:rsidR="00D04C7D" w:rsidRDefault="00D6184D" w:rsidP="00CD644B">
      <w:pPr>
        <w:bidi/>
      </w:pP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بين</w:t>
      </w:r>
      <w:r>
        <w:rPr>
          <w:rFonts w:ascii="DiodrumArabic-Medium" w:hAnsi="DiodrumArabic-Medium"/>
          <w:sz w:val="21"/>
        </w:rPr>
        <w:t xml:space="preserve"> </w:t>
      </w:r>
      <w:r>
        <w:rPr>
          <w:rFonts w:ascii="DiodrumArabic-Medium" w:hAnsi="DiodrumArabic-Medium" w:cs="DiodrumArabic-Medium"/>
          <w:sz w:val="21"/>
          <w:szCs w:val="21"/>
          <w:rtl/>
        </w:rPr>
        <w:t>العناصر</w:t>
      </w:r>
      <w:r>
        <w:rPr>
          <w:rFonts w:ascii="DiodrumArabic-Medium" w:hAnsi="DiodrumArabic-Medium"/>
          <w:sz w:val="21"/>
        </w:rPr>
        <w:t xml:space="preserve"> </w:t>
      </w:r>
      <w:r>
        <w:rPr>
          <w:rFonts w:ascii="DiodrumArabic-Medium" w:hAnsi="DiodrumArabic-Medium" w:cs="DiodrumArabic-Medium"/>
          <w:sz w:val="21"/>
          <w:szCs w:val="21"/>
          <w:rtl/>
        </w:rPr>
        <w:t>الأساسية</w:t>
      </w:r>
      <w:r>
        <w:rPr>
          <w:rFonts w:ascii="DiodrumArabic-Medium" w:hAnsi="DiodrumArabic-Medium"/>
          <w:sz w:val="21"/>
        </w:rPr>
        <w:t xml:space="preserve"> </w:t>
      </w:r>
      <w:r>
        <w:rPr>
          <w:rFonts w:ascii="DiodrumArabic-Medium" w:hAnsi="DiodrumArabic-Medium" w:cs="DiodrumArabic-Medium"/>
          <w:sz w:val="21"/>
          <w:szCs w:val="21"/>
          <w:rtl/>
        </w:rPr>
        <w:t>الأخرى</w:t>
      </w:r>
      <w:r>
        <w:rPr>
          <w:rFonts w:ascii="DiodrumArabic-Medium" w:hAnsi="DiodrumArabic-Medium"/>
          <w:sz w:val="21"/>
        </w:rPr>
        <w:t xml:space="preserve"> </w:t>
      </w:r>
      <w:r>
        <w:rPr>
          <w:rFonts w:ascii="DiodrumArabic-Medium" w:hAnsi="DiodrumArabic-Medium" w:cs="DiodrumArabic-Medium"/>
          <w:sz w:val="21"/>
          <w:szCs w:val="21"/>
          <w:rtl/>
        </w:rPr>
        <w:t>التي</w:t>
      </w:r>
      <w:r>
        <w:rPr>
          <w:rFonts w:ascii="DiodrumArabic-Medium" w:hAnsi="DiodrumArabic-Medium"/>
          <w:sz w:val="21"/>
        </w:rPr>
        <w:t xml:space="preserve"> </w:t>
      </w:r>
      <w:r>
        <w:rPr>
          <w:rFonts w:ascii="DiodrumArabic-Medium" w:hAnsi="DiodrumArabic-Medium" w:cs="DiodrumArabic-Medium"/>
          <w:sz w:val="21"/>
          <w:szCs w:val="21"/>
          <w:rtl/>
        </w:rPr>
        <w:t>تغطيها</w:t>
      </w:r>
      <w:r>
        <w:rPr>
          <w:rFonts w:ascii="DiodrumArabic-Medium" w:hAnsi="DiodrumArabic-Medium"/>
          <w:sz w:val="21"/>
        </w:rPr>
        <w:t xml:space="preserve"> </w:t>
      </w:r>
      <w:r>
        <w:rPr>
          <w:rFonts w:ascii="DiodrumArabic-Medium" w:hAnsi="DiodrumArabic-Medium" w:cs="DiodrumArabic-Medium"/>
          <w:sz w:val="21"/>
          <w:szCs w:val="21"/>
          <w:rtl/>
        </w:rPr>
        <w:t>الشمولية</w:t>
      </w:r>
      <w:r>
        <w:rPr>
          <w:rFonts w:ascii="DiodrumArabic-Medium" w:hAnsi="DiodrumArabic-Medium"/>
          <w:sz w:val="21"/>
        </w:rPr>
        <w:t xml:space="preserve"> </w:t>
      </w:r>
      <w:r>
        <w:rPr>
          <w:rFonts w:ascii="DiodrumArabic-Medium" w:hAnsi="DiodrumArabic-Medium" w:cs="DiodrumArabic-Medium"/>
          <w:sz w:val="21"/>
          <w:szCs w:val="21"/>
          <w:rtl/>
        </w:rPr>
        <w:t>الرقمية</w:t>
      </w:r>
      <w:r>
        <w:rPr>
          <w:rFonts w:ascii="DiodrumArabic-Medium" w:hAnsi="DiodrumArabic-Medium"/>
          <w:sz w:val="21"/>
        </w:rPr>
        <w:t xml:space="preserve"> </w:t>
      </w:r>
      <w:r>
        <w:rPr>
          <w:rFonts w:ascii="DiodrumArabic-Medium" w:hAnsi="DiodrumArabic-Medium" w:cs="DiodrumArabic-Medium"/>
          <w:sz w:val="21"/>
          <w:szCs w:val="21"/>
          <w:rtl/>
        </w:rPr>
        <w:t>هي</w:t>
      </w:r>
      <w:r>
        <w:rPr>
          <w:rFonts w:ascii="DiodrumArabic-Medium" w:hAnsi="DiodrumArabic-Medium"/>
          <w:sz w:val="21"/>
        </w:rPr>
        <w:t xml:space="preserve"> </w:t>
      </w:r>
      <w:r>
        <w:rPr>
          <w:rFonts w:ascii="DiodrumArabic-Medium" w:hAnsi="DiodrumArabic-Medium" w:cs="DiodrumArabic-Medium"/>
          <w:sz w:val="21"/>
          <w:szCs w:val="21"/>
          <w:rtl/>
        </w:rPr>
        <w:t>تلبية</w:t>
      </w:r>
      <w:r>
        <w:rPr>
          <w:rFonts w:ascii="DiodrumArabic-Medium" w:hAnsi="DiodrumArabic-Medium"/>
          <w:sz w:val="21"/>
        </w:rPr>
        <w:t xml:space="preserve"> </w:t>
      </w:r>
      <w:r>
        <w:rPr>
          <w:rFonts w:ascii="DiodrumArabic-Medium" w:hAnsi="DiodrumArabic-Medium" w:cs="DiodrumArabic-Medium"/>
          <w:sz w:val="21"/>
          <w:szCs w:val="21"/>
          <w:rtl/>
        </w:rPr>
        <w:t>احتياجات</w:t>
      </w:r>
      <w:r>
        <w:rPr>
          <w:rFonts w:ascii="DiodrumArabic-Medium" w:hAnsi="DiodrumArabic-Medium"/>
          <w:sz w:val="21"/>
        </w:rPr>
        <w:t xml:space="preserve"> </w:t>
      </w:r>
      <w:r>
        <w:rPr>
          <w:rFonts w:ascii="DiodrumArabic-Medium" w:hAnsi="DiodrumArabic-Medium" w:cs="DiodrumArabic-Medium"/>
          <w:sz w:val="21"/>
          <w:szCs w:val="21"/>
          <w:rtl/>
        </w:rPr>
        <w:t>كبار</w:t>
      </w:r>
      <w:r>
        <w:rPr>
          <w:rFonts w:ascii="DiodrumArabic-Medium" w:hAnsi="DiodrumArabic-Medium"/>
          <w:sz w:val="21"/>
        </w:rPr>
        <w:t xml:space="preserve"> </w:t>
      </w:r>
      <w:r>
        <w:rPr>
          <w:rFonts w:ascii="DiodrumArabic-Medium" w:hAnsi="DiodrumArabic-Medium" w:cs="DiodrumArabic-Medium"/>
          <w:sz w:val="21"/>
          <w:szCs w:val="21"/>
          <w:rtl/>
        </w:rPr>
        <w:t>السن</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هم</w:t>
      </w:r>
      <w:r>
        <w:rPr>
          <w:rFonts w:ascii="DiodrumArabic-Medium" w:hAnsi="DiodrumArabic-Medium"/>
          <w:sz w:val="21"/>
        </w:rPr>
        <w:t xml:space="preserve"> </w:t>
      </w:r>
      <w:r>
        <w:rPr>
          <w:rFonts w:ascii="DiodrumArabic-Medium" w:hAnsi="DiodrumArabic-Medium" w:cs="DiodrumArabic-Medium"/>
          <w:sz w:val="21"/>
          <w:szCs w:val="21"/>
          <w:rtl/>
        </w:rPr>
        <w:t>فوق</w:t>
      </w:r>
      <w:r>
        <w:rPr>
          <w:rFonts w:ascii="DiodrumArabic-Medium" w:hAnsi="DiodrumArabic-Medium"/>
          <w:sz w:val="21"/>
        </w:rPr>
        <w:t xml:space="preserve"> 60. </w:t>
      </w:r>
      <w:r>
        <w:rPr>
          <w:rFonts w:ascii="DiodrumArabic-Medium" w:hAnsi="DiodrumArabic-Medium" w:cs="DiodrumArabic-Medium"/>
          <w:sz w:val="21"/>
          <w:szCs w:val="21"/>
          <w:rtl/>
        </w:rPr>
        <w:t>سنة</w:t>
      </w:r>
      <w:r>
        <w:rPr>
          <w:rFonts w:ascii="DiodrumArabic-Medium" w:hAnsi="DiodrumArabic-Medium"/>
          <w:sz w:val="21"/>
        </w:rPr>
        <w:t xml:space="preserve">. </w:t>
      </w:r>
      <w:r>
        <w:rPr>
          <w:rFonts w:ascii="DiodrumArabic-Medium" w:hAnsi="DiodrumArabic-Medium" w:cs="DiodrumArabic-Medium"/>
          <w:sz w:val="21"/>
          <w:szCs w:val="21"/>
          <w:rtl/>
        </w:rPr>
        <w:t>فمع</w:t>
      </w:r>
      <w:r>
        <w:rPr>
          <w:rFonts w:ascii="DiodrumArabic-Medium" w:hAnsi="DiodrumArabic-Medium"/>
          <w:sz w:val="21"/>
        </w:rPr>
        <w:t xml:space="preserve"> </w:t>
      </w:r>
      <w:r>
        <w:rPr>
          <w:rFonts w:ascii="DiodrumArabic-Medium" w:hAnsi="DiodrumArabic-Medium" w:cs="DiodrumArabic-Medium"/>
          <w:sz w:val="21"/>
          <w:szCs w:val="21"/>
          <w:rtl/>
        </w:rPr>
        <w:t>تقدم</w:t>
      </w:r>
      <w:r>
        <w:rPr>
          <w:rFonts w:ascii="DiodrumArabic-Medium" w:hAnsi="DiodrumArabic-Medium"/>
          <w:sz w:val="21"/>
        </w:rPr>
        <w:t xml:space="preserve"> </w:t>
      </w:r>
      <w:r>
        <w:rPr>
          <w:rFonts w:ascii="DiodrumArabic-Medium" w:hAnsi="DiodrumArabic-Medium" w:cs="DiodrumArabic-Medium"/>
          <w:sz w:val="21"/>
          <w:szCs w:val="21"/>
          <w:rtl/>
        </w:rPr>
        <w:t>الأشخاص</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السن،</w:t>
      </w:r>
      <w:r>
        <w:rPr>
          <w:rFonts w:ascii="DiodrumArabic-Medium" w:hAnsi="DiodrumArabic-Medium"/>
          <w:sz w:val="21"/>
        </w:rPr>
        <w:t xml:space="preserve"> </w:t>
      </w:r>
      <w:r>
        <w:rPr>
          <w:rFonts w:ascii="DiodrumArabic-Medium" w:hAnsi="DiodrumArabic-Medium" w:cs="DiodrumArabic-Medium"/>
          <w:sz w:val="21"/>
          <w:szCs w:val="21"/>
          <w:rtl/>
        </w:rPr>
        <w:t>يواجه</w:t>
      </w:r>
      <w:r>
        <w:rPr>
          <w:rFonts w:ascii="DiodrumArabic-Medium" w:hAnsi="DiodrumArabic-Medium"/>
          <w:sz w:val="21"/>
        </w:rPr>
        <w:t xml:space="preserve"> </w:t>
      </w:r>
      <w:r>
        <w:rPr>
          <w:rFonts w:ascii="DiodrumArabic-Medium" w:hAnsi="DiodrumArabic-Medium" w:cs="DiodrumArabic-Medium"/>
          <w:sz w:val="21"/>
          <w:szCs w:val="21"/>
          <w:rtl/>
        </w:rPr>
        <w:t>العديد</w:t>
      </w:r>
      <w:r>
        <w:rPr>
          <w:rFonts w:ascii="DiodrumArabic-Medium" w:hAnsi="DiodrumArabic-Medium"/>
          <w:sz w:val="21"/>
        </w:rPr>
        <w:t xml:space="preserve"> </w:t>
      </w:r>
      <w:r>
        <w:rPr>
          <w:rFonts w:ascii="DiodrumArabic-Medium" w:hAnsi="DiodrumArabic-Medium" w:cs="DiodrumArabic-Medium"/>
          <w:sz w:val="21"/>
          <w:szCs w:val="21"/>
          <w:rtl/>
        </w:rPr>
        <w:t>منهم</w:t>
      </w:r>
      <w:r>
        <w:rPr>
          <w:rFonts w:ascii="DiodrumArabic-Medium" w:hAnsi="DiodrumArabic-Medium"/>
          <w:sz w:val="21"/>
        </w:rPr>
        <w:t xml:space="preserve"> </w:t>
      </w:r>
      <w:r>
        <w:rPr>
          <w:rFonts w:ascii="DiodrumArabic-Medium" w:hAnsi="DiodrumArabic-Medium" w:cs="DiodrumArabic-Medium"/>
          <w:sz w:val="21"/>
          <w:szCs w:val="21"/>
          <w:rtl/>
        </w:rPr>
        <w:t>إعاقات</w:t>
      </w:r>
      <w:r>
        <w:rPr>
          <w:rFonts w:ascii="DiodrumArabic-Medium" w:hAnsi="DiodrumArabic-Medium"/>
          <w:sz w:val="21"/>
        </w:rPr>
        <w:t xml:space="preserve"> </w:t>
      </w:r>
      <w:r>
        <w:rPr>
          <w:rFonts w:ascii="DiodrumArabic-Medium" w:hAnsi="DiodrumArabic-Medium" w:cs="DiodrumArabic-Medium"/>
          <w:sz w:val="21"/>
          <w:szCs w:val="21"/>
          <w:rtl/>
        </w:rPr>
        <w:t>سببها</w:t>
      </w:r>
      <w:r>
        <w:rPr>
          <w:rFonts w:ascii="DiodrumArabic-Medium" w:hAnsi="DiodrumArabic-Medium"/>
          <w:sz w:val="21"/>
        </w:rPr>
        <w:t xml:space="preserve"> </w:t>
      </w:r>
      <w:r>
        <w:rPr>
          <w:rFonts w:ascii="DiodrumArabic-Medium" w:hAnsi="DiodrumArabic-Medium" w:cs="DiodrumArabic-Medium"/>
          <w:sz w:val="21"/>
          <w:szCs w:val="21"/>
          <w:rtl/>
        </w:rPr>
        <w:t>العمر،</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حين</w:t>
      </w:r>
      <w:r>
        <w:rPr>
          <w:rFonts w:ascii="DiodrumArabic-Medium" w:hAnsi="DiodrumArabic-Medium"/>
          <w:sz w:val="21"/>
        </w:rPr>
        <w:t xml:space="preserve"> </w:t>
      </w:r>
      <w:r>
        <w:rPr>
          <w:rFonts w:ascii="DiodrumArabic-Medium" w:hAnsi="DiodrumArabic-Medium" w:cs="DiodrumArabic-Medium"/>
          <w:sz w:val="21"/>
          <w:szCs w:val="21"/>
          <w:rtl/>
        </w:rPr>
        <w:t>قد</w:t>
      </w:r>
      <w:r>
        <w:rPr>
          <w:rFonts w:ascii="DiodrumArabic-Medium" w:hAnsi="DiodrumArabic-Medium"/>
          <w:sz w:val="21"/>
        </w:rPr>
        <w:t xml:space="preserve"> </w:t>
      </w:r>
      <w:r>
        <w:rPr>
          <w:rFonts w:ascii="DiodrumArabic-Medium" w:hAnsi="DiodrumArabic-Medium" w:cs="DiodrumArabic-Medium"/>
          <w:sz w:val="21"/>
          <w:szCs w:val="21"/>
          <w:rtl/>
        </w:rPr>
        <w:t>يجد</w:t>
      </w:r>
      <w:r>
        <w:rPr>
          <w:rFonts w:ascii="DiodrumArabic-Medium" w:hAnsi="DiodrumArabic-Medium"/>
          <w:sz w:val="21"/>
        </w:rPr>
        <w:t xml:space="preserve"> </w:t>
      </w:r>
      <w:r>
        <w:rPr>
          <w:rFonts w:ascii="DiodrumArabic-Medium" w:hAnsi="DiodrumArabic-Medium" w:cs="DiodrumArabic-Medium"/>
          <w:sz w:val="21"/>
          <w:szCs w:val="21"/>
          <w:rtl/>
        </w:rPr>
        <w:t>آخرون</w:t>
      </w:r>
      <w:r>
        <w:rPr>
          <w:rFonts w:ascii="DiodrumArabic-Medium" w:hAnsi="DiodrumArabic-Medium"/>
          <w:sz w:val="21"/>
        </w:rPr>
        <w:t xml:space="preserve"> </w:t>
      </w:r>
      <w:r>
        <w:rPr>
          <w:rFonts w:ascii="DiodrumArabic-Medium" w:hAnsi="DiodrumArabic-Medium" w:cs="DiodrumArabic-Medium"/>
          <w:sz w:val="21"/>
          <w:szCs w:val="21"/>
          <w:rtl/>
        </w:rPr>
        <w:t>صعوبة</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استخدام</w:t>
      </w:r>
      <w:r>
        <w:rPr>
          <w:rFonts w:ascii="DiodrumArabic-Medium" w:hAnsi="DiodrumArabic-Medium"/>
          <w:sz w:val="21"/>
        </w:rPr>
        <w:t xml:space="preserve"> </w:t>
      </w:r>
      <w:r>
        <w:rPr>
          <w:rFonts w:ascii="DiodrumArabic-Medium" w:hAnsi="DiodrumArabic-Medium" w:cs="DiodrumArabic-Medium"/>
          <w:sz w:val="21"/>
          <w:szCs w:val="21"/>
          <w:rtl/>
        </w:rPr>
        <w:t>الأدوات</w:t>
      </w:r>
      <w:r>
        <w:rPr>
          <w:rFonts w:ascii="DiodrumArabic-Medium" w:hAnsi="DiodrumArabic-Medium"/>
          <w:sz w:val="21"/>
        </w:rPr>
        <w:t xml:space="preserve"> </w:t>
      </w:r>
      <w:r>
        <w:rPr>
          <w:rFonts w:ascii="DiodrumArabic-Medium" w:hAnsi="DiodrumArabic-Medium" w:cs="DiodrumArabic-Medium"/>
          <w:sz w:val="21"/>
          <w:szCs w:val="21"/>
          <w:rtl/>
        </w:rPr>
        <w:t>الرقمية</w:t>
      </w:r>
      <w:r>
        <w:rPr>
          <w:rFonts w:ascii="DiodrumArabic-Medium" w:hAnsi="DiodrumArabic-Medium"/>
          <w:sz w:val="21"/>
        </w:rPr>
        <w:t xml:space="preserve"> </w:t>
      </w:r>
      <w:r>
        <w:rPr>
          <w:rFonts w:ascii="DiodrumArabic-Medium" w:hAnsi="DiodrumArabic-Medium" w:cs="DiodrumArabic-Medium"/>
          <w:sz w:val="21"/>
          <w:szCs w:val="21"/>
          <w:rtl/>
        </w:rPr>
        <w:t>مع</w:t>
      </w:r>
      <w:r>
        <w:rPr>
          <w:rFonts w:ascii="DiodrumArabic-Medium" w:hAnsi="DiodrumArabic-Medium"/>
          <w:sz w:val="21"/>
        </w:rPr>
        <w:t xml:space="preserve"> </w:t>
      </w:r>
      <w:r>
        <w:rPr>
          <w:rFonts w:ascii="DiodrumArabic-Medium" w:hAnsi="DiodrumArabic-Medium" w:cs="DiodrumArabic-Medium"/>
          <w:sz w:val="21"/>
          <w:szCs w:val="21"/>
          <w:rtl/>
        </w:rPr>
        <w:t>أنهم</w:t>
      </w:r>
      <w:r>
        <w:rPr>
          <w:rFonts w:ascii="DiodrumArabic-Medium" w:hAnsi="DiodrumArabic-Medium"/>
          <w:sz w:val="21"/>
        </w:rPr>
        <w:t xml:space="preserve"> </w:t>
      </w:r>
      <w:r>
        <w:rPr>
          <w:rFonts w:ascii="DiodrumArabic-Medium" w:hAnsi="DiodrumArabic-Medium" w:cs="DiodrumArabic-Medium"/>
          <w:sz w:val="21"/>
          <w:szCs w:val="21"/>
          <w:rtl/>
        </w:rPr>
        <w:t>لا</w:t>
      </w:r>
      <w:r>
        <w:rPr>
          <w:rFonts w:ascii="DiodrumArabic-Medium" w:hAnsi="DiodrumArabic-Medium"/>
          <w:sz w:val="21"/>
        </w:rPr>
        <w:t xml:space="preserve"> </w:t>
      </w:r>
      <w:r>
        <w:rPr>
          <w:rFonts w:ascii="DiodrumArabic-Medium" w:hAnsi="DiodrumArabic-Medium" w:cs="DiodrumArabic-Medium"/>
          <w:sz w:val="21"/>
          <w:szCs w:val="21"/>
          <w:rtl/>
        </w:rPr>
        <w:t>يعانون</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أي</w:t>
      </w:r>
      <w:r>
        <w:rPr>
          <w:rFonts w:ascii="DiodrumArabic-Medium" w:hAnsi="DiodrumArabic-Medium"/>
          <w:sz w:val="21"/>
        </w:rPr>
        <w:t xml:space="preserve"> </w:t>
      </w:r>
      <w:r>
        <w:rPr>
          <w:rFonts w:ascii="DiodrumArabic-Medium" w:hAnsi="DiodrumArabic-Medium" w:cs="DiodrumArabic-Medium"/>
          <w:sz w:val="21"/>
          <w:szCs w:val="21"/>
          <w:rtl/>
        </w:rPr>
        <w:t>إعاقة</w:t>
      </w:r>
      <w:r>
        <w:rPr>
          <w:rFonts w:ascii="DiodrumArabic-Medium" w:hAnsi="DiodrumArabic-Medium"/>
          <w:sz w:val="21"/>
        </w:rPr>
        <w:t xml:space="preserve">. </w:t>
      </w:r>
      <w:r>
        <w:rPr>
          <w:rFonts w:ascii="DiodrumArabic-Medium" w:hAnsi="DiodrumArabic-Medium" w:cs="DiodrumArabic-Medium"/>
          <w:sz w:val="21"/>
          <w:szCs w:val="21"/>
          <w:rtl/>
        </w:rPr>
        <w:t>تمثل</w:t>
      </w:r>
      <w:r>
        <w:rPr>
          <w:rFonts w:ascii="DiodrumArabic-Medium" w:hAnsi="DiodrumArabic-Medium"/>
          <w:sz w:val="21"/>
        </w:rPr>
        <w:t xml:space="preserve"> </w:t>
      </w:r>
      <w:r>
        <w:rPr>
          <w:rFonts w:ascii="DiodrumArabic-Medium" w:hAnsi="DiodrumArabic-Medium" w:cs="DiodrumArabic-Medium"/>
          <w:sz w:val="21"/>
          <w:szCs w:val="21"/>
          <w:rtl/>
        </w:rPr>
        <w:t>شريحة</w:t>
      </w:r>
      <w:r>
        <w:rPr>
          <w:rFonts w:ascii="DiodrumArabic-Medium" w:hAnsi="DiodrumArabic-Medium"/>
          <w:sz w:val="21"/>
        </w:rPr>
        <w:t xml:space="preserve"> </w:t>
      </w:r>
      <w:r>
        <w:rPr>
          <w:rFonts w:ascii="DiodrumArabic-Medium" w:hAnsi="DiodrumArabic-Medium" w:cs="DiodrumArabic-Medium"/>
          <w:sz w:val="21"/>
          <w:szCs w:val="21"/>
          <w:rtl/>
        </w:rPr>
        <w:t>كبار</w:t>
      </w:r>
      <w:r>
        <w:rPr>
          <w:rFonts w:ascii="DiodrumArabic-Medium" w:hAnsi="DiodrumArabic-Medium"/>
          <w:sz w:val="21"/>
        </w:rPr>
        <w:t xml:space="preserve"> </w:t>
      </w:r>
      <w:r>
        <w:rPr>
          <w:rFonts w:ascii="DiodrumArabic-Medium" w:hAnsi="DiodrumArabic-Medium" w:cs="DiodrumArabic-Medium"/>
          <w:sz w:val="21"/>
          <w:szCs w:val="21"/>
          <w:rtl/>
        </w:rPr>
        <w:t>السن</w:t>
      </w:r>
      <w:r>
        <w:rPr>
          <w:rFonts w:ascii="DiodrumArabic-Medium" w:hAnsi="DiodrumArabic-Medium"/>
          <w:sz w:val="21"/>
        </w:rPr>
        <w:t xml:space="preserve"> 3%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سكان</w:t>
      </w:r>
      <w:r>
        <w:rPr>
          <w:rFonts w:ascii="DiodrumArabic-Medium" w:hAnsi="DiodrumArabic-Medium"/>
          <w:sz w:val="21"/>
        </w:rPr>
        <w:t xml:space="preserve"> </w:t>
      </w:r>
      <w:r>
        <w:rPr>
          <w:rFonts w:ascii="DiodrumArabic-Medium" w:hAnsi="DiodrumArabic-Medium" w:cs="DiodrumArabic-Medium"/>
          <w:sz w:val="21"/>
          <w:szCs w:val="21"/>
          <w:rtl/>
        </w:rPr>
        <w:t>المملكة</w:t>
      </w:r>
      <w:r>
        <w:rPr>
          <w:rFonts w:ascii="DiodrumArabic-Medium" w:hAnsi="DiodrumArabic-Medium"/>
          <w:sz w:val="21"/>
        </w:rPr>
        <w:t xml:space="preserve"> </w:t>
      </w:r>
      <w:r>
        <w:rPr>
          <w:rFonts w:ascii="DiodrumArabic-Medium" w:hAnsi="DiodrumArabic-Medium" w:cs="DiodrumArabic-Medium"/>
          <w:sz w:val="21"/>
          <w:szCs w:val="21"/>
          <w:rtl/>
        </w:rPr>
        <w:t>العربية</w:t>
      </w:r>
      <w:r>
        <w:rPr>
          <w:rFonts w:ascii="DiodrumArabic-Medium" w:hAnsi="DiodrumArabic-Medium"/>
          <w:sz w:val="21"/>
        </w:rPr>
        <w:t xml:space="preserve"> </w:t>
      </w:r>
      <w:r>
        <w:rPr>
          <w:rFonts w:ascii="DiodrumArabic-Medium" w:hAnsi="DiodrumArabic-Medium" w:cs="DiodrumArabic-Medium"/>
          <w:sz w:val="21"/>
          <w:szCs w:val="21"/>
          <w:rtl/>
        </w:rPr>
        <w:t>السعودية</w:t>
      </w:r>
      <w:r>
        <w:rPr>
          <w:rFonts w:ascii="DiodrumArabic-Medium" w:hAnsi="DiodrumArabic-Medium"/>
          <w:sz w:val="21"/>
        </w:rPr>
        <w:t xml:space="preserve"> </w:t>
      </w:r>
      <w:r w:rsidR="00F761AD">
        <w:rPr>
          <w:rFonts w:ascii="DiodrumArabic-Medium" w:hAnsi="DiodrumArabic-Medium"/>
          <w:sz w:val="21"/>
        </w:rPr>
        <w:t xml:space="preserve"> </w:t>
      </w:r>
      <w:hyperlink w:anchor="ref13" w:history="1">
        <w:r w:rsidR="00F761AD">
          <w:rPr>
            <w:rStyle w:val="Hyperlink"/>
          </w:rPr>
          <w:t>[13]</w:t>
        </w:r>
      </w:hyperlink>
      <w:r>
        <w:rPr>
          <w:rFonts w:ascii="DiodrumArabic-Medium" w:hAnsi="DiodrumArabic-Medium" w:cs="DiodrumArabic-Medium"/>
          <w:sz w:val="21"/>
          <w:szCs w:val="21"/>
          <w:rtl/>
        </w:rPr>
        <w:t>،</w:t>
      </w:r>
      <w:r>
        <w:rPr>
          <w:rFonts w:ascii="DiodrumArabic-Medium" w:hAnsi="DiodrumArabic-Medium"/>
          <w:sz w:val="21"/>
        </w:rPr>
        <w:t xml:space="preserve"> </w:t>
      </w:r>
      <w:r>
        <w:rPr>
          <w:rFonts w:ascii="DiodrumArabic-Medium" w:hAnsi="DiodrumArabic-Medium" w:cs="DiodrumArabic-Medium"/>
          <w:sz w:val="21"/>
          <w:szCs w:val="21"/>
          <w:rtl/>
        </w:rPr>
        <w:t>وقد</w:t>
      </w:r>
      <w:r>
        <w:rPr>
          <w:rFonts w:ascii="DiodrumArabic-Medium" w:hAnsi="DiodrumArabic-Medium"/>
          <w:sz w:val="21"/>
        </w:rPr>
        <w:t xml:space="preserve"> </w:t>
      </w:r>
      <w:r>
        <w:rPr>
          <w:rFonts w:ascii="DiodrumArabic-Medium" w:hAnsi="DiodrumArabic-Medium" w:cs="DiodrumArabic-Medium"/>
          <w:sz w:val="21"/>
          <w:szCs w:val="21"/>
          <w:rtl/>
        </w:rPr>
        <w:t>تواجه</w:t>
      </w:r>
      <w:r>
        <w:rPr>
          <w:rFonts w:ascii="DiodrumArabic-Medium" w:hAnsi="DiodrumArabic-Medium"/>
          <w:sz w:val="21"/>
        </w:rPr>
        <w:t xml:space="preserve"> </w:t>
      </w:r>
      <w:r>
        <w:rPr>
          <w:rFonts w:ascii="DiodrumArabic-Medium" w:hAnsi="DiodrumArabic-Medium" w:cs="DiodrumArabic-Medium"/>
          <w:sz w:val="21"/>
          <w:szCs w:val="21"/>
          <w:rtl/>
        </w:rPr>
        <w:t>عقبات</w:t>
      </w:r>
      <w:r>
        <w:rPr>
          <w:rFonts w:ascii="DiodrumArabic-Medium" w:hAnsi="DiodrumArabic-Medium"/>
          <w:sz w:val="21"/>
        </w:rPr>
        <w:t xml:space="preserve"> </w:t>
      </w:r>
      <w:r>
        <w:rPr>
          <w:rFonts w:ascii="DiodrumArabic-Medium" w:hAnsi="DiodrumArabic-Medium" w:cs="DiodrumArabic-Medium"/>
          <w:sz w:val="21"/>
          <w:szCs w:val="21"/>
          <w:rtl/>
        </w:rPr>
        <w:t>عند</w:t>
      </w:r>
      <w:r>
        <w:rPr>
          <w:rFonts w:ascii="DiodrumArabic-Medium" w:hAnsi="DiodrumArabic-Medium"/>
          <w:sz w:val="21"/>
        </w:rPr>
        <w:t xml:space="preserve"> </w:t>
      </w:r>
      <w:r>
        <w:rPr>
          <w:rFonts w:ascii="DiodrumArabic-Medium" w:hAnsi="DiodrumArabic-Medium" w:cs="DiodrumArabic-Medium"/>
          <w:sz w:val="21"/>
          <w:szCs w:val="21"/>
          <w:rtl/>
        </w:rPr>
        <w:t>استخدام</w:t>
      </w:r>
      <w:r>
        <w:rPr>
          <w:rFonts w:ascii="DiodrumArabic-Medium" w:hAnsi="DiodrumArabic-Medium"/>
          <w:sz w:val="21"/>
        </w:rPr>
        <w:t xml:space="preserve"> </w:t>
      </w:r>
      <w:r>
        <w:rPr>
          <w:rFonts w:ascii="DiodrumArabic-Medium" w:hAnsi="DiodrumArabic-Medium" w:cs="DiodrumArabic-Medium"/>
          <w:sz w:val="21"/>
          <w:szCs w:val="21"/>
          <w:rtl/>
        </w:rPr>
        <w:t>المنصات</w:t>
      </w:r>
      <w:r>
        <w:rPr>
          <w:rFonts w:ascii="DiodrumArabic-Medium" w:hAnsi="DiodrumArabic-Medium"/>
          <w:sz w:val="21"/>
        </w:rPr>
        <w:t xml:space="preserve"> </w:t>
      </w:r>
      <w:r>
        <w:rPr>
          <w:rFonts w:ascii="DiodrumArabic-Medium" w:hAnsi="DiodrumArabic-Medium" w:cs="DiodrumArabic-Medium"/>
          <w:sz w:val="21"/>
          <w:szCs w:val="21"/>
          <w:rtl/>
        </w:rPr>
        <w:t>الرقمية،</w:t>
      </w:r>
      <w:r>
        <w:rPr>
          <w:rFonts w:ascii="DiodrumArabic-Medium" w:hAnsi="DiodrumArabic-Medium"/>
          <w:sz w:val="21"/>
        </w:rPr>
        <w:t xml:space="preserve"> </w:t>
      </w:r>
      <w:r>
        <w:rPr>
          <w:rFonts w:ascii="DiodrumArabic-Medium" w:hAnsi="DiodrumArabic-Medium" w:cs="DiodrumArabic-Medium"/>
          <w:sz w:val="21"/>
          <w:szCs w:val="21"/>
          <w:rtl/>
        </w:rPr>
        <w:t>مما</w:t>
      </w:r>
      <w:r>
        <w:rPr>
          <w:rFonts w:ascii="DiodrumArabic-Medium" w:hAnsi="DiodrumArabic-Medium"/>
          <w:sz w:val="21"/>
        </w:rPr>
        <w:t xml:space="preserve"> </w:t>
      </w:r>
      <w:r>
        <w:rPr>
          <w:rFonts w:ascii="DiodrumArabic-Medium" w:hAnsi="DiodrumArabic-Medium" w:cs="DiodrumArabic-Medium"/>
          <w:sz w:val="21"/>
          <w:szCs w:val="21"/>
          <w:rtl/>
        </w:rPr>
        <w:t>يزيد</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خطر</w:t>
      </w:r>
      <w:r>
        <w:rPr>
          <w:rFonts w:ascii="DiodrumArabic-Medium" w:hAnsi="DiodrumArabic-Medium"/>
          <w:sz w:val="21"/>
        </w:rPr>
        <w:t xml:space="preserve"> </w:t>
      </w:r>
      <w:r>
        <w:rPr>
          <w:rFonts w:ascii="DiodrumArabic-Medium" w:hAnsi="DiodrumArabic-Medium" w:cs="DiodrumArabic-Medium"/>
          <w:sz w:val="21"/>
          <w:szCs w:val="21"/>
          <w:rtl/>
        </w:rPr>
        <w:t>عزلتهم</w:t>
      </w:r>
      <w:r>
        <w:rPr>
          <w:rFonts w:ascii="DiodrumArabic-Medium" w:hAnsi="DiodrumArabic-Medium"/>
          <w:sz w:val="21"/>
        </w:rPr>
        <w:t xml:space="preserve"> </w:t>
      </w:r>
      <w:r>
        <w:rPr>
          <w:rFonts w:ascii="DiodrumArabic-Medium" w:hAnsi="DiodrumArabic-Medium" w:cs="DiodrumArabic-Medium"/>
          <w:sz w:val="21"/>
          <w:szCs w:val="21"/>
          <w:rtl/>
        </w:rPr>
        <w:t>الاجتماعية</w:t>
      </w:r>
      <w:r>
        <w:rPr>
          <w:rFonts w:ascii="DiodrumArabic-Medium" w:hAnsi="DiodrumArabic-Medium"/>
          <w:sz w:val="21"/>
        </w:rPr>
        <w:t xml:space="preserve"> </w:t>
      </w:r>
      <w:r>
        <w:rPr>
          <w:rFonts w:ascii="DiodrumArabic-Medium" w:hAnsi="DiodrumArabic-Medium" w:cs="DiodrumArabic-Medium"/>
          <w:sz w:val="21"/>
          <w:szCs w:val="21"/>
          <w:rtl/>
        </w:rPr>
        <w:t>ويحدّ</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إمكانية</w:t>
      </w:r>
      <w:r>
        <w:rPr>
          <w:rFonts w:ascii="DiodrumArabic-Medium" w:hAnsi="DiodrumArabic-Medium"/>
          <w:sz w:val="21"/>
        </w:rPr>
        <w:t xml:space="preserve"> </w:t>
      </w:r>
      <w:r>
        <w:rPr>
          <w:rFonts w:ascii="DiodrumArabic-Medium" w:hAnsi="DiodrumArabic-Medium" w:cs="DiodrumArabic-Medium"/>
          <w:sz w:val="21"/>
          <w:szCs w:val="21"/>
          <w:rtl/>
        </w:rPr>
        <w:t>وصولهم</w:t>
      </w:r>
      <w:r>
        <w:rPr>
          <w:rFonts w:ascii="DiodrumArabic-Medium" w:hAnsi="DiodrumArabic-Medium"/>
          <w:sz w:val="21"/>
        </w:rPr>
        <w:t xml:space="preserve"> </w:t>
      </w:r>
      <w:r>
        <w:rPr>
          <w:rFonts w:ascii="DiodrumArabic-Medium" w:hAnsi="DiodrumArabic-Medium" w:cs="DiodrumArabic-Medium"/>
          <w:sz w:val="21"/>
          <w:szCs w:val="21"/>
          <w:rtl/>
        </w:rPr>
        <w:t>للخدمات</w:t>
      </w:r>
      <w:r>
        <w:rPr>
          <w:rFonts w:ascii="DiodrumArabic-Medium" w:hAnsi="DiodrumArabic-Medium"/>
          <w:sz w:val="21"/>
        </w:rPr>
        <w:t xml:space="preserve"> </w:t>
      </w:r>
      <w:r>
        <w:rPr>
          <w:rFonts w:ascii="DiodrumArabic-Medium" w:hAnsi="DiodrumArabic-Medium" w:cs="DiodrumArabic-Medium"/>
          <w:sz w:val="21"/>
          <w:szCs w:val="21"/>
          <w:rtl/>
        </w:rPr>
        <w:t>الأساسية</w:t>
      </w:r>
      <w:r>
        <w:rPr>
          <w:rFonts w:ascii="DiodrumArabic-Medium" w:hAnsi="DiodrumArabic-Medium"/>
          <w:sz w:val="21"/>
        </w:rPr>
        <w:t xml:space="preserve">. </w:t>
      </w:r>
      <w:r>
        <w:rPr>
          <w:rFonts w:ascii="DiodrumArabic-Medium" w:hAnsi="DiodrumArabic-Medium" w:cs="DiodrumArabic-Medium"/>
          <w:sz w:val="21"/>
          <w:szCs w:val="21"/>
          <w:rtl/>
        </w:rPr>
        <w:t>ولمنع</w:t>
      </w:r>
      <w:r>
        <w:rPr>
          <w:rFonts w:ascii="DiodrumArabic-Medium" w:hAnsi="DiodrumArabic-Medium"/>
          <w:sz w:val="21"/>
        </w:rPr>
        <w:t xml:space="preserve"> </w:t>
      </w:r>
      <w:r>
        <w:rPr>
          <w:rFonts w:ascii="DiodrumArabic-Medium" w:hAnsi="DiodrumArabic-Medium" w:cs="DiodrumArabic-Medium"/>
          <w:sz w:val="21"/>
          <w:szCs w:val="21"/>
          <w:rtl/>
        </w:rPr>
        <w:t>مثل</w:t>
      </w:r>
      <w:r>
        <w:rPr>
          <w:rFonts w:ascii="DiodrumArabic-Medium" w:hAnsi="DiodrumArabic-Medium"/>
          <w:sz w:val="21"/>
        </w:rPr>
        <w:t xml:space="preserve"> </w:t>
      </w:r>
      <w:r>
        <w:rPr>
          <w:rFonts w:ascii="DiodrumArabic-Medium" w:hAnsi="DiodrumArabic-Medium" w:cs="DiodrumArabic-Medium"/>
          <w:sz w:val="21"/>
          <w:szCs w:val="21"/>
          <w:rtl/>
        </w:rPr>
        <w:t>هذه</w:t>
      </w:r>
      <w:r>
        <w:rPr>
          <w:rFonts w:ascii="DiodrumArabic-Medium" w:hAnsi="DiodrumArabic-Medium"/>
          <w:sz w:val="21"/>
        </w:rPr>
        <w:t xml:space="preserve"> </w:t>
      </w:r>
      <w:r>
        <w:rPr>
          <w:rFonts w:ascii="DiodrumArabic-Medium" w:hAnsi="DiodrumArabic-Medium" w:cs="DiodrumArabic-Medium"/>
          <w:sz w:val="21"/>
          <w:szCs w:val="21"/>
          <w:rtl/>
        </w:rPr>
        <w:t>التحديات،</w:t>
      </w:r>
      <w:r>
        <w:rPr>
          <w:rFonts w:ascii="DiodrumArabic-Medium" w:hAnsi="DiodrumArabic-Medium"/>
          <w:sz w:val="21"/>
        </w:rPr>
        <w:t xml:space="preserve"> </w:t>
      </w:r>
      <w:r>
        <w:rPr>
          <w:rFonts w:ascii="DiodrumArabic-Medium" w:hAnsi="DiodrumArabic-Medium" w:cs="DiodrumArabic-Medium"/>
          <w:sz w:val="21"/>
          <w:szCs w:val="21"/>
          <w:rtl/>
        </w:rPr>
        <w:t>لا</w:t>
      </w:r>
      <w:r>
        <w:rPr>
          <w:rFonts w:ascii="DiodrumArabic-Medium" w:hAnsi="DiodrumArabic-Medium"/>
          <w:sz w:val="21"/>
        </w:rPr>
        <w:t xml:space="preserve"> </w:t>
      </w:r>
      <w:r>
        <w:rPr>
          <w:rFonts w:ascii="DiodrumArabic-Medium" w:hAnsi="DiodrumArabic-Medium" w:cs="DiodrumArabic-Medium"/>
          <w:sz w:val="21"/>
          <w:szCs w:val="21"/>
          <w:rtl/>
        </w:rPr>
        <w:t>بدّ</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تطوير</w:t>
      </w:r>
      <w:r>
        <w:rPr>
          <w:rFonts w:ascii="DiodrumArabic-Medium" w:hAnsi="DiodrumArabic-Medium"/>
          <w:sz w:val="21"/>
        </w:rPr>
        <w:t xml:space="preserve"> </w:t>
      </w:r>
      <w:r>
        <w:rPr>
          <w:rFonts w:ascii="DiodrumArabic-Medium" w:hAnsi="DiodrumArabic-Medium" w:cs="DiodrumArabic-Medium"/>
          <w:sz w:val="21"/>
          <w:szCs w:val="21"/>
          <w:rtl/>
        </w:rPr>
        <w:t>حلول</w:t>
      </w:r>
      <w:r>
        <w:rPr>
          <w:rFonts w:ascii="DiodrumArabic-Medium" w:hAnsi="DiodrumArabic-Medium"/>
          <w:sz w:val="21"/>
        </w:rPr>
        <w:t xml:space="preserve"> </w:t>
      </w:r>
      <w:r>
        <w:rPr>
          <w:rFonts w:ascii="DiodrumArabic-Medium" w:hAnsi="DiodrumArabic-Medium" w:cs="DiodrumArabic-Medium"/>
          <w:sz w:val="21"/>
          <w:szCs w:val="21"/>
          <w:rtl/>
        </w:rPr>
        <w:t>رقمية</w:t>
      </w:r>
      <w:r>
        <w:rPr>
          <w:rFonts w:ascii="DiodrumArabic-Medium" w:hAnsi="DiodrumArabic-Medium"/>
          <w:sz w:val="21"/>
        </w:rPr>
        <w:t xml:space="preserve"> </w:t>
      </w:r>
      <w:r>
        <w:rPr>
          <w:rFonts w:ascii="DiodrumArabic-Medium" w:hAnsi="DiodrumArabic-Medium" w:cs="DiodrumArabic-Medium"/>
          <w:sz w:val="21"/>
          <w:szCs w:val="21"/>
          <w:rtl/>
        </w:rPr>
        <w:t>تكون</w:t>
      </w:r>
      <w:r>
        <w:rPr>
          <w:rFonts w:ascii="DiodrumArabic-Medium" w:hAnsi="DiodrumArabic-Medium"/>
          <w:sz w:val="21"/>
        </w:rPr>
        <w:t xml:space="preserve"> </w:t>
      </w:r>
      <w:r>
        <w:rPr>
          <w:rFonts w:ascii="DiodrumArabic-Medium" w:hAnsi="DiodrumArabic-Medium" w:cs="DiodrumArabic-Medium"/>
          <w:sz w:val="21"/>
          <w:szCs w:val="21"/>
          <w:rtl/>
        </w:rPr>
        <w:t>متاحة</w:t>
      </w:r>
      <w:r>
        <w:rPr>
          <w:rFonts w:ascii="DiodrumArabic-Medium" w:hAnsi="DiodrumArabic-Medium"/>
          <w:sz w:val="21"/>
        </w:rPr>
        <w:t xml:space="preserve"> </w:t>
      </w:r>
      <w:r>
        <w:rPr>
          <w:rFonts w:ascii="DiodrumArabic-Medium" w:hAnsi="DiodrumArabic-Medium" w:cs="DiodrumArabic-Medium"/>
          <w:sz w:val="21"/>
          <w:szCs w:val="21"/>
          <w:rtl/>
        </w:rPr>
        <w:t>لكبار</w:t>
      </w:r>
      <w:r>
        <w:rPr>
          <w:rFonts w:ascii="DiodrumArabic-Medium" w:hAnsi="DiodrumArabic-Medium"/>
          <w:sz w:val="21"/>
        </w:rPr>
        <w:t xml:space="preserve"> </w:t>
      </w:r>
      <w:r>
        <w:rPr>
          <w:rFonts w:ascii="DiodrumArabic-Medium" w:hAnsi="DiodrumArabic-Medium" w:cs="DiodrumArabic-Medium"/>
          <w:sz w:val="21"/>
          <w:szCs w:val="21"/>
          <w:rtl/>
        </w:rPr>
        <w:t>السن</w:t>
      </w:r>
      <w:r>
        <w:rPr>
          <w:rFonts w:ascii="DiodrumArabic-Medium" w:hAnsi="DiodrumArabic-Medium"/>
          <w:sz w:val="21"/>
        </w:rPr>
        <w:t xml:space="preserve"> </w:t>
      </w:r>
      <w:r>
        <w:rPr>
          <w:rFonts w:ascii="DiodrumArabic-Medium" w:hAnsi="DiodrumArabic-Medium" w:cs="DiodrumArabic-Medium"/>
          <w:sz w:val="21"/>
          <w:szCs w:val="21"/>
          <w:rtl/>
        </w:rPr>
        <w:t>ومصممة</w:t>
      </w:r>
      <w:r>
        <w:rPr>
          <w:rFonts w:ascii="DiodrumArabic-Medium" w:hAnsi="DiodrumArabic-Medium"/>
          <w:sz w:val="21"/>
        </w:rPr>
        <w:t xml:space="preserve"> </w:t>
      </w:r>
      <w:r>
        <w:rPr>
          <w:rFonts w:ascii="DiodrumArabic-Medium" w:hAnsi="DiodrumArabic-Medium" w:cs="DiodrumArabic-Medium"/>
          <w:sz w:val="21"/>
          <w:szCs w:val="21"/>
          <w:rtl/>
        </w:rPr>
        <w:t>خصيصاً</w:t>
      </w:r>
      <w:r>
        <w:rPr>
          <w:rFonts w:ascii="DiodrumArabic-Medium" w:hAnsi="DiodrumArabic-Medium"/>
          <w:sz w:val="21"/>
        </w:rPr>
        <w:t xml:space="preserve"> </w:t>
      </w:r>
      <w:r>
        <w:rPr>
          <w:rFonts w:ascii="DiodrumArabic-Medium" w:hAnsi="DiodrumArabic-Medium" w:cs="DiodrumArabic-Medium"/>
          <w:sz w:val="21"/>
          <w:szCs w:val="21"/>
          <w:rtl/>
        </w:rPr>
        <w:t>لهم</w:t>
      </w:r>
      <w:r>
        <w:rPr>
          <w:rFonts w:ascii="DiodrumArabic-Medium" w:hAnsi="DiodrumArabic-Medium"/>
          <w:sz w:val="21"/>
        </w:rPr>
        <w:t xml:space="preserve">. </w:t>
      </w:r>
      <w:r>
        <w:rPr>
          <w:rFonts w:ascii="DiodrumArabic-Medium" w:hAnsi="DiodrumArabic-Medium" w:cs="DiodrumArabic-Medium"/>
          <w:sz w:val="21"/>
          <w:szCs w:val="21"/>
          <w:rtl/>
        </w:rPr>
        <w:t>فتزويدهم</w:t>
      </w:r>
      <w:r>
        <w:rPr>
          <w:rFonts w:ascii="DiodrumArabic-Medium" w:hAnsi="DiodrumArabic-Medium"/>
          <w:sz w:val="21"/>
        </w:rPr>
        <w:t xml:space="preserve"> </w:t>
      </w:r>
      <w:r>
        <w:rPr>
          <w:rFonts w:ascii="DiodrumArabic-Medium" w:hAnsi="DiodrumArabic-Medium" w:cs="DiodrumArabic-Medium"/>
          <w:sz w:val="21"/>
          <w:szCs w:val="21"/>
          <w:rtl/>
        </w:rPr>
        <w:t>بواجهات</w:t>
      </w:r>
      <w:r>
        <w:rPr>
          <w:rFonts w:ascii="DiodrumArabic-Medium" w:hAnsi="DiodrumArabic-Medium"/>
          <w:sz w:val="21"/>
        </w:rPr>
        <w:t xml:space="preserve"> </w:t>
      </w:r>
      <w:r>
        <w:rPr>
          <w:rFonts w:ascii="DiodrumArabic-Medium" w:hAnsi="DiodrumArabic-Medium" w:cs="DiodrumArabic-Medium"/>
          <w:sz w:val="21"/>
          <w:szCs w:val="21"/>
          <w:rtl/>
        </w:rPr>
        <w:t>سهلة</w:t>
      </w:r>
      <w:r>
        <w:rPr>
          <w:rFonts w:ascii="DiodrumArabic-Medium" w:hAnsi="DiodrumArabic-Medium"/>
          <w:sz w:val="21"/>
        </w:rPr>
        <w:t xml:space="preserve"> </w:t>
      </w:r>
      <w:r>
        <w:rPr>
          <w:rFonts w:ascii="DiodrumArabic-Medium" w:hAnsi="DiodrumArabic-Medium" w:cs="DiodrumArabic-Medium"/>
          <w:sz w:val="21"/>
          <w:szCs w:val="21"/>
          <w:rtl/>
        </w:rPr>
        <w:t>الاستخدام</w:t>
      </w:r>
      <w:r>
        <w:rPr>
          <w:rFonts w:ascii="DiodrumArabic-Medium" w:hAnsi="DiodrumArabic-Medium"/>
          <w:sz w:val="21"/>
        </w:rPr>
        <w:t xml:space="preserve"> </w:t>
      </w:r>
      <w:r>
        <w:rPr>
          <w:rFonts w:ascii="DiodrumArabic-Medium" w:hAnsi="DiodrumArabic-Medium" w:cs="DiodrumArabic-Medium"/>
          <w:sz w:val="21"/>
          <w:szCs w:val="21"/>
          <w:rtl/>
        </w:rPr>
        <w:t>وتجارب</w:t>
      </w:r>
      <w:r>
        <w:rPr>
          <w:rFonts w:ascii="DiodrumArabic-Medium" w:hAnsi="DiodrumArabic-Medium"/>
          <w:sz w:val="21"/>
        </w:rPr>
        <w:t xml:space="preserve"> </w:t>
      </w:r>
      <w:r>
        <w:rPr>
          <w:rFonts w:ascii="DiodrumArabic-Medium" w:hAnsi="DiodrumArabic-Medium" w:cs="DiodrumArabic-Medium"/>
          <w:sz w:val="21"/>
          <w:szCs w:val="21"/>
          <w:rtl/>
        </w:rPr>
        <w:t>شمولية</w:t>
      </w:r>
      <w:r>
        <w:rPr>
          <w:rFonts w:ascii="DiodrumArabic-Medium" w:hAnsi="DiodrumArabic-Medium"/>
          <w:sz w:val="21"/>
        </w:rPr>
        <w:t xml:space="preserve"> </w:t>
      </w:r>
      <w:r>
        <w:rPr>
          <w:rFonts w:ascii="DiodrumArabic-Medium" w:hAnsi="DiodrumArabic-Medium" w:cs="DiodrumArabic-Medium"/>
          <w:sz w:val="21"/>
          <w:szCs w:val="21"/>
          <w:rtl/>
        </w:rPr>
        <w:t>يسمح</w:t>
      </w:r>
      <w:r>
        <w:rPr>
          <w:rFonts w:ascii="DiodrumArabic-Medium" w:hAnsi="DiodrumArabic-Medium"/>
          <w:sz w:val="21"/>
        </w:rPr>
        <w:t xml:space="preserve"> </w:t>
      </w:r>
      <w:r>
        <w:rPr>
          <w:rFonts w:ascii="DiodrumArabic-Medium" w:hAnsi="DiodrumArabic-Medium" w:cs="DiodrumArabic-Medium"/>
          <w:sz w:val="21"/>
          <w:szCs w:val="21"/>
          <w:rtl/>
        </w:rPr>
        <w:t>لهم</w:t>
      </w:r>
      <w:r>
        <w:rPr>
          <w:rFonts w:ascii="DiodrumArabic-Medium" w:hAnsi="DiodrumArabic-Medium"/>
          <w:sz w:val="21"/>
        </w:rPr>
        <w:t xml:space="preserve"> </w:t>
      </w:r>
      <w:r>
        <w:rPr>
          <w:rFonts w:ascii="DiodrumArabic-Medium" w:hAnsi="DiodrumArabic-Medium" w:cs="DiodrumArabic-Medium"/>
          <w:sz w:val="21"/>
          <w:szCs w:val="21"/>
          <w:rtl/>
        </w:rPr>
        <w:t>بالبقاء</w:t>
      </w:r>
      <w:r>
        <w:rPr>
          <w:rFonts w:ascii="DiodrumArabic-Medium" w:hAnsi="DiodrumArabic-Medium"/>
          <w:sz w:val="21"/>
        </w:rPr>
        <w:t xml:space="preserve"> </w:t>
      </w:r>
      <w:r>
        <w:rPr>
          <w:rFonts w:ascii="DiodrumArabic-Medium" w:hAnsi="DiodrumArabic-Medium" w:cs="DiodrumArabic-Medium"/>
          <w:sz w:val="21"/>
          <w:szCs w:val="21"/>
          <w:rtl/>
        </w:rPr>
        <w:t>على</w:t>
      </w:r>
      <w:r>
        <w:rPr>
          <w:rFonts w:ascii="DiodrumArabic-Medium" w:hAnsi="DiodrumArabic-Medium"/>
          <w:sz w:val="21"/>
        </w:rPr>
        <w:t xml:space="preserve"> </w:t>
      </w:r>
      <w:r>
        <w:rPr>
          <w:rFonts w:ascii="DiodrumArabic-Medium" w:hAnsi="DiodrumArabic-Medium" w:cs="DiodrumArabic-Medium"/>
          <w:sz w:val="21"/>
          <w:szCs w:val="21"/>
          <w:rtl/>
        </w:rPr>
        <w:t>اتصال،</w:t>
      </w:r>
      <w:r>
        <w:rPr>
          <w:rFonts w:ascii="DiodrumArabic-Medium" w:hAnsi="DiodrumArabic-Medium"/>
          <w:sz w:val="21"/>
        </w:rPr>
        <w:t xml:space="preserve"> </w:t>
      </w:r>
      <w:r>
        <w:rPr>
          <w:rFonts w:ascii="DiodrumArabic-Medium" w:hAnsi="DiodrumArabic-Medium" w:cs="DiodrumArabic-Medium"/>
          <w:sz w:val="21"/>
          <w:szCs w:val="21"/>
          <w:rtl/>
        </w:rPr>
        <w:t>والوصول</w:t>
      </w:r>
      <w:r>
        <w:rPr>
          <w:rFonts w:ascii="DiodrumArabic-Medium" w:hAnsi="DiodrumArabic-Medium"/>
          <w:sz w:val="21"/>
        </w:rPr>
        <w:t xml:space="preserve"> </w:t>
      </w:r>
      <w:r>
        <w:rPr>
          <w:rFonts w:ascii="DiodrumArabic-Medium" w:hAnsi="DiodrumArabic-Medium" w:cs="DiodrumArabic-Medium"/>
          <w:sz w:val="21"/>
          <w:szCs w:val="21"/>
          <w:rtl/>
        </w:rPr>
        <w:t>للخدمات</w:t>
      </w:r>
      <w:r>
        <w:rPr>
          <w:rFonts w:ascii="DiodrumArabic-Medium" w:hAnsi="DiodrumArabic-Medium"/>
          <w:sz w:val="21"/>
        </w:rPr>
        <w:t xml:space="preserve"> </w:t>
      </w:r>
      <w:r>
        <w:rPr>
          <w:rFonts w:ascii="DiodrumArabic-Medium" w:hAnsi="DiodrumArabic-Medium" w:cs="DiodrumArabic-Medium"/>
          <w:sz w:val="21"/>
          <w:szCs w:val="21"/>
          <w:rtl/>
        </w:rPr>
        <w:t>بسهولة،</w:t>
      </w:r>
      <w:r>
        <w:rPr>
          <w:rFonts w:ascii="DiodrumArabic-Medium" w:hAnsi="DiodrumArabic-Medium"/>
          <w:sz w:val="21"/>
        </w:rPr>
        <w:t xml:space="preserve"> </w:t>
      </w:r>
      <w:r>
        <w:rPr>
          <w:rFonts w:ascii="DiodrumArabic-Medium" w:hAnsi="DiodrumArabic-Medium" w:cs="DiodrumArabic-Medium"/>
          <w:sz w:val="21"/>
          <w:szCs w:val="21"/>
          <w:rtl/>
        </w:rPr>
        <w:t>والمشاركة</w:t>
      </w:r>
      <w:r>
        <w:rPr>
          <w:rFonts w:ascii="DiodrumArabic-Medium" w:hAnsi="DiodrumArabic-Medium"/>
          <w:sz w:val="21"/>
        </w:rPr>
        <w:t xml:space="preserve"> </w:t>
      </w:r>
      <w:r>
        <w:rPr>
          <w:rFonts w:ascii="DiodrumArabic-Medium" w:hAnsi="DiodrumArabic-Medium" w:cs="DiodrumArabic-Medium"/>
          <w:sz w:val="21"/>
          <w:szCs w:val="21"/>
          <w:rtl/>
        </w:rPr>
        <w:t>بشكل</w:t>
      </w:r>
      <w:r>
        <w:rPr>
          <w:rFonts w:ascii="DiodrumArabic-Medium" w:hAnsi="DiodrumArabic-Medium"/>
          <w:sz w:val="21"/>
        </w:rPr>
        <w:t xml:space="preserve"> </w:t>
      </w:r>
      <w:r>
        <w:rPr>
          <w:rFonts w:ascii="DiodrumArabic-Medium" w:hAnsi="DiodrumArabic-Medium" w:cs="DiodrumArabic-Medium"/>
          <w:sz w:val="21"/>
          <w:szCs w:val="21"/>
          <w:rtl/>
        </w:rPr>
        <w:t>فعال</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المجتمع</w:t>
      </w:r>
      <w:r>
        <w:rPr>
          <w:rFonts w:ascii="DiodrumArabic-Medium" w:hAnsi="DiodrumArabic-Medium"/>
          <w:sz w:val="21"/>
        </w:rPr>
        <w:t xml:space="preserve">. </w:t>
      </w:r>
      <w:r>
        <w:rPr>
          <w:rFonts w:ascii="DiodrumArabic-Medium" w:hAnsi="DiodrumArabic-Medium" w:cs="DiodrumArabic-Medium"/>
          <w:sz w:val="21"/>
          <w:szCs w:val="21"/>
          <w:rtl/>
        </w:rPr>
        <w:t>وبالتالي،</w:t>
      </w:r>
      <w:r>
        <w:rPr>
          <w:rFonts w:ascii="DiodrumArabic-Medium" w:hAnsi="DiodrumArabic-Medium"/>
          <w:sz w:val="21"/>
        </w:rPr>
        <w:t xml:space="preserve"> </w:t>
      </w:r>
      <w:r>
        <w:rPr>
          <w:rFonts w:ascii="DiodrumArabic-Medium" w:hAnsi="DiodrumArabic-Medium" w:cs="DiodrumArabic-Medium"/>
          <w:sz w:val="21"/>
          <w:szCs w:val="21"/>
          <w:rtl/>
        </w:rPr>
        <w:t>فإن</w:t>
      </w:r>
      <w:r>
        <w:rPr>
          <w:rFonts w:ascii="DiodrumArabic-Medium" w:hAnsi="DiodrumArabic-Medium"/>
          <w:sz w:val="21"/>
        </w:rPr>
        <w:t xml:space="preserve"> </w:t>
      </w:r>
      <w:r>
        <w:rPr>
          <w:rFonts w:ascii="DiodrumArabic-Medium" w:hAnsi="DiodrumArabic-Medium" w:cs="DiodrumArabic-Medium"/>
          <w:sz w:val="21"/>
          <w:szCs w:val="21"/>
          <w:rtl/>
        </w:rPr>
        <w:t>الإقرار</w:t>
      </w:r>
      <w:r>
        <w:rPr>
          <w:rFonts w:ascii="DiodrumArabic-Medium" w:hAnsi="DiodrumArabic-Medium"/>
          <w:sz w:val="21"/>
        </w:rPr>
        <w:t xml:space="preserve"> </w:t>
      </w:r>
      <w:r>
        <w:rPr>
          <w:rFonts w:ascii="DiodrumArabic-Medium" w:hAnsi="DiodrumArabic-Medium" w:cs="DiodrumArabic-Medium"/>
          <w:sz w:val="21"/>
          <w:szCs w:val="21"/>
          <w:rtl/>
        </w:rPr>
        <w:t>بأن</w:t>
      </w:r>
      <w:r>
        <w:rPr>
          <w:rFonts w:ascii="DiodrumArabic-Medium" w:hAnsi="DiodrumArabic-Medium"/>
          <w:sz w:val="21"/>
        </w:rPr>
        <w:t xml:space="preserve"> </w:t>
      </w:r>
      <w:r>
        <w:rPr>
          <w:rFonts w:ascii="DiodrumArabic-Medium" w:hAnsi="DiodrumArabic-Medium" w:cs="DiodrumArabic-Medium"/>
          <w:sz w:val="21"/>
          <w:szCs w:val="21"/>
          <w:rtl/>
        </w:rPr>
        <w:t>كبار</w:t>
      </w:r>
      <w:r>
        <w:rPr>
          <w:rFonts w:ascii="DiodrumArabic-Medium" w:hAnsi="DiodrumArabic-Medium"/>
          <w:sz w:val="21"/>
        </w:rPr>
        <w:t xml:space="preserve"> </w:t>
      </w:r>
      <w:r>
        <w:rPr>
          <w:rFonts w:ascii="DiodrumArabic-Medium" w:hAnsi="DiodrumArabic-Medium" w:cs="DiodrumArabic-Medium"/>
          <w:sz w:val="21"/>
          <w:szCs w:val="21"/>
          <w:rtl/>
        </w:rPr>
        <w:t>السن</w:t>
      </w:r>
      <w:r>
        <w:rPr>
          <w:rFonts w:ascii="DiodrumArabic-Medium" w:hAnsi="DiodrumArabic-Medium"/>
          <w:sz w:val="21"/>
        </w:rPr>
        <w:t xml:space="preserve"> </w:t>
      </w:r>
      <w:r>
        <w:rPr>
          <w:rFonts w:ascii="DiodrumArabic-Medium" w:hAnsi="DiodrumArabic-Medium" w:cs="DiodrumArabic-Medium"/>
          <w:sz w:val="21"/>
          <w:szCs w:val="21"/>
          <w:rtl/>
        </w:rPr>
        <w:t>يشكّلون</w:t>
      </w:r>
      <w:r>
        <w:rPr>
          <w:rFonts w:ascii="DiodrumArabic-Medium" w:hAnsi="DiodrumArabic-Medium"/>
          <w:sz w:val="21"/>
        </w:rPr>
        <w:t xml:space="preserve"> </w:t>
      </w:r>
      <w:r>
        <w:rPr>
          <w:rFonts w:ascii="DiodrumArabic-Medium" w:hAnsi="DiodrumArabic-Medium" w:cs="DiodrumArabic-Medium"/>
          <w:sz w:val="21"/>
          <w:szCs w:val="21"/>
          <w:rtl/>
        </w:rPr>
        <w:t>جزءاً</w:t>
      </w:r>
      <w:r>
        <w:rPr>
          <w:rFonts w:ascii="DiodrumArabic-Medium" w:hAnsi="DiodrumArabic-Medium"/>
          <w:sz w:val="21"/>
        </w:rPr>
        <w:t xml:space="preserve"> </w:t>
      </w:r>
      <w:r>
        <w:rPr>
          <w:rFonts w:ascii="DiodrumArabic-Medium" w:hAnsi="DiodrumArabic-Medium" w:cs="DiodrumArabic-Medium"/>
          <w:sz w:val="21"/>
          <w:szCs w:val="21"/>
          <w:rtl/>
        </w:rPr>
        <w:t>أساسياً</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المجتمعات</w:t>
      </w:r>
      <w:r>
        <w:rPr>
          <w:rFonts w:ascii="DiodrumArabic-Medium" w:hAnsi="DiodrumArabic-Medium"/>
          <w:sz w:val="21"/>
        </w:rPr>
        <w:t xml:space="preserve"> </w:t>
      </w:r>
      <w:r>
        <w:rPr>
          <w:rFonts w:ascii="DiodrumArabic-Medium" w:hAnsi="DiodrumArabic-Medium" w:cs="DiodrumArabic-Medium"/>
          <w:sz w:val="21"/>
          <w:szCs w:val="21"/>
          <w:rtl/>
        </w:rPr>
        <w:t>يضمن</w:t>
      </w:r>
      <w:r>
        <w:rPr>
          <w:rFonts w:ascii="DiodrumArabic-Medium" w:hAnsi="DiodrumArabic-Medium"/>
          <w:sz w:val="21"/>
        </w:rPr>
        <w:t xml:space="preserve"> </w:t>
      </w:r>
      <w:r>
        <w:rPr>
          <w:rFonts w:ascii="DiodrumArabic-Medium" w:hAnsi="DiodrumArabic-Medium" w:cs="DiodrumArabic-Medium"/>
          <w:sz w:val="21"/>
          <w:szCs w:val="21"/>
          <w:rtl/>
        </w:rPr>
        <w:t>تلبية</w:t>
      </w:r>
      <w:r>
        <w:rPr>
          <w:rFonts w:ascii="DiodrumArabic-Medium" w:hAnsi="DiodrumArabic-Medium"/>
          <w:sz w:val="21"/>
        </w:rPr>
        <w:t xml:space="preserve"> </w:t>
      </w:r>
      <w:r>
        <w:rPr>
          <w:rFonts w:ascii="DiodrumArabic-Medium" w:hAnsi="DiodrumArabic-Medium" w:cs="DiodrumArabic-Medium"/>
          <w:sz w:val="21"/>
          <w:szCs w:val="21"/>
          <w:rtl/>
        </w:rPr>
        <w:t>جهود</w:t>
      </w:r>
      <w:r>
        <w:rPr>
          <w:rFonts w:ascii="DiodrumArabic-Medium" w:hAnsi="DiodrumArabic-Medium"/>
          <w:sz w:val="21"/>
        </w:rPr>
        <w:t xml:space="preserve"> </w:t>
      </w:r>
      <w:r>
        <w:rPr>
          <w:rFonts w:ascii="DiodrumArabic-Medium" w:hAnsi="DiodrumArabic-Medium" w:cs="DiodrumArabic-Medium"/>
          <w:sz w:val="21"/>
          <w:szCs w:val="21"/>
          <w:rtl/>
        </w:rPr>
        <w:t>الشمولية</w:t>
      </w:r>
      <w:r>
        <w:rPr>
          <w:rFonts w:ascii="DiodrumArabic-Medium" w:hAnsi="DiodrumArabic-Medium"/>
          <w:sz w:val="21"/>
        </w:rPr>
        <w:t xml:space="preserve"> </w:t>
      </w:r>
      <w:r>
        <w:rPr>
          <w:rFonts w:ascii="DiodrumArabic-Medium" w:hAnsi="DiodrumArabic-Medium" w:cs="DiodrumArabic-Medium"/>
          <w:sz w:val="21"/>
          <w:szCs w:val="21"/>
          <w:rtl/>
        </w:rPr>
        <w:t>لاحتياجات</w:t>
      </w:r>
      <w:r>
        <w:rPr>
          <w:rFonts w:ascii="DiodrumArabic-Medium" w:hAnsi="DiodrumArabic-Medium"/>
          <w:sz w:val="21"/>
        </w:rPr>
        <w:t xml:space="preserve"> </w:t>
      </w:r>
      <w:r>
        <w:rPr>
          <w:rFonts w:ascii="DiodrumArabic-Medium" w:hAnsi="DiodrumArabic-Medium" w:cs="DiodrumArabic-Medium"/>
          <w:sz w:val="21"/>
          <w:szCs w:val="21"/>
          <w:rtl/>
        </w:rPr>
        <w:t>جميع</w:t>
      </w:r>
      <w:r>
        <w:rPr>
          <w:rFonts w:ascii="DiodrumArabic-Medium" w:hAnsi="DiodrumArabic-Medium"/>
          <w:sz w:val="21"/>
        </w:rPr>
        <w:t xml:space="preserve"> </w:t>
      </w:r>
      <w:r>
        <w:rPr>
          <w:rFonts w:ascii="DiodrumArabic-Medium" w:hAnsi="DiodrumArabic-Medium" w:cs="DiodrumArabic-Medium"/>
          <w:sz w:val="21"/>
          <w:szCs w:val="21"/>
          <w:rtl/>
        </w:rPr>
        <w:t>الأفراد</w:t>
      </w:r>
      <w:r w:rsidR="008611B5">
        <w:rPr>
          <w:rFonts w:ascii="DiodrumArabic-Medium" w:hAnsi="DiodrumArabic-Medium" w:hint="cs"/>
          <w:sz w:val="21"/>
          <w:rtl/>
        </w:rPr>
        <w:t>.</w:t>
      </w:r>
    </w:p>
    <w:p w14:paraId="6C791911" w14:textId="4AED308B" w:rsidR="00D04C7D" w:rsidRDefault="00D6184D" w:rsidP="00CD644B">
      <w:pPr>
        <w:bidi/>
      </w:pPr>
      <w:r>
        <w:rPr>
          <w:rFonts w:ascii="DiodrumArabic-Medium" w:hAnsi="DiodrumArabic-Medium" w:cs="DiodrumArabic-Medium"/>
          <w:sz w:val="21"/>
          <w:szCs w:val="21"/>
          <w:rtl/>
        </w:rPr>
        <w:t>وفي</w:t>
      </w:r>
      <w:r>
        <w:rPr>
          <w:rFonts w:ascii="DiodrumArabic-Medium" w:hAnsi="DiodrumArabic-Medium"/>
          <w:sz w:val="21"/>
        </w:rPr>
        <w:t xml:space="preserve"> </w:t>
      </w:r>
      <w:r>
        <w:rPr>
          <w:rFonts w:ascii="DiodrumArabic-Medium" w:hAnsi="DiodrumArabic-Medium" w:cs="DiodrumArabic-Medium"/>
          <w:sz w:val="21"/>
          <w:szCs w:val="21"/>
          <w:rtl/>
        </w:rPr>
        <w:t>هذا</w:t>
      </w:r>
      <w:r>
        <w:rPr>
          <w:rFonts w:ascii="DiodrumArabic-Medium" w:hAnsi="DiodrumArabic-Medium"/>
          <w:sz w:val="21"/>
        </w:rPr>
        <w:t xml:space="preserve"> </w:t>
      </w:r>
      <w:r>
        <w:rPr>
          <w:rFonts w:ascii="DiodrumArabic-Medium" w:hAnsi="DiodrumArabic-Medium" w:cs="DiodrumArabic-Medium"/>
          <w:sz w:val="21"/>
          <w:szCs w:val="21"/>
          <w:rtl/>
        </w:rPr>
        <w:t>السياق،</w:t>
      </w:r>
      <w:r>
        <w:rPr>
          <w:rFonts w:ascii="DiodrumArabic-Medium" w:hAnsi="DiodrumArabic-Medium"/>
          <w:sz w:val="21"/>
        </w:rPr>
        <w:t xml:space="preserve"> </w:t>
      </w:r>
      <w:r>
        <w:rPr>
          <w:rFonts w:ascii="DiodrumArabic-Medium" w:hAnsi="DiodrumArabic-Medium" w:cs="DiodrumArabic-Medium"/>
          <w:sz w:val="21"/>
          <w:szCs w:val="21"/>
          <w:rtl/>
        </w:rPr>
        <w:t>تم</w:t>
      </w:r>
      <w:r>
        <w:rPr>
          <w:rFonts w:ascii="DiodrumArabic-Medium" w:hAnsi="DiodrumArabic-Medium"/>
          <w:sz w:val="21"/>
        </w:rPr>
        <w:t xml:space="preserve"> </w:t>
      </w:r>
      <w:r>
        <w:rPr>
          <w:rFonts w:ascii="DiodrumArabic-Medium" w:hAnsi="DiodrumArabic-Medium" w:cs="DiodrumArabic-Medium"/>
          <w:sz w:val="21"/>
          <w:szCs w:val="21"/>
          <w:rtl/>
        </w:rPr>
        <w:t>إصدار</w:t>
      </w:r>
      <w:r>
        <w:rPr>
          <w:rFonts w:ascii="DiodrumArabic-Medium" w:hAnsi="DiodrumArabic-Medium"/>
          <w:sz w:val="21"/>
        </w:rPr>
        <w:t xml:space="preserve"> </w:t>
      </w:r>
      <w:r>
        <w:rPr>
          <w:rFonts w:ascii="DiodrumArabic-Medium" w:hAnsi="DiodrumArabic-Medium" w:cs="DiodrumArabic-Medium"/>
          <w:sz w:val="21"/>
          <w:szCs w:val="21"/>
          <w:rtl/>
        </w:rPr>
        <w:t>نظام</w:t>
      </w:r>
      <w:r>
        <w:rPr>
          <w:rFonts w:ascii="DiodrumArabic-Medium" w:hAnsi="DiodrumArabic-Medium"/>
          <w:sz w:val="21"/>
        </w:rPr>
        <w:t xml:space="preserve"> </w:t>
      </w:r>
      <w:r>
        <w:rPr>
          <w:rFonts w:ascii="DiodrumArabic-Medium" w:hAnsi="DiodrumArabic-Medium" w:cs="DiodrumArabic-Medium"/>
          <w:sz w:val="21"/>
          <w:szCs w:val="21"/>
          <w:rtl/>
        </w:rPr>
        <w:t>حقوق</w:t>
      </w:r>
      <w:r>
        <w:rPr>
          <w:rFonts w:ascii="DiodrumArabic-Medium" w:hAnsi="DiodrumArabic-Medium"/>
          <w:sz w:val="21"/>
        </w:rPr>
        <w:t xml:space="preserve"> </w:t>
      </w:r>
      <w:r>
        <w:rPr>
          <w:rFonts w:ascii="DiodrumArabic-Medium" w:hAnsi="DiodrumArabic-Medium" w:cs="DiodrumArabic-Medium"/>
          <w:sz w:val="21"/>
          <w:szCs w:val="21"/>
          <w:rtl/>
        </w:rPr>
        <w:t>كبير</w:t>
      </w:r>
      <w:r>
        <w:rPr>
          <w:rFonts w:ascii="DiodrumArabic-Medium" w:hAnsi="DiodrumArabic-Medium"/>
          <w:sz w:val="21"/>
        </w:rPr>
        <w:t xml:space="preserve"> </w:t>
      </w:r>
      <w:r>
        <w:rPr>
          <w:rFonts w:ascii="DiodrumArabic-Medium" w:hAnsi="DiodrumArabic-Medium" w:cs="DiodrumArabic-Medium"/>
          <w:sz w:val="21"/>
          <w:szCs w:val="21"/>
          <w:rtl/>
        </w:rPr>
        <w:t>السن</w:t>
      </w:r>
      <w:r>
        <w:rPr>
          <w:rFonts w:ascii="DiodrumArabic-Medium" w:hAnsi="DiodrumArabic-Medium"/>
          <w:sz w:val="21"/>
        </w:rPr>
        <w:t xml:space="preserve"> </w:t>
      </w:r>
      <w:r>
        <w:rPr>
          <w:rFonts w:ascii="DiodrumArabic-Medium" w:hAnsi="DiodrumArabic-Medium" w:cs="DiodrumArabic-Medium"/>
          <w:sz w:val="21"/>
          <w:szCs w:val="21"/>
          <w:rtl/>
        </w:rPr>
        <w:t>ورعايته</w:t>
      </w:r>
      <w:r>
        <w:rPr>
          <w:rFonts w:ascii="DiodrumArabic-Medium" w:hAnsi="DiodrumArabic-Medium"/>
          <w:sz w:val="21"/>
        </w:rPr>
        <w:t xml:space="preserve"> </w:t>
      </w:r>
      <w:r>
        <w:rPr>
          <w:rFonts w:ascii="DiodrumArabic-Medium" w:hAnsi="DiodrumArabic-Medium" w:cs="DiodrumArabic-Medium"/>
          <w:sz w:val="21"/>
          <w:szCs w:val="21"/>
          <w:rtl/>
        </w:rPr>
        <w:t>بموجب</w:t>
      </w:r>
      <w:r>
        <w:rPr>
          <w:rFonts w:ascii="DiodrumArabic-Medium" w:hAnsi="DiodrumArabic-Medium"/>
          <w:sz w:val="21"/>
        </w:rPr>
        <w:t xml:space="preserve"> </w:t>
      </w:r>
      <w:r>
        <w:rPr>
          <w:rFonts w:ascii="DiodrumArabic-Medium" w:hAnsi="DiodrumArabic-Medium" w:cs="DiodrumArabic-Medium"/>
          <w:sz w:val="21"/>
          <w:szCs w:val="21"/>
          <w:rtl/>
        </w:rPr>
        <w:t>المرسوم</w:t>
      </w:r>
      <w:r>
        <w:rPr>
          <w:rFonts w:ascii="DiodrumArabic-Medium" w:hAnsi="DiodrumArabic-Medium"/>
          <w:sz w:val="21"/>
        </w:rPr>
        <w:t xml:space="preserve"> </w:t>
      </w:r>
      <w:r>
        <w:rPr>
          <w:rFonts w:ascii="DiodrumArabic-Medium" w:hAnsi="DiodrumArabic-Medium" w:cs="DiodrumArabic-Medium"/>
          <w:sz w:val="21"/>
          <w:szCs w:val="21"/>
          <w:rtl/>
        </w:rPr>
        <w:t>الملكي</w:t>
      </w:r>
      <w:r>
        <w:rPr>
          <w:rFonts w:ascii="DiodrumArabic-Medium" w:hAnsi="DiodrumArabic-Medium"/>
          <w:sz w:val="21"/>
        </w:rPr>
        <w:t xml:space="preserve"> </w:t>
      </w:r>
      <w:r>
        <w:rPr>
          <w:rFonts w:ascii="DiodrumArabic-Medium" w:hAnsi="DiodrumArabic-Medium" w:cs="DiodrumArabic-Medium"/>
          <w:sz w:val="21"/>
          <w:szCs w:val="21"/>
          <w:rtl/>
        </w:rPr>
        <w:t>رقم</w:t>
      </w:r>
      <w:r>
        <w:rPr>
          <w:rFonts w:ascii="DiodrumArabic-Medium" w:hAnsi="DiodrumArabic-Medium"/>
          <w:sz w:val="21"/>
        </w:rPr>
        <w:t xml:space="preserve"> (47) </w:t>
      </w:r>
      <w:r>
        <w:rPr>
          <w:rFonts w:ascii="DiodrumArabic-Medium" w:hAnsi="DiodrumArabic-Medium" w:cs="DiodrumArabic-Medium"/>
          <w:sz w:val="21"/>
          <w:szCs w:val="21"/>
          <w:rtl/>
        </w:rPr>
        <w:t>بتاريخ</w:t>
      </w:r>
      <w:r>
        <w:rPr>
          <w:rFonts w:ascii="DiodrumArabic-Medium" w:hAnsi="DiodrumArabic-Medium"/>
          <w:sz w:val="21"/>
        </w:rPr>
        <w:t xml:space="preserve"> 03/06/1443 </w:t>
      </w:r>
      <w:r>
        <w:rPr>
          <w:rFonts w:ascii="DiodrumArabic-Medium" w:hAnsi="DiodrumArabic-Medium" w:cs="DiodrumArabic-Medium"/>
          <w:sz w:val="21"/>
          <w:szCs w:val="21"/>
          <w:rtl/>
        </w:rPr>
        <w:t>هـ،</w:t>
      </w:r>
      <w:r>
        <w:rPr>
          <w:rFonts w:ascii="DiodrumArabic-Medium" w:hAnsi="DiodrumArabic-Medium"/>
          <w:sz w:val="21"/>
        </w:rPr>
        <w:t xml:space="preserve"> </w:t>
      </w:r>
      <w:r>
        <w:rPr>
          <w:rFonts w:ascii="DiodrumArabic-Medium" w:hAnsi="DiodrumArabic-Medium" w:cs="DiodrumArabic-Medium"/>
          <w:sz w:val="21"/>
          <w:szCs w:val="21"/>
          <w:rtl/>
        </w:rPr>
        <w:t>حيث</w:t>
      </w:r>
      <w:r>
        <w:rPr>
          <w:rFonts w:ascii="DiodrumArabic-Medium" w:hAnsi="DiodrumArabic-Medium"/>
          <w:sz w:val="21"/>
        </w:rPr>
        <w:t xml:space="preserve"> </w:t>
      </w:r>
      <w:r>
        <w:rPr>
          <w:rFonts w:ascii="DiodrumArabic-Medium" w:hAnsi="DiodrumArabic-Medium" w:cs="DiodrumArabic-Medium"/>
          <w:sz w:val="21"/>
          <w:szCs w:val="21"/>
          <w:rtl/>
        </w:rPr>
        <w:t>نصت</w:t>
      </w:r>
      <w:r>
        <w:rPr>
          <w:rFonts w:ascii="DiodrumArabic-Medium" w:hAnsi="DiodrumArabic-Medium"/>
          <w:sz w:val="21"/>
        </w:rPr>
        <w:t xml:space="preserve"> </w:t>
      </w:r>
      <w:r>
        <w:rPr>
          <w:rFonts w:ascii="DiodrumArabic-Medium" w:hAnsi="DiodrumArabic-Medium" w:cs="DiodrumArabic-Medium"/>
          <w:sz w:val="21"/>
          <w:szCs w:val="21"/>
          <w:rtl/>
        </w:rPr>
        <w:t>المادة</w:t>
      </w:r>
      <w:r>
        <w:rPr>
          <w:rFonts w:ascii="DiodrumArabic-Medium" w:hAnsi="DiodrumArabic-Medium"/>
          <w:sz w:val="21"/>
        </w:rPr>
        <w:t xml:space="preserve"> </w:t>
      </w:r>
      <w:r>
        <w:rPr>
          <w:rFonts w:ascii="DiodrumArabic-Medium" w:hAnsi="DiodrumArabic-Medium" w:cs="DiodrumArabic-Medium"/>
          <w:sz w:val="21"/>
          <w:szCs w:val="21"/>
          <w:rtl/>
        </w:rPr>
        <w:t>الثانية</w:t>
      </w:r>
      <w:r>
        <w:rPr>
          <w:rFonts w:ascii="DiodrumArabic-Medium" w:hAnsi="DiodrumArabic-Medium"/>
          <w:sz w:val="21"/>
        </w:rPr>
        <w:t xml:space="preserve"> </w:t>
      </w:r>
      <w:r>
        <w:rPr>
          <w:rFonts w:ascii="DiodrumArabic-Medium" w:hAnsi="DiodrumArabic-Medium" w:cs="DiodrumArabic-Medium"/>
          <w:sz w:val="21"/>
          <w:szCs w:val="21"/>
          <w:rtl/>
        </w:rPr>
        <w:t>عشرة</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النظام</w:t>
      </w:r>
      <w:r>
        <w:rPr>
          <w:rFonts w:ascii="DiodrumArabic-Medium" w:hAnsi="DiodrumArabic-Medium"/>
          <w:sz w:val="21"/>
        </w:rPr>
        <w:t xml:space="preserve"> </w:t>
      </w:r>
      <w:r>
        <w:rPr>
          <w:rFonts w:ascii="DiodrumArabic-Medium" w:hAnsi="DiodrumArabic-Medium" w:cs="DiodrumArabic-Medium"/>
          <w:sz w:val="21"/>
          <w:szCs w:val="21"/>
          <w:rtl/>
        </w:rPr>
        <w:t>على</w:t>
      </w:r>
      <w:r>
        <w:rPr>
          <w:rFonts w:ascii="DiodrumArabic-Medium" w:hAnsi="DiodrumArabic-Medium"/>
          <w:sz w:val="21"/>
        </w:rPr>
        <w:t xml:space="preserve"> </w:t>
      </w:r>
      <w:r>
        <w:rPr>
          <w:rFonts w:ascii="DiodrumArabic-Medium" w:hAnsi="DiodrumArabic-Medium" w:cs="DiodrumArabic-Medium"/>
          <w:sz w:val="21"/>
          <w:szCs w:val="21"/>
          <w:rtl/>
        </w:rPr>
        <w:t>منح</w:t>
      </w:r>
      <w:r>
        <w:rPr>
          <w:rFonts w:ascii="DiodrumArabic-Medium" w:hAnsi="DiodrumArabic-Medium"/>
          <w:sz w:val="21"/>
        </w:rPr>
        <w:t xml:space="preserve"> </w:t>
      </w:r>
      <w:r>
        <w:rPr>
          <w:rFonts w:ascii="DiodrumArabic-Medium" w:hAnsi="DiodrumArabic-Medium" w:cs="DiodrumArabic-Medium"/>
          <w:sz w:val="21"/>
          <w:szCs w:val="21"/>
          <w:rtl/>
        </w:rPr>
        <w:t>كبار</w:t>
      </w:r>
      <w:r>
        <w:rPr>
          <w:rFonts w:ascii="DiodrumArabic-Medium" w:hAnsi="DiodrumArabic-Medium"/>
          <w:sz w:val="21"/>
        </w:rPr>
        <w:t xml:space="preserve"> </w:t>
      </w:r>
      <w:r>
        <w:rPr>
          <w:rFonts w:ascii="DiodrumArabic-Medium" w:hAnsi="DiodrumArabic-Medium" w:cs="DiodrumArabic-Medium"/>
          <w:sz w:val="21"/>
          <w:szCs w:val="21"/>
          <w:rtl/>
        </w:rPr>
        <w:t>السن</w:t>
      </w:r>
      <w:r>
        <w:rPr>
          <w:rFonts w:ascii="DiodrumArabic-Medium" w:hAnsi="DiodrumArabic-Medium"/>
          <w:sz w:val="21"/>
        </w:rPr>
        <w:t xml:space="preserve"> </w:t>
      </w:r>
      <w:r>
        <w:rPr>
          <w:rFonts w:ascii="DiodrumArabic-Medium" w:hAnsi="DiodrumArabic-Medium" w:cs="DiodrumArabic-Medium"/>
          <w:sz w:val="21"/>
          <w:szCs w:val="21"/>
          <w:rtl/>
        </w:rPr>
        <w:t>بطاقة</w:t>
      </w:r>
      <w:r>
        <w:rPr>
          <w:rFonts w:ascii="DiodrumArabic-Medium" w:hAnsi="DiodrumArabic-Medium"/>
          <w:sz w:val="21"/>
        </w:rPr>
        <w:t xml:space="preserve"> </w:t>
      </w:r>
      <w:r>
        <w:rPr>
          <w:rFonts w:ascii="DiodrumArabic-Medium" w:hAnsi="DiodrumArabic-Medium" w:cs="DiodrumArabic-Medium"/>
          <w:sz w:val="21"/>
          <w:szCs w:val="21"/>
          <w:rtl/>
        </w:rPr>
        <w:t>امتياز</w:t>
      </w:r>
      <w:r>
        <w:rPr>
          <w:rFonts w:ascii="DiodrumArabic-Medium" w:hAnsi="DiodrumArabic-Medium"/>
          <w:sz w:val="21"/>
        </w:rPr>
        <w:t xml:space="preserve"> </w:t>
      </w:r>
      <w:r>
        <w:rPr>
          <w:rFonts w:ascii="DiodrumArabic-Medium" w:hAnsi="DiodrumArabic-Medium" w:cs="DiodrumArabic-Medium"/>
          <w:sz w:val="21"/>
          <w:szCs w:val="21"/>
          <w:rtl/>
        </w:rPr>
        <w:t>تمكنهم</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الاستفادة</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الخدمات</w:t>
      </w:r>
      <w:r>
        <w:rPr>
          <w:rFonts w:ascii="DiodrumArabic-Medium" w:hAnsi="DiodrumArabic-Medium"/>
          <w:sz w:val="21"/>
        </w:rPr>
        <w:t xml:space="preserve"> </w:t>
      </w:r>
      <w:r>
        <w:rPr>
          <w:rFonts w:ascii="DiodrumArabic-Medium" w:hAnsi="DiodrumArabic-Medium" w:cs="DiodrumArabic-Medium"/>
          <w:sz w:val="21"/>
          <w:szCs w:val="21"/>
          <w:rtl/>
        </w:rPr>
        <w:t>العامة</w:t>
      </w:r>
      <w:r>
        <w:rPr>
          <w:rFonts w:ascii="DiodrumArabic-Medium" w:hAnsi="DiodrumArabic-Medium"/>
          <w:sz w:val="21"/>
        </w:rPr>
        <w:t xml:space="preserve"> </w:t>
      </w:r>
      <w:r>
        <w:rPr>
          <w:rFonts w:ascii="DiodrumArabic-Medium" w:hAnsi="DiodrumArabic-Medium" w:cs="DiodrumArabic-Medium"/>
          <w:sz w:val="21"/>
          <w:szCs w:val="21"/>
          <w:rtl/>
        </w:rPr>
        <w:t>التي</w:t>
      </w:r>
      <w:r>
        <w:rPr>
          <w:rFonts w:ascii="DiodrumArabic-Medium" w:hAnsi="DiodrumArabic-Medium"/>
          <w:sz w:val="21"/>
        </w:rPr>
        <w:t xml:space="preserve"> </w:t>
      </w:r>
      <w:r>
        <w:rPr>
          <w:rFonts w:ascii="DiodrumArabic-Medium" w:hAnsi="DiodrumArabic-Medium" w:cs="DiodrumArabic-Medium"/>
          <w:sz w:val="21"/>
          <w:szCs w:val="21"/>
          <w:rtl/>
        </w:rPr>
        <w:t>يحتاجونها</w:t>
      </w:r>
      <w:r>
        <w:rPr>
          <w:rFonts w:ascii="DiodrumArabic-Medium" w:hAnsi="DiodrumArabic-Medium"/>
          <w:sz w:val="21"/>
        </w:rPr>
        <w:t xml:space="preserve"> </w:t>
      </w:r>
      <w:r>
        <w:rPr>
          <w:rFonts w:ascii="DiodrumArabic-Medium" w:hAnsi="DiodrumArabic-Medium" w:cs="DiodrumArabic-Medium"/>
          <w:sz w:val="21"/>
          <w:szCs w:val="21"/>
          <w:rtl/>
        </w:rPr>
        <w:t>لضروريات</w:t>
      </w:r>
      <w:r>
        <w:rPr>
          <w:rFonts w:ascii="DiodrumArabic-Medium" w:hAnsi="DiodrumArabic-Medium"/>
          <w:sz w:val="21"/>
        </w:rPr>
        <w:t xml:space="preserve"> </w:t>
      </w:r>
      <w:r>
        <w:rPr>
          <w:rFonts w:ascii="DiodrumArabic-Medium" w:hAnsi="DiodrumArabic-Medium" w:cs="DiodrumArabic-Medium"/>
          <w:sz w:val="21"/>
          <w:szCs w:val="21"/>
          <w:rtl/>
        </w:rPr>
        <w:t>حياتهم</w:t>
      </w:r>
      <w:r>
        <w:rPr>
          <w:rFonts w:ascii="DiodrumArabic-Medium" w:hAnsi="DiodrumArabic-Medium"/>
          <w:sz w:val="21"/>
        </w:rPr>
        <w:t xml:space="preserve"> </w:t>
      </w:r>
      <w:r>
        <w:rPr>
          <w:rFonts w:ascii="DiodrumArabic-Medium" w:hAnsi="DiodrumArabic-Medium" w:cs="DiodrumArabic-Medium"/>
          <w:sz w:val="21"/>
          <w:szCs w:val="21"/>
          <w:rtl/>
        </w:rPr>
        <w:t>اليومية،</w:t>
      </w:r>
      <w:r>
        <w:rPr>
          <w:rFonts w:ascii="DiodrumArabic-Medium" w:hAnsi="DiodrumArabic-Medium"/>
          <w:sz w:val="21"/>
        </w:rPr>
        <w:t xml:space="preserve"> </w:t>
      </w:r>
      <w:r>
        <w:rPr>
          <w:rFonts w:ascii="DiodrumArabic-Medium" w:hAnsi="DiodrumArabic-Medium" w:cs="DiodrumArabic-Medium"/>
          <w:sz w:val="21"/>
          <w:szCs w:val="21"/>
          <w:rtl/>
        </w:rPr>
        <w:t>دون</w:t>
      </w:r>
      <w:r>
        <w:rPr>
          <w:rFonts w:ascii="DiodrumArabic-Medium" w:hAnsi="DiodrumArabic-Medium"/>
          <w:sz w:val="21"/>
        </w:rPr>
        <w:t xml:space="preserve"> </w:t>
      </w:r>
      <w:r>
        <w:rPr>
          <w:rFonts w:ascii="DiodrumArabic-Medium" w:hAnsi="DiodrumArabic-Medium" w:cs="DiodrumArabic-Medium"/>
          <w:sz w:val="21"/>
          <w:szCs w:val="21"/>
          <w:rtl/>
        </w:rPr>
        <w:t>الحاجة</w:t>
      </w:r>
      <w:r>
        <w:rPr>
          <w:rFonts w:ascii="DiodrumArabic-Medium" w:hAnsi="DiodrumArabic-Medium"/>
          <w:sz w:val="21"/>
        </w:rPr>
        <w:t xml:space="preserve"> </w:t>
      </w:r>
      <w:r>
        <w:rPr>
          <w:rFonts w:ascii="DiodrumArabic-Medium" w:hAnsi="DiodrumArabic-Medium" w:cs="DiodrumArabic-Medium"/>
          <w:sz w:val="21"/>
          <w:szCs w:val="21"/>
          <w:rtl/>
        </w:rPr>
        <w:t>إلى</w:t>
      </w:r>
      <w:r>
        <w:rPr>
          <w:rFonts w:ascii="DiodrumArabic-Medium" w:hAnsi="DiodrumArabic-Medium"/>
          <w:sz w:val="21"/>
        </w:rPr>
        <w:t xml:space="preserve"> </w:t>
      </w:r>
      <w:r>
        <w:rPr>
          <w:rFonts w:ascii="DiodrumArabic-Medium" w:hAnsi="DiodrumArabic-Medium" w:cs="DiodrumArabic-Medium"/>
          <w:sz w:val="21"/>
          <w:szCs w:val="21"/>
          <w:rtl/>
        </w:rPr>
        <w:t>زيارة</w:t>
      </w:r>
      <w:r>
        <w:rPr>
          <w:rFonts w:ascii="DiodrumArabic-Medium" w:hAnsi="DiodrumArabic-Medium"/>
          <w:sz w:val="21"/>
        </w:rPr>
        <w:t xml:space="preserve"> </w:t>
      </w:r>
      <w:r>
        <w:rPr>
          <w:rFonts w:ascii="DiodrumArabic-Medium" w:hAnsi="DiodrumArabic-Medium" w:cs="DiodrumArabic-Medium"/>
          <w:sz w:val="21"/>
          <w:szCs w:val="21"/>
          <w:rtl/>
        </w:rPr>
        <w:t>المكاتب</w:t>
      </w:r>
      <w:r>
        <w:rPr>
          <w:rFonts w:ascii="DiodrumArabic-Medium" w:hAnsi="DiodrumArabic-Medium"/>
          <w:sz w:val="21"/>
        </w:rPr>
        <w:t xml:space="preserve"> </w:t>
      </w:r>
      <w:r>
        <w:rPr>
          <w:rFonts w:ascii="DiodrumArabic-Medium" w:hAnsi="DiodrumArabic-Medium" w:cs="DiodrumArabic-Medium"/>
          <w:sz w:val="21"/>
          <w:szCs w:val="21"/>
          <w:rtl/>
        </w:rPr>
        <w:t>الحكومية،</w:t>
      </w:r>
      <w:r>
        <w:rPr>
          <w:rFonts w:ascii="DiodrumArabic-Medium" w:hAnsi="DiodrumArabic-Medium"/>
          <w:sz w:val="21"/>
        </w:rPr>
        <w:t xml:space="preserve"> </w:t>
      </w:r>
      <w:r>
        <w:rPr>
          <w:rFonts w:ascii="DiodrumArabic-Medium" w:hAnsi="DiodrumArabic-Medium" w:cs="DiodrumArabic-Medium"/>
          <w:sz w:val="21"/>
          <w:szCs w:val="21"/>
          <w:rtl/>
        </w:rPr>
        <w:t>مع</w:t>
      </w:r>
      <w:r>
        <w:rPr>
          <w:rFonts w:ascii="DiodrumArabic-Medium" w:hAnsi="DiodrumArabic-Medium"/>
          <w:sz w:val="21"/>
        </w:rPr>
        <w:t xml:space="preserve"> </w:t>
      </w:r>
      <w:r>
        <w:rPr>
          <w:rFonts w:ascii="DiodrumArabic-Medium" w:hAnsi="DiodrumArabic-Medium" w:cs="DiodrumArabic-Medium"/>
          <w:sz w:val="21"/>
          <w:szCs w:val="21"/>
          <w:rtl/>
        </w:rPr>
        <w:t>مراعاة</w:t>
      </w:r>
      <w:r>
        <w:rPr>
          <w:rFonts w:ascii="DiodrumArabic-Medium" w:hAnsi="DiodrumArabic-Medium"/>
          <w:sz w:val="21"/>
        </w:rPr>
        <w:t xml:space="preserve"> </w:t>
      </w:r>
      <w:r>
        <w:rPr>
          <w:rFonts w:ascii="DiodrumArabic-Medium" w:hAnsi="DiodrumArabic-Medium" w:cs="DiodrumArabic-Medium"/>
          <w:sz w:val="21"/>
          <w:szCs w:val="21"/>
          <w:rtl/>
        </w:rPr>
        <w:t>احتياجاتهم</w:t>
      </w:r>
      <w:r>
        <w:rPr>
          <w:rFonts w:ascii="DiodrumArabic-Medium" w:hAnsi="DiodrumArabic-Medium"/>
          <w:sz w:val="21"/>
        </w:rPr>
        <w:t xml:space="preserve"> </w:t>
      </w:r>
      <w:r>
        <w:rPr>
          <w:rFonts w:ascii="DiodrumArabic-Medium" w:hAnsi="DiodrumArabic-Medium" w:cs="DiodrumArabic-Medium"/>
          <w:sz w:val="21"/>
          <w:szCs w:val="21"/>
          <w:rtl/>
        </w:rPr>
        <w:t>العقلية،</w:t>
      </w:r>
      <w:r>
        <w:rPr>
          <w:rFonts w:ascii="DiodrumArabic-Medium" w:hAnsi="DiodrumArabic-Medium"/>
          <w:sz w:val="21"/>
        </w:rPr>
        <w:t xml:space="preserve"> </w:t>
      </w:r>
      <w:r>
        <w:rPr>
          <w:rFonts w:ascii="DiodrumArabic-Medium" w:hAnsi="DiodrumArabic-Medium" w:cs="DiodrumArabic-Medium"/>
          <w:sz w:val="21"/>
          <w:szCs w:val="21"/>
          <w:rtl/>
        </w:rPr>
        <w:t>والنفسية،</w:t>
      </w:r>
      <w:r>
        <w:rPr>
          <w:rFonts w:ascii="DiodrumArabic-Medium" w:hAnsi="DiodrumArabic-Medium"/>
          <w:sz w:val="21"/>
        </w:rPr>
        <w:t xml:space="preserve"> </w:t>
      </w:r>
      <w:r>
        <w:rPr>
          <w:rFonts w:ascii="DiodrumArabic-Medium" w:hAnsi="DiodrumArabic-Medium" w:cs="DiodrumArabic-Medium"/>
          <w:sz w:val="21"/>
          <w:szCs w:val="21"/>
          <w:rtl/>
        </w:rPr>
        <w:t>والجسدية</w:t>
      </w:r>
      <w:r>
        <w:rPr>
          <w:rFonts w:ascii="DiodrumArabic-Medium" w:hAnsi="DiodrumArabic-Medium"/>
          <w:sz w:val="21"/>
        </w:rPr>
        <w:t xml:space="preserve">. </w:t>
      </w:r>
      <w:r>
        <w:rPr>
          <w:rFonts w:ascii="DiodrumArabic-Medium" w:hAnsi="DiodrumArabic-Medium" w:cs="DiodrumArabic-Medium"/>
          <w:sz w:val="21"/>
          <w:szCs w:val="21"/>
          <w:rtl/>
        </w:rPr>
        <w:t>كما</w:t>
      </w:r>
      <w:r>
        <w:rPr>
          <w:rFonts w:ascii="DiodrumArabic-Medium" w:hAnsi="DiodrumArabic-Medium"/>
          <w:sz w:val="21"/>
        </w:rPr>
        <w:t xml:space="preserve"> </w:t>
      </w:r>
      <w:r>
        <w:rPr>
          <w:rFonts w:ascii="DiodrumArabic-Medium" w:hAnsi="DiodrumArabic-Medium" w:cs="DiodrumArabic-Medium"/>
          <w:sz w:val="21"/>
          <w:szCs w:val="21"/>
          <w:rtl/>
        </w:rPr>
        <w:t>شدّد</w:t>
      </w:r>
      <w:r>
        <w:rPr>
          <w:rFonts w:ascii="DiodrumArabic-Medium" w:hAnsi="DiodrumArabic-Medium"/>
          <w:sz w:val="21"/>
        </w:rPr>
        <w:t xml:space="preserve"> </w:t>
      </w:r>
      <w:r>
        <w:rPr>
          <w:rFonts w:ascii="DiodrumArabic-Medium" w:hAnsi="DiodrumArabic-Medium" w:cs="DiodrumArabic-Medium"/>
          <w:sz w:val="21"/>
          <w:szCs w:val="21"/>
          <w:rtl/>
        </w:rPr>
        <w:t>النظام</w:t>
      </w:r>
      <w:r>
        <w:rPr>
          <w:rFonts w:ascii="DiodrumArabic-Medium" w:hAnsi="DiodrumArabic-Medium"/>
          <w:sz w:val="21"/>
        </w:rPr>
        <w:t xml:space="preserve"> </w:t>
      </w:r>
      <w:r>
        <w:rPr>
          <w:rFonts w:ascii="DiodrumArabic-Medium" w:hAnsi="DiodrumArabic-Medium" w:cs="DiodrumArabic-Medium"/>
          <w:sz w:val="21"/>
          <w:szCs w:val="21"/>
          <w:rtl/>
        </w:rPr>
        <w:t>على</w:t>
      </w:r>
      <w:r>
        <w:rPr>
          <w:rFonts w:ascii="DiodrumArabic-Medium" w:hAnsi="DiodrumArabic-Medium"/>
          <w:sz w:val="21"/>
        </w:rPr>
        <w:t xml:space="preserve"> </w:t>
      </w:r>
      <w:r>
        <w:rPr>
          <w:rFonts w:ascii="DiodrumArabic-Medium" w:hAnsi="DiodrumArabic-Medium" w:cs="DiodrumArabic-Medium"/>
          <w:sz w:val="21"/>
          <w:szCs w:val="21"/>
          <w:rtl/>
        </w:rPr>
        <w:t>أهمية</w:t>
      </w:r>
      <w:r>
        <w:rPr>
          <w:rFonts w:ascii="DiodrumArabic-Medium" w:hAnsi="DiodrumArabic-Medium"/>
          <w:sz w:val="21"/>
        </w:rPr>
        <w:t xml:space="preserve"> </w:t>
      </w:r>
      <w:r>
        <w:rPr>
          <w:rFonts w:ascii="DiodrumArabic-Medium" w:hAnsi="DiodrumArabic-Medium" w:cs="DiodrumArabic-Medium"/>
          <w:sz w:val="21"/>
          <w:szCs w:val="21"/>
          <w:rtl/>
        </w:rPr>
        <w:t>توفير</w:t>
      </w:r>
      <w:r>
        <w:rPr>
          <w:rFonts w:ascii="DiodrumArabic-Medium" w:hAnsi="DiodrumArabic-Medium"/>
          <w:sz w:val="21"/>
        </w:rPr>
        <w:t xml:space="preserve"> </w:t>
      </w:r>
      <w:r>
        <w:rPr>
          <w:rFonts w:ascii="DiodrumArabic-Medium" w:hAnsi="DiodrumArabic-Medium" w:cs="DiodrumArabic-Medium"/>
          <w:sz w:val="21"/>
          <w:szCs w:val="21"/>
          <w:rtl/>
        </w:rPr>
        <w:t>البيانات</w:t>
      </w:r>
      <w:r>
        <w:rPr>
          <w:rFonts w:ascii="DiodrumArabic-Medium" w:hAnsi="DiodrumArabic-Medium"/>
          <w:sz w:val="21"/>
        </w:rPr>
        <w:t xml:space="preserve"> </w:t>
      </w:r>
      <w:r>
        <w:rPr>
          <w:rFonts w:ascii="DiodrumArabic-Medium" w:hAnsi="DiodrumArabic-Medium" w:cs="DiodrumArabic-Medium"/>
          <w:sz w:val="21"/>
          <w:szCs w:val="21"/>
          <w:rtl/>
        </w:rPr>
        <w:t>الإحصائية</w:t>
      </w:r>
      <w:r>
        <w:rPr>
          <w:rFonts w:ascii="DiodrumArabic-Medium" w:hAnsi="DiodrumArabic-Medium"/>
          <w:sz w:val="21"/>
        </w:rPr>
        <w:t xml:space="preserve"> </w:t>
      </w:r>
      <w:r>
        <w:rPr>
          <w:rFonts w:ascii="DiodrumArabic-Medium" w:hAnsi="DiodrumArabic-Medium" w:cs="DiodrumArabic-Medium"/>
          <w:sz w:val="21"/>
          <w:szCs w:val="21"/>
          <w:rtl/>
        </w:rPr>
        <w:t>والدراسات</w:t>
      </w:r>
      <w:r>
        <w:rPr>
          <w:rFonts w:ascii="DiodrumArabic-Medium" w:hAnsi="DiodrumArabic-Medium"/>
          <w:sz w:val="21"/>
        </w:rPr>
        <w:t xml:space="preserve"> </w:t>
      </w:r>
      <w:r>
        <w:rPr>
          <w:rFonts w:ascii="DiodrumArabic-Medium" w:hAnsi="DiodrumArabic-Medium" w:cs="DiodrumArabic-Medium"/>
          <w:sz w:val="21"/>
          <w:szCs w:val="21"/>
          <w:rtl/>
        </w:rPr>
        <w:t>لتعزيز</w:t>
      </w:r>
      <w:r>
        <w:rPr>
          <w:rFonts w:ascii="DiodrumArabic-Medium" w:hAnsi="DiodrumArabic-Medium"/>
          <w:sz w:val="21"/>
        </w:rPr>
        <w:t xml:space="preserve"> </w:t>
      </w:r>
      <w:r>
        <w:rPr>
          <w:rFonts w:ascii="DiodrumArabic-Medium" w:hAnsi="DiodrumArabic-Medium" w:cs="DiodrumArabic-Medium"/>
          <w:sz w:val="21"/>
          <w:szCs w:val="21"/>
          <w:rtl/>
        </w:rPr>
        <w:t>فهم</w:t>
      </w:r>
      <w:r>
        <w:rPr>
          <w:rFonts w:ascii="DiodrumArabic-Medium" w:hAnsi="DiodrumArabic-Medium"/>
          <w:sz w:val="21"/>
        </w:rPr>
        <w:t xml:space="preserve"> </w:t>
      </w:r>
      <w:r>
        <w:rPr>
          <w:rFonts w:ascii="DiodrumArabic-Medium" w:hAnsi="DiodrumArabic-Medium" w:cs="DiodrumArabic-Medium"/>
          <w:sz w:val="21"/>
          <w:szCs w:val="21"/>
          <w:rtl/>
        </w:rPr>
        <w:t>احتياجاتهم</w:t>
      </w:r>
      <w:r>
        <w:rPr>
          <w:rFonts w:ascii="DiodrumArabic-Medium" w:hAnsi="DiodrumArabic-Medium"/>
          <w:sz w:val="21"/>
        </w:rPr>
        <w:t xml:space="preserve"> </w:t>
      </w:r>
      <w:r>
        <w:rPr>
          <w:rFonts w:ascii="DiodrumArabic-Medium" w:hAnsi="DiodrumArabic-Medium" w:cs="DiodrumArabic-Medium"/>
          <w:sz w:val="21"/>
          <w:szCs w:val="21"/>
          <w:rtl/>
        </w:rPr>
        <w:t>وإيجاد</w:t>
      </w:r>
      <w:r>
        <w:rPr>
          <w:rFonts w:ascii="DiodrumArabic-Medium" w:hAnsi="DiodrumArabic-Medium"/>
          <w:sz w:val="21"/>
        </w:rPr>
        <w:t xml:space="preserve"> </w:t>
      </w:r>
      <w:r>
        <w:rPr>
          <w:rFonts w:ascii="DiodrumArabic-Medium" w:hAnsi="DiodrumArabic-Medium" w:cs="DiodrumArabic-Medium"/>
          <w:sz w:val="21"/>
          <w:szCs w:val="21"/>
          <w:rtl/>
        </w:rPr>
        <w:t>حلول</w:t>
      </w:r>
      <w:r>
        <w:rPr>
          <w:rFonts w:ascii="DiodrumArabic-Medium" w:hAnsi="DiodrumArabic-Medium"/>
          <w:sz w:val="21"/>
        </w:rPr>
        <w:t xml:space="preserve"> </w:t>
      </w:r>
      <w:r>
        <w:rPr>
          <w:rFonts w:ascii="DiodrumArabic-Medium" w:hAnsi="DiodrumArabic-Medium" w:cs="DiodrumArabic-Medium"/>
          <w:sz w:val="21"/>
          <w:szCs w:val="21"/>
          <w:rtl/>
        </w:rPr>
        <w:t>رقمية</w:t>
      </w:r>
      <w:r>
        <w:rPr>
          <w:rFonts w:ascii="DiodrumArabic-Medium" w:hAnsi="DiodrumArabic-Medium"/>
          <w:sz w:val="21"/>
        </w:rPr>
        <w:t xml:space="preserve"> </w:t>
      </w:r>
      <w:r>
        <w:rPr>
          <w:rFonts w:ascii="DiodrumArabic-Medium" w:hAnsi="DiodrumArabic-Medium" w:cs="DiodrumArabic-Medium"/>
          <w:sz w:val="21"/>
          <w:szCs w:val="21"/>
          <w:rtl/>
        </w:rPr>
        <w:t>شاملة</w:t>
      </w:r>
      <w:r>
        <w:rPr>
          <w:rFonts w:ascii="DiodrumArabic-Medium" w:hAnsi="DiodrumArabic-Medium"/>
          <w:sz w:val="21"/>
        </w:rPr>
        <w:t xml:space="preserve"> </w:t>
      </w:r>
      <w:r>
        <w:rPr>
          <w:rFonts w:ascii="DiodrumArabic-Medium" w:hAnsi="DiodrumArabic-Medium" w:cs="DiodrumArabic-Medium"/>
          <w:sz w:val="21"/>
          <w:szCs w:val="21"/>
          <w:rtl/>
        </w:rPr>
        <w:t>تساهم</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تحسين</w:t>
      </w:r>
      <w:r>
        <w:rPr>
          <w:rFonts w:ascii="DiodrumArabic-Medium" w:hAnsi="DiodrumArabic-Medium"/>
          <w:sz w:val="21"/>
        </w:rPr>
        <w:t xml:space="preserve"> </w:t>
      </w:r>
      <w:r>
        <w:rPr>
          <w:rFonts w:ascii="DiodrumArabic-Medium" w:hAnsi="DiodrumArabic-Medium" w:cs="DiodrumArabic-Medium"/>
          <w:sz w:val="21"/>
          <w:szCs w:val="21"/>
          <w:rtl/>
        </w:rPr>
        <w:t>جودة</w:t>
      </w:r>
      <w:r>
        <w:rPr>
          <w:rFonts w:ascii="DiodrumArabic-Medium" w:hAnsi="DiodrumArabic-Medium"/>
          <w:sz w:val="21"/>
        </w:rPr>
        <w:t xml:space="preserve"> </w:t>
      </w:r>
      <w:r>
        <w:rPr>
          <w:rFonts w:ascii="DiodrumArabic-Medium" w:hAnsi="DiodrumArabic-Medium" w:cs="DiodrumArabic-Medium"/>
          <w:sz w:val="21"/>
          <w:szCs w:val="21"/>
          <w:rtl/>
        </w:rPr>
        <w:t>حياتهم</w:t>
      </w:r>
      <w:r w:rsidR="008611B5">
        <w:rPr>
          <w:rFonts w:ascii="DiodrumArabic-Medium" w:hAnsi="DiodrumArabic-Medium" w:hint="cs"/>
          <w:sz w:val="21"/>
          <w:rtl/>
        </w:rPr>
        <w:t>.</w:t>
      </w:r>
    </w:p>
    <w:p w14:paraId="7CC39935" w14:textId="38EB42DC" w:rsidR="00D04C7D" w:rsidRDefault="00D6184D" w:rsidP="00CD644B">
      <w:pPr>
        <w:bidi/>
      </w:pPr>
      <w:r>
        <w:rPr>
          <w:rFonts w:ascii="DiodrumArabic-Medium" w:hAnsi="DiodrumArabic-Medium" w:cs="DiodrumArabic-Medium"/>
          <w:sz w:val="21"/>
          <w:szCs w:val="21"/>
          <w:rtl/>
        </w:rPr>
        <w:t>توفير</w:t>
      </w:r>
      <w:r>
        <w:rPr>
          <w:rFonts w:ascii="DiodrumArabic-Medium" w:hAnsi="DiodrumArabic-Medium"/>
          <w:sz w:val="21"/>
        </w:rPr>
        <w:t xml:space="preserve"> </w:t>
      </w:r>
      <w:r>
        <w:rPr>
          <w:rFonts w:ascii="DiodrumArabic-Medium" w:hAnsi="DiodrumArabic-Medium" w:cs="DiodrumArabic-Medium"/>
          <w:sz w:val="21"/>
          <w:szCs w:val="21"/>
          <w:rtl/>
        </w:rPr>
        <w:t>حلول</w:t>
      </w:r>
      <w:r>
        <w:rPr>
          <w:rFonts w:ascii="DiodrumArabic-Medium" w:hAnsi="DiodrumArabic-Medium"/>
          <w:sz w:val="21"/>
        </w:rPr>
        <w:t xml:space="preserve"> </w:t>
      </w:r>
      <w:r>
        <w:rPr>
          <w:rFonts w:ascii="DiodrumArabic-Medium" w:hAnsi="DiodrumArabic-Medium" w:cs="DiodrumArabic-Medium"/>
          <w:sz w:val="21"/>
          <w:szCs w:val="21"/>
          <w:rtl/>
        </w:rPr>
        <w:t>رقمية</w:t>
      </w:r>
      <w:r>
        <w:rPr>
          <w:rFonts w:ascii="DiodrumArabic-Medium" w:hAnsi="DiodrumArabic-Medium"/>
          <w:sz w:val="21"/>
        </w:rPr>
        <w:t xml:space="preserve"> </w:t>
      </w:r>
      <w:r>
        <w:rPr>
          <w:rFonts w:ascii="DiodrumArabic-Medium" w:hAnsi="DiodrumArabic-Medium" w:cs="DiodrumArabic-Medium"/>
          <w:sz w:val="21"/>
          <w:szCs w:val="21"/>
          <w:rtl/>
        </w:rPr>
        <w:t>شاملة</w:t>
      </w:r>
      <w:r>
        <w:rPr>
          <w:rFonts w:ascii="DiodrumArabic-Medium" w:hAnsi="DiodrumArabic-Medium"/>
          <w:sz w:val="21"/>
        </w:rPr>
        <w:t xml:space="preserve"> </w:t>
      </w:r>
      <w:r>
        <w:rPr>
          <w:rFonts w:ascii="DiodrumArabic-Medium" w:hAnsi="DiodrumArabic-Medium" w:cs="DiodrumArabic-Medium"/>
          <w:sz w:val="21"/>
          <w:szCs w:val="21"/>
          <w:rtl/>
        </w:rPr>
        <w:t>ومتوافقة</w:t>
      </w:r>
      <w:r>
        <w:rPr>
          <w:rFonts w:ascii="DiodrumArabic-Medium" w:hAnsi="DiodrumArabic-Medium"/>
          <w:sz w:val="21"/>
        </w:rPr>
        <w:t xml:space="preserve"> </w:t>
      </w:r>
      <w:r>
        <w:rPr>
          <w:rFonts w:ascii="DiodrumArabic-Medium" w:hAnsi="DiodrumArabic-Medium" w:cs="DiodrumArabic-Medium"/>
          <w:sz w:val="21"/>
          <w:szCs w:val="21"/>
          <w:rtl/>
        </w:rPr>
        <w:t>مع</w:t>
      </w:r>
      <w:r>
        <w:rPr>
          <w:rFonts w:ascii="DiodrumArabic-Medium" w:hAnsi="DiodrumArabic-Medium"/>
          <w:sz w:val="21"/>
        </w:rPr>
        <w:t xml:space="preserve"> </w:t>
      </w:r>
      <w:r>
        <w:rPr>
          <w:rFonts w:ascii="DiodrumArabic-Medium" w:hAnsi="DiodrumArabic-Medium" w:cs="DiodrumArabic-Medium"/>
          <w:sz w:val="21"/>
          <w:szCs w:val="21"/>
          <w:rtl/>
        </w:rPr>
        <w:t>احتياجات</w:t>
      </w:r>
      <w:r>
        <w:rPr>
          <w:rFonts w:ascii="DiodrumArabic-Medium" w:hAnsi="DiodrumArabic-Medium"/>
          <w:sz w:val="21"/>
        </w:rPr>
        <w:t xml:space="preserve"> </w:t>
      </w:r>
      <w:r>
        <w:rPr>
          <w:rFonts w:ascii="DiodrumArabic-Medium" w:hAnsi="DiodrumArabic-Medium" w:cs="DiodrumArabic-Medium"/>
          <w:sz w:val="21"/>
          <w:szCs w:val="21"/>
          <w:rtl/>
        </w:rPr>
        <w:t>كبار</w:t>
      </w:r>
      <w:r>
        <w:rPr>
          <w:rFonts w:ascii="DiodrumArabic-Medium" w:hAnsi="DiodrumArabic-Medium"/>
          <w:sz w:val="21"/>
        </w:rPr>
        <w:t xml:space="preserve"> </w:t>
      </w:r>
      <w:r>
        <w:rPr>
          <w:rFonts w:ascii="DiodrumArabic-Medium" w:hAnsi="DiodrumArabic-Medium" w:cs="DiodrumArabic-Medium"/>
          <w:sz w:val="21"/>
          <w:szCs w:val="21"/>
          <w:rtl/>
        </w:rPr>
        <w:t>السن</w:t>
      </w:r>
      <w:r>
        <w:rPr>
          <w:rFonts w:ascii="DiodrumArabic-Medium" w:hAnsi="DiodrumArabic-Medium"/>
          <w:sz w:val="21"/>
        </w:rPr>
        <w:t xml:space="preserve"> </w:t>
      </w:r>
      <w:r>
        <w:rPr>
          <w:rFonts w:ascii="DiodrumArabic-Medium" w:hAnsi="DiodrumArabic-Medium" w:cs="DiodrumArabic-Medium"/>
          <w:sz w:val="21"/>
          <w:szCs w:val="21"/>
          <w:rtl/>
        </w:rPr>
        <w:t>لا</w:t>
      </w:r>
      <w:r>
        <w:rPr>
          <w:rFonts w:ascii="DiodrumArabic-Medium" w:hAnsi="DiodrumArabic-Medium"/>
          <w:sz w:val="21"/>
        </w:rPr>
        <w:t xml:space="preserve"> </w:t>
      </w:r>
      <w:r>
        <w:rPr>
          <w:rFonts w:ascii="DiodrumArabic-Medium" w:hAnsi="DiodrumArabic-Medium" w:cs="DiodrumArabic-Medium"/>
          <w:sz w:val="21"/>
          <w:szCs w:val="21"/>
          <w:rtl/>
        </w:rPr>
        <w:t>يسهم</w:t>
      </w:r>
      <w:r>
        <w:rPr>
          <w:rFonts w:ascii="DiodrumArabic-Medium" w:hAnsi="DiodrumArabic-Medium"/>
          <w:sz w:val="21"/>
        </w:rPr>
        <w:t xml:space="preserve"> </w:t>
      </w:r>
      <w:r>
        <w:rPr>
          <w:rFonts w:ascii="DiodrumArabic-Medium" w:hAnsi="DiodrumArabic-Medium" w:cs="DiodrumArabic-Medium"/>
          <w:sz w:val="21"/>
          <w:szCs w:val="21"/>
          <w:rtl/>
        </w:rPr>
        <w:t>فقط</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تمكينهم،</w:t>
      </w:r>
      <w:r>
        <w:rPr>
          <w:rFonts w:ascii="DiodrumArabic-Medium" w:hAnsi="DiodrumArabic-Medium"/>
          <w:sz w:val="21"/>
        </w:rPr>
        <w:t xml:space="preserve"> </w:t>
      </w:r>
      <w:r>
        <w:rPr>
          <w:rFonts w:ascii="DiodrumArabic-Medium" w:hAnsi="DiodrumArabic-Medium" w:cs="DiodrumArabic-Medium"/>
          <w:sz w:val="21"/>
          <w:szCs w:val="21"/>
          <w:rtl/>
        </w:rPr>
        <w:t>بل</w:t>
      </w:r>
      <w:r>
        <w:rPr>
          <w:rFonts w:ascii="DiodrumArabic-Medium" w:hAnsi="DiodrumArabic-Medium"/>
          <w:sz w:val="21"/>
        </w:rPr>
        <w:t xml:space="preserve"> </w:t>
      </w:r>
      <w:r>
        <w:rPr>
          <w:rFonts w:ascii="DiodrumArabic-Medium" w:hAnsi="DiodrumArabic-Medium" w:cs="DiodrumArabic-Medium"/>
          <w:sz w:val="21"/>
          <w:szCs w:val="21"/>
          <w:rtl/>
        </w:rPr>
        <w:t>يعزز</w:t>
      </w:r>
      <w:r>
        <w:rPr>
          <w:rFonts w:ascii="DiodrumArabic-Medium" w:hAnsi="DiodrumArabic-Medium"/>
          <w:sz w:val="21"/>
        </w:rPr>
        <w:t xml:space="preserve"> </w:t>
      </w:r>
      <w:r>
        <w:rPr>
          <w:rFonts w:ascii="DiodrumArabic-Medium" w:hAnsi="DiodrumArabic-Medium" w:cs="DiodrumArabic-Medium"/>
          <w:sz w:val="21"/>
          <w:szCs w:val="21"/>
          <w:rtl/>
        </w:rPr>
        <w:t>أيضًا</w:t>
      </w:r>
      <w:r>
        <w:rPr>
          <w:rFonts w:ascii="DiodrumArabic-Medium" w:hAnsi="DiodrumArabic-Medium"/>
          <w:sz w:val="21"/>
        </w:rPr>
        <w:t xml:space="preserve"> </w:t>
      </w:r>
      <w:r>
        <w:rPr>
          <w:rFonts w:ascii="DiodrumArabic-Medium" w:hAnsi="DiodrumArabic-Medium" w:cs="DiodrumArabic-Medium"/>
          <w:sz w:val="21"/>
          <w:szCs w:val="21"/>
          <w:rtl/>
        </w:rPr>
        <w:t>استدامة</w:t>
      </w:r>
      <w:r>
        <w:rPr>
          <w:rFonts w:ascii="DiodrumArabic-Medium" w:hAnsi="DiodrumArabic-Medium"/>
          <w:sz w:val="21"/>
        </w:rPr>
        <w:t xml:space="preserve"> </w:t>
      </w:r>
      <w:r>
        <w:rPr>
          <w:rFonts w:ascii="DiodrumArabic-Medium" w:hAnsi="DiodrumArabic-Medium" w:cs="DiodrumArabic-Medium"/>
          <w:sz w:val="21"/>
          <w:szCs w:val="21"/>
          <w:rtl/>
        </w:rPr>
        <w:t>الشمولية</w:t>
      </w:r>
      <w:r>
        <w:rPr>
          <w:rFonts w:ascii="DiodrumArabic-Medium" w:hAnsi="DiodrumArabic-Medium"/>
          <w:sz w:val="21"/>
        </w:rPr>
        <w:t xml:space="preserve"> </w:t>
      </w:r>
      <w:r>
        <w:rPr>
          <w:rFonts w:ascii="DiodrumArabic-Medium" w:hAnsi="DiodrumArabic-Medium" w:cs="DiodrumArabic-Medium"/>
          <w:sz w:val="21"/>
          <w:szCs w:val="21"/>
          <w:rtl/>
        </w:rPr>
        <w:t>الرقمية،</w:t>
      </w:r>
      <w:r>
        <w:rPr>
          <w:rFonts w:ascii="DiodrumArabic-Medium" w:hAnsi="DiodrumArabic-Medium"/>
          <w:sz w:val="21"/>
        </w:rPr>
        <w:t xml:space="preserve"> </w:t>
      </w:r>
      <w:r>
        <w:rPr>
          <w:rFonts w:ascii="DiodrumArabic-Medium" w:hAnsi="DiodrumArabic-Medium" w:cs="DiodrumArabic-Medium"/>
          <w:sz w:val="21"/>
          <w:szCs w:val="21"/>
          <w:rtl/>
        </w:rPr>
        <w:t>مما</w:t>
      </w:r>
      <w:r>
        <w:rPr>
          <w:rFonts w:ascii="DiodrumArabic-Medium" w:hAnsi="DiodrumArabic-Medium"/>
          <w:sz w:val="21"/>
        </w:rPr>
        <w:t xml:space="preserve"> </w:t>
      </w:r>
      <w:r>
        <w:rPr>
          <w:rFonts w:ascii="DiodrumArabic-Medium" w:hAnsi="DiodrumArabic-Medium" w:cs="DiodrumArabic-Medium"/>
          <w:sz w:val="21"/>
          <w:szCs w:val="21"/>
          <w:rtl/>
        </w:rPr>
        <w:t>يضمن</w:t>
      </w:r>
      <w:r>
        <w:rPr>
          <w:rFonts w:ascii="DiodrumArabic-Medium" w:hAnsi="DiodrumArabic-Medium"/>
          <w:sz w:val="21"/>
        </w:rPr>
        <w:t xml:space="preserve"> </w:t>
      </w:r>
      <w:r>
        <w:rPr>
          <w:rFonts w:ascii="DiodrumArabic-Medium" w:hAnsi="DiodrumArabic-Medium" w:cs="DiodrumArabic-Medium"/>
          <w:sz w:val="21"/>
          <w:szCs w:val="21"/>
          <w:rtl/>
        </w:rPr>
        <w:t>عدم</w:t>
      </w:r>
      <w:r>
        <w:rPr>
          <w:rFonts w:ascii="DiodrumArabic-Medium" w:hAnsi="DiodrumArabic-Medium"/>
          <w:sz w:val="21"/>
        </w:rPr>
        <w:t xml:space="preserve"> </w:t>
      </w:r>
      <w:r>
        <w:rPr>
          <w:rFonts w:ascii="DiodrumArabic-Medium" w:hAnsi="DiodrumArabic-Medium" w:cs="DiodrumArabic-Medium"/>
          <w:sz w:val="21"/>
          <w:szCs w:val="21"/>
          <w:rtl/>
        </w:rPr>
        <w:t>ترك</w:t>
      </w:r>
      <w:r>
        <w:rPr>
          <w:rFonts w:ascii="DiodrumArabic-Medium" w:hAnsi="DiodrumArabic-Medium"/>
          <w:sz w:val="21"/>
        </w:rPr>
        <w:t xml:space="preserve"> </w:t>
      </w:r>
      <w:r>
        <w:rPr>
          <w:rFonts w:ascii="DiodrumArabic-Medium" w:hAnsi="DiodrumArabic-Medium" w:cs="DiodrumArabic-Medium"/>
          <w:sz w:val="21"/>
          <w:szCs w:val="21"/>
          <w:rtl/>
        </w:rPr>
        <w:t>أي</w:t>
      </w:r>
      <w:r>
        <w:rPr>
          <w:rFonts w:ascii="DiodrumArabic-Medium" w:hAnsi="DiodrumArabic-Medium"/>
          <w:sz w:val="21"/>
        </w:rPr>
        <w:t xml:space="preserve"> </w:t>
      </w:r>
      <w:r>
        <w:rPr>
          <w:rFonts w:ascii="DiodrumArabic-Medium" w:hAnsi="DiodrumArabic-Medium" w:cs="DiodrumArabic-Medium"/>
          <w:sz w:val="21"/>
          <w:szCs w:val="21"/>
          <w:rtl/>
        </w:rPr>
        <w:t>فرد</w:t>
      </w:r>
      <w:r>
        <w:rPr>
          <w:rFonts w:ascii="DiodrumArabic-Medium" w:hAnsi="DiodrumArabic-Medium"/>
          <w:sz w:val="21"/>
        </w:rPr>
        <w:t xml:space="preserve"> </w:t>
      </w:r>
      <w:r>
        <w:rPr>
          <w:rFonts w:ascii="DiodrumArabic-Medium" w:hAnsi="DiodrumArabic-Medium" w:cs="DiodrumArabic-Medium"/>
          <w:sz w:val="21"/>
          <w:szCs w:val="21"/>
          <w:rtl/>
        </w:rPr>
        <w:t>خارج</w:t>
      </w:r>
      <w:r>
        <w:rPr>
          <w:rFonts w:ascii="DiodrumArabic-Medium" w:hAnsi="DiodrumArabic-Medium"/>
          <w:sz w:val="21"/>
        </w:rPr>
        <w:t xml:space="preserve"> </w:t>
      </w:r>
      <w:r>
        <w:rPr>
          <w:rFonts w:ascii="DiodrumArabic-Medium" w:hAnsi="DiodrumArabic-Medium" w:cs="DiodrumArabic-Medium"/>
          <w:sz w:val="21"/>
          <w:szCs w:val="21"/>
          <w:rtl/>
        </w:rPr>
        <w:t>المنظومة</w:t>
      </w:r>
      <w:r>
        <w:rPr>
          <w:rFonts w:ascii="DiodrumArabic-Medium" w:hAnsi="DiodrumArabic-Medium"/>
          <w:sz w:val="21"/>
        </w:rPr>
        <w:t xml:space="preserve"> </w:t>
      </w:r>
      <w:r>
        <w:rPr>
          <w:rFonts w:ascii="DiodrumArabic-Medium" w:hAnsi="DiodrumArabic-Medium" w:cs="DiodrumArabic-Medium"/>
          <w:sz w:val="21"/>
          <w:szCs w:val="21"/>
          <w:rtl/>
        </w:rPr>
        <w:t>الرقمية</w:t>
      </w:r>
      <w:r>
        <w:rPr>
          <w:rFonts w:ascii="DiodrumArabic-Medium" w:hAnsi="DiodrumArabic-Medium"/>
          <w:sz w:val="21"/>
        </w:rPr>
        <w:t xml:space="preserve"> </w:t>
      </w:r>
      <w:r>
        <w:rPr>
          <w:rFonts w:ascii="DiodrumArabic-Medium" w:hAnsi="DiodrumArabic-Medium" w:cs="DiodrumArabic-Medium"/>
          <w:sz w:val="21"/>
          <w:szCs w:val="21"/>
          <w:rtl/>
        </w:rPr>
        <w:t>المتكاملة</w:t>
      </w:r>
      <w:r w:rsidR="008611B5">
        <w:rPr>
          <w:rFonts w:ascii="DiodrumArabic-Medium" w:hAnsi="DiodrumArabic-Medium" w:hint="cs"/>
          <w:sz w:val="21"/>
          <w:rtl/>
        </w:rPr>
        <w:t>.</w:t>
      </w:r>
    </w:p>
    <w:p w14:paraId="1A314EA7" w14:textId="77777777" w:rsidR="00557B95" w:rsidRDefault="00557B95" w:rsidP="00557B95">
      <w:pPr>
        <w:bidi/>
      </w:pPr>
    </w:p>
    <w:p w14:paraId="76D98627" w14:textId="2DF79479" w:rsidR="00D04C7D" w:rsidRPr="00557B95" w:rsidRDefault="00D6184D" w:rsidP="00557B95">
      <w:pPr>
        <w:bidi/>
        <w:jc w:val="center"/>
        <w:rPr>
          <w:rFonts w:ascii="☞DIODRUM ARABIC SEMIBOLD" w:hAnsi="☞DIODRUM ARABIC SEMIBOLD" w:cs="☞DIODRUM ARABIC SEMIBOLD"/>
          <w:b/>
          <w:bCs/>
          <w:sz w:val="36"/>
          <w:szCs w:val="36"/>
        </w:rPr>
      </w:pPr>
      <w:r w:rsidRPr="00557B95">
        <w:rPr>
          <w:rFonts w:ascii="☞DIODRUM ARABIC SEMIBOLD" w:hAnsi="☞DIODRUM ARABIC SEMIBOLD" w:cs="☞DIODRUM ARABIC SEMIBOLD" w:hint="cs"/>
          <w:b/>
          <w:bCs/>
          <w:sz w:val="36"/>
          <w:szCs w:val="36"/>
          <w:rtl/>
        </w:rPr>
        <w:t>نسبة</w:t>
      </w:r>
      <w:r w:rsidRPr="00557B95">
        <w:rPr>
          <w:rFonts w:ascii="☞DIODRUM ARABIC SEMIBOLD" w:hAnsi="☞DIODRUM ARABIC SEMIBOLD" w:cs="☞DIODRUM ARABIC SEMIBOLD" w:hint="cs"/>
          <w:b/>
          <w:bCs/>
          <w:sz w:val="36"/>
          <w:szCs w:val="36"/>
        </w:rPr>
        <w:t xml:space="preserve"> </w:t>
      </w:r>
      <w:r w:rsidRPr="00557B95">
        <w:rPr>
          <w:rFonts w:ascii="☞DIODRUM ARABIC SEMIBOLD" w:hAnsi="☞DIODRUM ARABIC SEMIBOLD" w:cs="☞DIODRUM ARABIC SEMIBOLD" w:hint="cs"/>
          <w:b/>
          <w:bCs/>
          <w:sz w:val="36"/>
          <w:szCs w:val="36"/>
          <w:rtl/>
        </w:rPr>
        <w:t>كبار</w:t>
      </w:r>
      <w:r w:rsidRPr="00557B95">
        <w:rPr>
          <w:rFonts w:ascii="☞DIODRUM ARABIC SEMIBOLD" w:hAnsi="☞DIODRUM ARABIC SEMIBOLD" w:cs="☞DIODRUM ARABIC SEMIBOLD" w:hint="cs"/>
          <w:b/>
          <w:bCs/>
          <w:sz w:val="36"/>
          <w:szCs w:val="36"/>
        </w:rPr>
        <w:t xml:space="preserve"> </w:t>
      </w:r>
      <w:r w:rsidRPr="00557B95">
        <w:rPr>
          <w:rFonts w:ascii="☞DIODRUM ARABIC SEMIBOLD" w:hAnsi="☞DIODRUM ARABIC SEMIBOLD" w:cs="☞DIODRUM ARABIC SEMIBOLD" w:hint="cs"/>
          <w:b/>
          <w:bCs/>
          <w:sz w:val="36"/>
          <w:szCs w:val="36"/>
          <w:rtl/>
        </w:rPr>
        <w:t>السن</w:t>
      </w:r>
      <w:r w:rsidRPr="00557B95">
        <w:rPr>
          <w:rFonts w:ascii="☞DIODRUM ARABIC SEMIBOLD" w:hAnsi="☞DIODRUM ARABIC SEMIBOLD" w:cs="☞DIODRUM ARABIC SEMIBOLD" w:hint="cs"/>
          <w:b/>
          <w:bCs/>
          <w:sz w:val="36"/>
          <w:szCs w:val="36"/>
        </w:rPr>
        <w:t xml:space="preserve"> </w:t>
      </w:r>
      <w:r w:rsidRPr="00557B95">
        <w:rPr>
          <w:rFonts w:ascii="☞DIODRUM ARABIC SEMIBOLD" w:hAnsi="☞DIODRUM ARABIC SEMIBOLD" w:cs="☞DIODRUM ARABIC SEMIBOLD" w:hint="cs"/>
          <w:b/>
          <w:bCs/>
          <w:sz w:val="36"/>
          <w:szCs w:val="36"/>
          <w:rtl/>
        </w:rPr>
        <w:t>من</w:t>
      </w:r>
      <w:r w:rsidRPr="00557B95">
        <w:rPr>
          <w:rFonts w:ascii="☞DIODRUM ARABIC SEMIBOLD" w:hAnsi="☞DIODRUM ARABIC SEMIBOLD" w:cs="☞DIODRUM ARABIC SEMIBOLD" w:hint="cs"/>
          <w:b/>
          <w:bCs/>
          <w:sz w:val="36"/>
          <w:szCs w:val="36"/>
        </w:rPr>
        <w:t xml:space="preserve"> </w:t>
      </w:r>
      <w:r w:rsidRPr="00557B95">
        <w:rPr>
          <w:rFonts w:ascii="☞DIODRUM ARABIC SEMIBOLD" w:hAnsi="☞DIODRUM ARABIC SEMIBOLD" w:cs="☞DIODRUM ARABIC SEMIBOLD" w:hint="cs"/>
          <w:b/>
          <w:bCs/>
          <w:sz w:val="36"/>
          <w:szCs w:val="36"/>
          <w:rtl/>
        </w:rPr>
        <w:t>سكان</w:t>
      </w:r>
      <w:r w:rsidRPr="00557B95">
        <w:rPr>
          <w:rFonts w:ascii="☞DIODRUM ARABIC SEMIBOLD" w:hAnsi="☞DIODRUM ARABIC SEMIBOLD" w:cs="☞DIODRUM ARABIC SEMIBOLD" w:hint="cs"/>
          <w:b/>
          <w:bCs/>
          <w:sz w:val="36"/>
          <w:szCs w:val="36"/>
        </w:rPr>
        <w:t xml:space="preserve"> </w:t>
      </w:r>
      <w:r w:rsidRPr="00557B95">
        <w:rPr>
          <w:rFonts w:ascii="☞DIODRUM ARABIC SEMIBOLD" w:hAnsi="☞DIODRUM ARABIC SEMIBOLD" w:cs="☞DIODRUM ARABIC SEMIBOLD" w:hint="cs"/>
          <w:b/>
          <w:bCs/>
          <w:sz w:val="36"/>
          <w:szCs w:val="36"/>
          <w:rtl/>
        </w:rPr>
        <w:t>المملكة</w:t>
      </w:r>
      <w:r w:rsidRPr="00557B95">
        <w:rPr>
          <w:rFonts w:ascii="☞DIODRUM ARABIC SEMIBOLD" w:hAnsi="☞DIODRUM ARABIC SEMIBOLD" w:cs="☞DIODRUM ARABIC SEMIBOLD" w:hint="cs"/>
          <w:b/>
          <w:bCs/>
          <w:sz w:val="36"/>
          <w:szCs w:val="36"/>
        </w:rPr>
        <w:t xml:space="preserve"> </w:t>
      </w:r>
      <w:r w:rsidRPr="00557B95">
        <w:rPr>
          <w:rFonts w:ascii="☞DIODRUM ARABIC SEMIBOLD" w:hAnsi="☞DIODRUM ARABIC SEMIBOLD" w:cs="☞DIODRUM ARABIC SEMIBOLD" w:hint="cs"/>
          <w:b/>
          <w:bCs/>
          <w:sz w:val="36"/>
          <w:szCs w:val="36"/>
          <w:rtl/>
        </w:rPr>
        <w:t>العربيـة</w:t>
      </w:r>
      <w:r w:rsidRPr="00557B95">
        <w:rPr>
          <w:rFonts w:ascii="☞DIODRUM ARABIC SEMIBOLD" w:hAnsi="☞DIODRUM ARABIC SEMIBOLD" w:cs="☞DIODRUM ARABIC SEMIBOLD" w:hint="cs"/>
          <w:b/>
          <w:bCs/>
          <w:sz w:val="36"/>
          <w:szCs w:val="36"/>
        </w:rPr>
        <w:t xml:space="preserve"> </w:t>
      </w:r>
      <w:r w:rsidRPr="00557B95">
        <w:rPr>
          <w:rFonts w:ascii="☞DIODRUM ARABIC SEMIBOLD" w:hAnsi="☞DIODRUM ARABIC SEMIBOLD" w:cs="☞DIODRUM ARABIC SEMIBOLD" w:hint="cs"/>
          <w:b/>
          <w:bCs/>
          <w:sz w:val="36"/>
          <w:szCs w:val="36"/>
          <w:rtl/>
        </w:rPr>
        <w:t>السعودية</w:t>
      </w:r>
      <w:r w:rsidR="00557B95" w:rsidRPr="00557B95">
        <w:rPr>
          <w:rFonts w:ascii="☞DIODRUM ARABIC SEMIBOLD" w:hAnsi="☞DIODRUM ARABIC SEMIBOLD" w:cs="☞DIODRUM ARABIC SEMIBOLD" w:hint="cs"/>
          <w:b/>
          <w:bCs/>
          <w:sz w:val="36"/>
          <w:szCs w:val="36"/>
        </w:rPr>
        <w:t xml:space="preserve"> 4.81%</w:t>
      </w:r>
    </w:p>
    <w:p w14:paraId="2017B81F" w14:textId="77777777" w:rsidR="00D04C7D" w:rsidRDefault="00D6184D">
      <w:r>
        <w:br w:type="page"/>
      </w:r>
    </w:p>
    <w:p w14:paraId="48FF4CD6" w14:textId="2B89ED9E" w:rsidR="00D04C7D" w:rsidRPr="00103393" w:rsidRDefault="00A631E7">
      <w:pPr>
        <w:pStyle w:val="Heading2"/>
        <w:bidi/>
        <w:jc w:val="both"/>
        <w:rPr>
          <w:rFonts w:ascii="DiodrumArabic-Semibold" w:hAnsi="DiodrumArabic-Semibold" w:cs="DiodrumArabic-Semibold"/>
          <w:color w:val="auto"/>
        </w:rPr>
      </w:pPr>
      <w:bookmarkStart w:id="19" w:name="heading_8_3_مسيرة_الحكومة_الرقمية_في_مجا"/>
      <w:bookmarkStart w:id="20" w:name="_Toc204265939"/>
      <w:r>
        <w:rPr>
          <w:rFonts w:ascii="DiodrumArabic-Semibold" w:hAnsi="DiodrumArabic-Semibold" w:cs="DiodrumArabic-Semibold"/>
          <w:color w:val="auto"/>
        </w:rPr>
        <w:lastRenderedPageBreak/>
        <w:t xml:space="preserve"> </w:t>
      </w:r>
      <w:r w:rsidR="00D6184D" w:rsidRPr="00103393">
        <w:rPr>
          <w:rFonts w:ascii="DiodrumArabic-Semibold" w:hAnsi="DiodrumArabic-Semibold" w:cs="DiodrumArabic-Semibold" w:hint="cs"/>
          <w:color w:val="auto"/>
        </w:rPr>
        <w:t xml:space="preserve">3. </w:t>
      </w:r>
      <w:r w:rsidR="00D6184D" w:rsidRPr="00103393">
        <w:rPr>
          <w:rFonts w:ascii="DiodrumArabic-Semibold" w:hAnsi="DiodrumArabic-Semibold" w:cs="DiodrumArabic-Semibold" w:hint="cs"/>
          <w:color w:val="auto"/>
          <w:rtl/>
        </w:rPr>
        <w:t>مسيرة</w:t>
      </w:r>
      <w:r w:rsidR="00D6184D" w:rsidRPr="00103393">
        <w:rPr>
          <w:rFonts w:ascii="DiodrumArabic-Semibold" w:hAnsi="DiodrumArabic-Semibold" w:cs="DiodrumArabic-Semibold" w:hint="cs"/>
          <w:color w:val="auto"/>
        </w:rPr>
        <w:t xml:space="preserve"> </w:t>
      </w:r>
      <w:r w:rsidR="00D6184D" w:rsidRPr="00103393">
        <w:rPr>
          <w:rFonts w:ascii="DiodrumArabic-Semibold" w:hAnsi="DiodrumArabic-Semibold" w:cs="DiodrumArabic-Semibold" w:hint="cs"/>
          <w:color w:val="auto"/>
          <w:rtl/>
        </w:rPr>
        <w:t>الحكومة</w:t>
      </w:r>
      <w:r w:rsidR="00D6184D" w:rsidRPr="00103393">
        <w:rPr>
          <w:rFonts w:ascii="DiodrumArabic-Semibold" w:hAnsi="DiodrumArabic-Semibold" w:cs="DiodrumArabic-Semibold" w:hint="cs"/>
          <w:color w:val="auto"/>
        </w:rPr>
        <w:t xml:space="preserve"> </w:t>
      </w:r>
      <w:r w:rsidR="00D6184D" w:rsidRPr="00103393">
        <w:rPr>
          <w:rFonts w:ascii="DiodrumArabic-Semibold" w:hAnsi="DiodrumArabic-Semibold" w:cs="DiodrumArabic-Semibold" w:hint="cs"/>
          <w:color w:val="auto"/>
          <w:rtl/>
        </w:rPr>
        <w:t>الرقمية</w:t>
      </w:r>
      <w:r w:rsidR="00D6184D" w:rsidRPr="00103393">
        <w:rPr>
          <w:rFonts w:ascii="DiodrumArabic-Semibold" w:hAnsi="DiodrumArabic-Semibold" w:cs="DiodrumArabic-Semibold" w:hint="cs"/>
          <w:color w:val="auto"/>
        </w:rPr>
        <w:t xml:space="preserve"> </w:t>
      </w:r>
      <w:r w:rsidR="00D6184D" w:rsidRPr="00103393">
        <w:rPr>
          <w:rFonts w:ascii="DiodrumArabic-Semibold" w:hAnsi="DiodrumArabic-Semibold" w:cs="DiodrumArabic-Semibold" w:hint="cs"/>
          <w:color w:val="auto"/>
          <w:rtl/>
        </w:rPr>
        <w:t>في</w:t>
      </w:r>
      <w:r w:rsidR="00D6184D" w:rsidRPr="00103393">
        <w:rPr>
          <w:rFonts w:ascii="DiodrumArabic-Semibold" w:hAnsi="DiodrumArabic-Semibold" w:cs="DiodrumArabic-Semibold" w:hint="cs"/>
          <w:color w:val="auto"/>
        </w:rPr>
        <w:t xml:space="preserve"> </w:t>
      </w:r>
      <w:r w:rsidR="00D6184D" w:rsidRPr="00103393">
        <w:rPr>
          <w:rFonts w:ascii="DiodrumArabic-Semibold" w:hAnsi="DiodrumArabic-Semibold" w:cs="DiodrumArabic-Semibold" w:hint="cs"/>
          <w:color w:val="auto"/>
          <w:rtl/>
        </w:rPr>
        <w:t>مجال</w:t>
      </w:r>
      <w:r w:rsidR="00D6184D" w:rsidRPr="00103393">
        <w:rPr>
          <w:rFonts w:ascii="DiodrumArabic-Semibold" w:hAnsi="DiodrumArabic-Semibold" w:cs="DiodrumArabic-Semibold" w:hint="cs"/>
          <w:color w:val="auto"/>
        </w:rPr>
        <w:t xml:space="preserve"> </w:t>
      </w:r>
      <w:r w:rsidR="00D6184D" w:rsidRPr="00103393">
        <w:rPr>
          <w:rFonts w:ascii="DiodrumArabic-Semibold" w:hAnsi="DiodrumArabic-Semibold" w:cs="DiodrumArabic-Semibold" w:hint="cs"/>
          <w:color w:val="auto"/>
          <w:rtl/>
        </w:rPr>
        <w:t>الشمولية</w:t>
      </w:r>
      <w:r w:rsidR="00D6184D" w:rsidRPr="00103393">
        <w:rPr>
          <w:rFonts w:ascii="DiodrumArabic-Semibold" w:hAnsi="DiodrumArabic-Semibold" w:cs="DiodrumArabic-Semibold" w:hint="cs"/>
          <w:color w:val="auto"/>
        </w:rPr>
        <w:t xml:space="preserve"> </w:t>
      </w:r>
      <w:r w:rsidR="00D6184D" w:rsidRPr="00103393">
        <w:rPr>
          <w:rFonts w:ascii="DiodrumArabic-Semibold" w:hAnsi="DiodrumArabic-Semibold" w:cs="DiodrumArabic-Semibold" w:hint="cs"/>
          <w:color w:val="auto"/>
          <w:rtl/>
        </w:rPr>
        <w:t>الرقمية</w:t>
      </w:r>
      <w:bookmarkEnd w:id="19"/>
      <w:bookmarkEnd w:id="20"/>
    </w:p>
    <w:p w14:paraId="053383D7" w14:textId="22274069" w:rsidR="00D04C7D" w:rsidRPr="00103393" w:rsidRDefault="00972E87">
      <w:pPr>
        <w:pStyle w:val="Heading3"/>
        <w:bidi/>
        <w:rPr>
          <w:rFonts w:ascii="DiodrumArabic-Semibold" w:hAnsi="DiodrumArabic-Semibold" w:cs="DiodrumArabic-Semibold"/>
          <w:color w:val="auto"/>
        </w:rPr>
      </w:pPr>
      <w:bookmarkStart w:id="21" w:name="heading_8_13_رحلة_الحكومة_الرقمية_نحو_ال"/>
      <w:bookmarkStart w:id="22" w:name="_Toc204265940"/>
      <w:r w:rsidRPr="00103393">
        <w:rPr>
          <w:rFonts w:ascii="DiodrumArabic-Semibold" w:hAnsi="DiodrumArabic-Semibold" w:cs="DiodrumArabic-Semibold"/>
          <w:color w:val="auto"/>
        </w:rPr>
        <w:t xml:space="preserve">3.1 </w:t>
      </w:r>
      <w:r>
        <w:rPr>
          <w:rFonts w:ascii="DiodrumArabic-Semibold" w:hAnsi="DiodrumArabic-Semibold" w:cs="DiodrumArabic-Semibold" w:hint="cs"/>
          <w:color w:val="auto"/>
          <w:rtl/>
        </w:rPr>
        <w:t>رحلة</w:t>
      </w:r>
      <w:r w:rsidR="00557B95" w:rsidRPr="00103393">
        <w:rPr>
          <w:rFonts w:ascii="DiodrumArabic-Semibold" w:hAnsi="DiodrumArabic-Semibold" w:cs="DiodrumArabic-Semibold" w:hint="cs"/>
          <w:color w:val="auto"/>
        </w:rPr>
        <w:t xml:space="preserve"> </w:t>
      </w:r>
      <w:r w:rsidR="00557B95" w:rsidRPr="00103393">
        <w:rPr>
          <w:rFonts w:ascii="DiodrumArabic-Semibold" w:hAnsi="DiodrumArabic-Semibold" w:cs="DiodrumArabic-Semibold" w:hint="cs"/>
          <w:color w:val="auto"/>
          <w:rtl/>
        </w:rPr>
        <w:t>الحكومة</w:t>
      </w:r>
      <w:r w:rsidR="00557B95" w:rsidRPr="00103393">
        <w:rPr>
          <w:rFonts w:ascii="DiodrumArabic-Semibold" w:hAnsi="DiodrumArabic-Semibold" w:cs="DiodrumArabic-Semibold" w:hint="cs"/>
          <w:color w:val="auto"/>
        </w:rPr>
        <w:t xml:space="preserve"> </w:t>
      </w:r>
      <w:r w:rsidR="00557B95" w:rsidRPr="00103393">
        <w:rPr>
          <w:rFonts w:ascii="DiodrumArabic-Semibold" w:hAnsi="DiodrumArabic-Semibold" w:cs="DiodrumArabic-Semibold" w:hint="cs"/>
          <w:color w:val="auto"/>
          <w:rtl/>
        </w:rPr>
        <w:t>الرقمية</w:t>
      </w:r>
      <w:r w:rsidR="00557B95" w:rsidRPr="00103393">
        <w:rPr>
          <w:rFonts w:ascii="DiodrumArabic-Semibold" w:hAnsi="DiodrumArabic-Semibold" w:cs="DiodrumArabic-Semibold" w:hint="cs"/>
          <w:color w:val="auto"/>
        </w:rPr>
        <w:t xml:space="preserve"> </w:t>
      </w:r>
      <w:r w:rsidR="00557B95" w:rsidRPr="00103393">
        <w:rPr>
          <w:rFonts w:ascii="DiodrumArabic-Semibold" w:hAnsi="DiodrumArabic-Semibold" w:cs="DiodrumArabic-Semibold" w:hint="cs"/>
          <w:color w:val="auto"/>
          <w:rtl/>
        </w:rPr>
        <w:t>نحو</w:t>
      </w:r>
      <w:r w:rsidR="00557B95" w:rsidRPr="00103393">
        <w:rPr>
          <w:rFonts w:ascii="DiodrumArabic-Semibold" w:hAnsi="DiodrumArabic-Semibold" w:cs="DiodrumArabic-Semibold" w:hint="cs"/>
          <w:color w:val="auto"/>
        </w:rPr>
        <w:t xml:space="preserve"> </w:t>
      </w:r>
      <w:r w:rsidR="00557B95" w:rsidRPr="00103393">
        <w:rPr>
          <w:rFonts w:ascii="DiodrumArabic-Semibold" w:hAnsi="DiodrumArabic-Semibold" w:cs="DiodrumArabic-Semibold" w:hint="cs"/>
          <w:color w:val="auto"/>
          <w:rtl/>
        </w:rPr>
        <w:t>الشمولية</w:t>
      </w:r>
      <w:r w:rsidR="00557B95" w:rsidRPr="00103393">
        <w:rPr>
          <w:rFonts w:ascii="DiodrumArabic-Semibold" w:hAnsi="DiodrumArabic-Semibold" w:cs="DiodrumArabic-Semibold" w:hint="cs"/>
          <w:color w:val="auto"/>
        </w:rPr>
        <w:t xml:space="preserve"> </w:t>
      </w:r>
      <w:r w:rsidR="00557B95" w:rsidRPr="00103393">
        <w:rPr>
          <w:rFonts w:ascii="DiodrumArabic-Semibold" w:hAnsi="DiodrumArabic-Semibold" w:cs="DiodrumArabic-Semibold" w:hint="cs"/>
          <w:color w:val="auto"/>
          <w:rtl/>
        </w:rPr>
        <w:t>الرقمية</w:t>
      </w:r>
      <w:bookmarkEnd w:id="21"/>
      <w:bookmarkEnd w:id="22"/>
    </w:p>
    <w:p w14:paraId="24557745" w14:textId="77777777" w:rsidR="00D04C7D" w:rsidRPr="00CD644B" w:rsidRDefault="00D6184D" w:rsidP="0021058C">
      <w:pPr>
        <w:pStyle w:val="Heading4"/>
        <w:bidi/>
        <w:rPr>
          <w:rFonts w:ascii="☞DIODRUM ARABIC MEDIUM" w:hAnsi="☞DIODRUM ARABIC MEDIUM" w:cs="☞DIODRUM ARABIC MEDIUM"/>
          <w:b w:val="0"/>
          <w:bCs w:val="0"/>
          <w:i w:val="0"/>
          <w:iCs w:val="0"/>
          <w:sz w:val="24"/>
          <w:szCs w:val="24"/>
        </w:rPr>
      </w:pPr>
      <w:r w:rsidRPr="00CD644B">
        <w:rPr>
          <w:rFonts w:ascii="☞DIODRUM ARABIC MEDIUM" w:hAnsi="☞DIODRUM ARABIC MEDIUM" w:cs="☞DIODRUM ARABIC MEDIUM" w:hint="cs"/>
          <w:b w:val="0"/>
          <w:bCs w:val="0"/>
          <w:i w:val="0"/>
          <w:iCs w:val="0"/>
          <w:sz w:val="24"/>
          <w:szCs w:val="24"/>
          <w:rtl/>
        </w:rPr>
        <w:t>نقطة</w:t>
      </w:r>
      <w:r w:rsidRPr="00CD644B">
        <w:rPr>
          <w:rFonts w:ascii="☞DIODRUM ARABIC MEDIUM" w:hAnsi="☞DIODRUM ARABIC MEDIUM" w:cs="☞DIODRUM ARABIC MEDIUM" w:hint="cs"/>
          <w:b w:val="0"/>
          <w:bCs w:val="0"/>
          <w:i w:val="0"/>
          <w:iCs w:val="0"/>
          <w:sz w:val="24"/>
          <w:szCs w:val="24"/>
        </w:rPr>
        <w:t xml:space="preserve"> </w:t>
      </w:r>
      <w:r w:rsidRPr="00CD644B">
        <w:rPr>
          <w:rFonts w:ascii="☞DIODRUM ARABIC MEDIUM" w:hAnsi="☞DIODRUM ARABIC MEDIUM" w:cs="☞DIODRUM ARABIC MEDIUM" w:hint="cs"/>
          <w:b w:val="0"/>
          <w:bCs w:val="0"/>
          <w:i w:val="0"/>
          <w:iCs w:val="0"/>
          <w:sz w:val="24"/>
          <w:szCs w:val="24"/>
          <w:rtl/>
        </w:rPr>
        <w:t>البداية</w:t>
      </w:r>
    </w:p>
    <w:p w14:paraId="7DCD5353" w14:textId="63A8AD12" w:rsidR="00D04C7D" w:rsidRPr="00CD644B" w:rsidRDefault="00D6184D" w:rsidP="00CD644B">
      <w:pPr>
        <w:bidi/>
        <w:rPr>
          <w:rFonts w:ascii="☞DIODRUM ARABIC MEDIUM" w:hAnsi="☞DIODRUM ARABIC MEDIUM" w:cs="☞DIODRUM ARABIC MEDIUM"/>
          <w:sz w:val="18"/>
          <w:szCs w:val="18"/>
          <w:rtl/>
        </w:rPr>
      </w:pPr>
      <w:r w:rsidRPr="00CD644B">
        <w:rPr>
          <w:rFonts w:ascii="☞DIODRUM ARABIC MEDIUM" w:hAnsi="☞DIODRUM ARABIC MEDIUM" w:cs="☞DIODRUM ARABIC MEDIUM" w:hint="cs"/>
          <w:sz w:val="18"/>
          <w:szCs w:val="18"/>
          <w:rtl/>
        </w:rPr>
        <w:t>بدأت</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رحلة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الحكومة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الرقمية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نحو</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بناء</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وطن</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يقوم</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على</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مبدأ</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الشمولية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الرقمية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مع</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إدراك</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الحاجة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إلى</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ضمان</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إمكانية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الوصول</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في</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ظل</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المشهد</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الرقمي</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سريع</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التطوّر</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وفي</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هذا</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الإطار،</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ركّزت</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الجهود</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الأولية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على</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رفع</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مستوى</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الوعي</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بأهمية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الشمولية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الرقمية،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استناداً</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إلى</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الرؤية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الأوسع</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المتمثلة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في</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ضمان</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إمكانية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مشاركة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جميع</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المواطنين،</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بصرف</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النظر</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عن</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قدراتهم،</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في</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التطوّرات</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الرقمية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التي</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تشهدها</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الخدمات</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الحكومية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والاستفادة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منها</w:t>
      </w:r>
      <w:r w:rsidR="00CD644B">
        <w:rPr>
          <w:rFonts w:ascii="☞DIODRUM ARABIC MEDIUM" w:hAnsi="☞DIODRUM ARABIC MEDIUM" w:cs="☞DIODRUM ARABIC MEDIUM" w:hint="cs"/>
          <w:sz w:val="18"/>
          <w:szCs w:val="18"/>
          <w:rtl/>
        </w:rPr>
        <w:t>.</w:t>
      </w:r>
    </w:p>
    <w:p w14:paraId="49029F5F" w14:textId="1DB1325D" w:rsidR="00D04C7D" w:rsidRPr="00CD644B" w:rsidRDefault="00D6184D">
      <w:pPr>
        <w:bidi/>
        <w:rPr>
          <w:rFonts w:ascii="☞DIODRUM ARABIC MEDIUM" w:hAnsi="☞DIODRUM ARABIC MEDIUM" w:cs="☞DIODRUM ARABIC MEDIUM"/>
          <w:sz w:val="18"/>
          <w:szCs w:val="18"/>
        </w:rPr>
      </w:pPr>
      <w:r w:rsidRPr="00CD644B">
        <w:rPr>
          <w:rFonts w:ascii="☞DIODRUM ARABIC MEDIUM" w:hAnsi="☞DIODRUM ARABIC MEDIUM" w:cs="☞DIODRUM ARABIC MEDIUM" w:hint="cs"/>
          <w:sz w:val="18"/>
          <w:szCs w:val="18"/>
          <w:rtl/>
        </w:rPr>
        <w:t>شملت</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الخطوات</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الأولى</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تنفيذ</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السياسات</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والأطر</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التأسيسية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لتوجيه</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الجهود</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المتعلقة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بالشمولية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وفي</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هذا</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السياق،</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اعتُبر</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نظام</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حقوق</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الأشخاص</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ذوي</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الإعاقة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ولائحته</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التنفيذية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من</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العناصر</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الأساسية،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فهو</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يشكّل</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الأساس</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القانوني</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لتمكين</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الأشخاص</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ذوي</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الإعاقة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وتؤكد</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المادة</w:t>
      </w:r>
      <w:r w:rsidRPr="00CD644B">
        <w:rPr>
          <w:rFonts w:ascii="☞DIODRUM ARABIC MEDIUM" w:hAnsi="☞DIODRUM ARABIC MEDIUM" w:cs="☞DIODRUM ARABIC MEDIUM" w:hint="cs"/>
          <w:sz w:val="18"/>
          <w:szCs w:val="18"/>
        </w:rPr>
        <w:t xml:space="preserve"> 14 </w:t>
      </w:r>
      <w:r w:rsidRPr="00CD644B">
        <w:rPr>
          <w:rFonts w:ascii="☞DIODRUM ARABIC MEDIUM" w:hAnsi="☞DIODRUM ARABIC MEDIUM" w:cs="☞DIODRUM ARABIC MEDIUM" w:hint="cs"/>
          <w:sz w:val="18"/>
          <w:szCs w:val="18"/>
          <w:rtl/>
        </w:rPr>
        <w:t>من</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النظام</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على</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أنه</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يحق</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للأشخاص</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ذوي</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الإعاقة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الوصول</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للخدمات</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العامة،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بما</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فيها</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المنصات</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الرقمية،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من</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دون</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أي</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تمييز</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كما</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ينص</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الفصل</w:t>
      </w:r>
      <w:r w:rsidRPr="00CD644B">
        <w:rPr>
          <w:rFonts w:ascii="☞DIODRUM ARABIC MEDIUM" w:hAnsi="☞DIODRUM ARABIC MEDIUM" w:cs="☞DIODRUM ARABIC MEDIUM" w:hint="cs"/>
          <w:sz w:val="18"/>
          <w:szCs w:val="18"/>
        </w:rPr>
        <w:t xml:space="preserve"> 10 </w:t>
      </w:r>
      <w:r w:rsidRPr="00CD644B">
        <w:rPr>
          <w:rFonts w:ascii="☞DIODRUM ARABIC MEDIUM" w:hAnsi="☞DIODRUM ARABIC MEDIUM" w:cs="☞DIODRUM ARABIC MEDIUM" w:hint="cs"/>
          <w:sz w:val="18"/>
          <w:szCs w:val="18"/>
          <w:rtl/>
        </w:rPr>
        <w:t>من</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اللائحة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التنفيذية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على</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المراقبة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والإنفاذ</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المستمرين</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للتأكد</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من</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أن</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الخدمات</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الحكومية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والخاصة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تستوفي</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معايير</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إمكانية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الوصول</w:t>
      </w:r>
      <w:r w:rsidR="00CD644B">
        <w:rPr>
          <w:rFonts w:ascii="☞DIODRUM ARABIC MEDIUM" w:hAnsi="☞DIODRUM ARABIC MEDIUM" w:cs="☞DIODRUM ARABIC MEDIUM" w:hint="cs"/>
          <w:sz w:val="18"/>
          <w:szCs w:val="18"/>
          <w:rtl/>
        </w:rPr>
        <w:t>.</w:t>
      </w:r>
    </w:p>
    <w:p w14:paraId="50F1C71D" w14:textId="77777777" w:rsidR="008E4971" w:rsidRPr="0021058C" w:rsidRDefault="008E4971" w:rsidP="008E4971">
      <w:pPr>
        <w:bidi/>
        <w:rPr>
          <w:sz w:val="24"/>
          <w:szCs w:val="24"/>
        </w:rPr>
      </w:pPr>
    </w:p>
    <w:p w14:paraId="04A8E20C" w14:textId="2D1681F6" w:rsidR="00D04C7D" w:rsidRPr="00CD644B" w:rsidRDefault="00557B95" w:rsidP="00CD644B">
      <w:pPr>
        <w:bidi/>
        <w:jc w:val="center"/>
        <w:rPr>
          <w:rFonts w:ascii="☞DIODRUM ARABIC MEDIUM" w:hAnsi="☞DIODRUM ARABIC MEDIUM" w:cs="☞DIODRUM ARABIC MEDIUM"/>
          <w:sz w:val="20"/>
          <w:szCs w:val="20"/>
          <w:rtl/>
        </w:rPr>
      </w:pPr>
      <w:r w:rsidRPr="00CD644B">
        <w:rPr>
          <w:rFonts w:ascii="☞DIODRUM ARABIC MEDIUM" w:hAnsi="☞DIODRUM ARABIC MEDIUM" w:cs="☞DIODRUM ARABIC MEDIUM" w:hint="cs"/>
          <w:sz w:val="20"/>
          <w:szCs w:val="20"/>
          <w:rtl/>
        </w:rPr>
        <w:t>بالإضافة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إلى</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ذلك،</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انضمت</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المملكة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العربية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السعودية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إلى</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العديد</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من</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الاتفاقيات</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الدولية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لتعزيز</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التزامها</w:t>
      </w:r>
      <w:r w:rsidR="00CD644B">
        <w:rPr>
          <w:rFonts w:ascii="☞DIODRUM ARABIC MEDIUM" w:hAnsi="☞DIODRUM ARABIC MEDIUM" w:cs="☞DIODRUM ARABIC MEDIUM" w:hint="cs"/>
          <w:sz w:val="20"/>
          <w:szCs w:val="20"/>
          <w:rtl/>
        </w:rPr>
        <w:t>.</w:t>
      </w:r>
    </w:p>
    <w:p w14:paraId="0E815875" w14:textId="77777777" w:rsidR="008E4971" w:rsidRPr="0021058C" w:rsidRDefault="008E4971" w:rsidP="008E4971">
      <w:pPr>
        <w:bidi/>
      </w:pPr>
    </w:p>
    <w:p w14:paraId="79E387F5" w14:textId="77777777" w:rsidR="008E4971" w:rsidRDefault="008E4971" w:rsidP="008E4971">
      <w:pPr>
        <w:bidi/>
      </w:pPr>
    </w:p>
    <w:p w14:paraId="2AFDABD5" w14:textId="5D189B60" w:rsidR="008E4971" w:rsidRPr="00CD644B" w:rsidRDefault="008E4971" w:rsidP="00CD644B">
      <w:pPr>
        <w:pStyle w:val="ListParagraph"/>
        <w:numPr>
          <w:ilvl w:val="0"/>
          <w:numId w:val="12"/>
        </w:numPr>
        <w:bidi/>
        <w:jc w:val="both"/>
        <w:rPr>
          <w:rFonts w:ascii="☞DIODRUM ARABIC MEDIUM" w:hAnsi="☞DIODRUM ARABIC MEDIUM" w:cs="☞DIODRUM ARABIC MEDIUM"/>
          <w:sz w:val="18"/>
          <w:szCs w:val="18"/>
        </w:rPr>
      </w:pPr>
      <w:r w:rsidRPr="00CD644B">
        <w:rPr>
          <w:rFonts w:ascii="☞DIODRUM ARABIC MEDIUM" w:hAnsi="☞DIODRUM ARABIC MEDIUM" w:cs="☞DIODRUM ARABIC MEDIUM" w:hint="cs"/>
          <w:sz w:val="18"/>
          <w:szCs w:val="18"/>
          <w:rtl/>
        </w:rPr>
        <w:t>الانضمام</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إلى</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اتفاقية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حقوق</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الأشخاص</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ذوي</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الإعاقة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وبروتوكولها</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الاختياري</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بموجب</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المرسوم</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الملكي</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رقم</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م</w:t>
      </w:r>
      <w:r w:rsidRPr="00CD644B">
        <w:rPr>
          <w:rFonts w:ascii="☞DIODRUM ARABIC MEDIUM" w:hAnsi="☞DIODRUM ARABIC MEDIUM" w:cs="☞DIODRUM ARABIC MEDIUM" w:hint="cs"/>
          <w:sz w:val="18"/>
          <w:szCs w:val="18"/>
        </w:rPr>
        <w:t xml:space="preserve">/28 </w:t>
      </w:r>
      <w:r w:rsidRPr="00CD644B">
        <w:rPr>
          <w:rFonts w:ascii="☞DIODRUM ARABIC MEDIUM" w:hAnsi="☞DIODRUM ARABIC MEDIUM" w:cs="☞DIODRUM ARABIC MEDIUM" w:hint="cs"/>
          <w:sz w:val="18"/>
          <w:szCs w:val="18"/>
          <w:rtl/>
        </w:rPr>
        <w:t>بتاريخ</w:t>
      </w:r>
      <w:r w:rsidRPr="00CD644B">
        <w:rPr>
          <w:rFonts w:ascii="☞DIODRUM ARABIC MEDIUM" w:hAnsi="☞DIODRUM ARABIC MEDIUM" w:cs="☞DIODRUM ARABIC MEDIUM" w:hint="cs"/>
          <w:sz w:val="18"/>
          <w:szCs w:val="18"/>
        </w:rPr>
        <w:t xml:space="preserve"> 22/05/1429 </w:t>
      </w:r>
      <w:r w:rsidRPr="00CD644B">
        <w:rPr>
          <w:rFonts w:ascii="☞DIODRUM ARABIC MEDIUM" w:hAnsi="☞DIODRUM ARABIC MEDIUM" w:cs="☞DIODRUM ARABIC MEDIUM" w:hint="cs"/>
          <w:sz w:val="18"/>
          <w:szCs w:val="18"/>
          <w:rtl/>
        </w:rPr>
        <w:t>هـ</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الموافق</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لعام</w:t>
      </w:r>
      <w:r w:rsidRPr="00CD644B">
        <w:rPr>
          <w:rFonts w:ascii="☞DIODRUM ARABIC MEDIUM" w:hAnsi="☞DIODRUM ARABIC MEDIUM" w:cs="☞DIODRUM ARABIC MEDIUM" w:hint="cs"/>
          <w:sz w:val="18"/>
          <w:szCs w:val="18"/>
        </w:rPr>
        <w:t xml:space="preserve"> 2008 </w:t>
      </w:r>
      <w:r w:rsidRPr="00CD644B">
        <w:rPr>
          <w:rFonts w:ascii="☞DIODRUM ARABIC MEDIUM" w:hAnsi="☞DIODRUM ARABIC MEDIUM" w:cs="☞DIODRUM ARABIC MEDIUM" w:hint="cs"/>
          <w:sz w:val="18"/>
          <w:szCs w:val="18"/>
          <w:rtl/>
        </w:rPr>
        <w:t>م</w:t>
      </w:r>
      <w:r w:rsidR="00CD644B">
        <w:rPr>
          <w:rFonts w:ascii="☞DIODRUM ARABIC MEDIUM" w:hAnsi="☞DIODRUM ARABIC MEDIUM" w:cs="☞DIODRUM ARABIC MEDIUM" w:hint="cs"/>
          <w:sz w:val="18"/>
          <w:szCs w:val="18"/>
          <w:rtl/>
        </w:rPr>
        <w:t>.</w:t>
      </w:r>
    </w:p>
    <w:p w14:paraId="3C0CB502" w14:textId="6B0E3691" w:rsidR="008E4971" w:rsidRPr="00CD644B" w:rsidRDefault="008E4971" w:rsidP="00CD644B">
      <w:pPr>
        <w:pStyle w:val="ListParagraph"/>
        <w:numPr>
          <w:ilvl w:val="0"/>
          <w:numId w:val="12"/>
        </w:numPr>
        <w:bidi/>
        <w:jc w:val="both"/>
        <w:rPr>
          <w:rFonts w:ascii="☞DIODRUM ARABIC MEDIUM" w:hAnsi="☞DIODRUM ARABIC MEDIUM" w:cs="☞DIODRUM ARABIC MEDIUM"/>
          <w:sz w:val="18"/>
          <w:szCs w:val="18"/>
        </w:rPr>
      </w:pPr>
      <w:r w:rsidRPr="00CD644B">
        <w:rPr>
          <w:rFonts w:ascii="☞DIODRUM ARABIC MEDIUM" w:hAnsi="☞DIODRUM ARABIC MEDIUM" w:cs="☞DIODRUM ARABIC MEDIUM" w:hint="cs"/>
          <w:sz w:val="18"/>
          <w:szCs w:val="18"/>
          <w:rtl/>
        </w:rPr>
        <w:t>الانضمام</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إلى</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معاهدة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مراكش</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لتيسير</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الوصول</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إلى</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المصنفات</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المنشورة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لفائدة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الأشخاص</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المكفوفين</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أو</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معاقي</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البصر</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أو</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ذوي</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إعاقات</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أخرى</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بموجب</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المرسوم</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الملكي</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رقم</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م</w:t>
      </w:r>
      <w:r w:rsidRPr="00CD644B">
        <w:rPr>
          <w:rFonts w:ascii="☞DIODRUM ARABIC MEDIUM" w:hAnsi="☞DIODRUM ARABIC MEDIUM" w:cs="☞DIODRUM ARABIC MEDIUM" w:hint="cs"/>
          <w:sz w:val="18"/>
          <w:szCs w:val="18"/>
        </w:rPr>
        <w:t xml:space="preserve">/109 </w:t>
      </w:r>
      <w:r w:rsidRPr="00CD644B">
        <w:rPr>
          <w:rFonts w:ascii="☞DIODRUM ARABIC MEDIUM" w:hAnsi="☞DIODRUM ARABIC MEDIUM" w:cs="☞DIODRUM ARABIC MEDIUM" w:hint="cs"/>
          <w:sz w:val="18"/>
          <w:szCs w:val="18"/>
          <w:rtl/>
        </w:rPr>
        <w:t>بتاريخ</w:t>
      </w:r>
      <w:r w:rsidRPr="00CD644B">
        <w:rPr>
          <w:rFonts w:ascii="☞DIODRUM ARABIC MEDIUM" w:hAnsi="☞DIODRUM ARABIC MEDIUM" w:cs="☞DIODRUM ARABIC MEDIUM" w:hint="cs"/>
          <w:sz w:val="18"/>
          <w:szCs w:val="18"/>
        </w:rPr>
        <w:t xml:space="preserve"> 05/11/1439 </w:t>
      </w:r>
      <w:r w:rsidRPr="00CD644B">
        <w:rPr>
          <w:rFonts w:ascii="☞DIODRUM ARABIC MEDIUM" w:hAnsi="☞DIODRUM ARABIC MEDIUM" w:cs="☞DIODRUM ARABIC MEDIUM" w:hint="cs"/>
          <w:sz w:val="18"/>
          <w:szCs w:val="18"/>
          <w:rtl/>
        </w:rPr>
        <w:t>هـ</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الموافق</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لعام</w:t>
      </w:r>
      <w:r w:rsidRPr="00CD644B">
        <w:rPr>
          <w:rFonts w:ascii="☞DIODRUM ARABIC MEDIUM" w:hAnsi="☞DIODRUM ARABIC MEDIUM" w:cs="☞DIODRUM ARABIC MEDIUM" w:hint="cs"/>
          <w:sz w:val="18"/>
          <w:szCs w:val="18"/>
        </w:rPr>
        <w:t xml:space="preserve"> 2013 </w:t>
      </w:r>
      <w:r w:rsidRPr="00CD644B">
        <w:rPr>
          <w:rFonts w:ascii="☞DIODRUM ARABIC MEDIUM" w:hAnsi="☞DIODRUM ARABIC MEDIUM" w:cs="☞DIODRUM ARABIC MEDIUM" w:hint="cs"/>
          <w:sz w:val="18"/>
          <w:szCs w:val="18"/>
          <w:rtl/>
        </w:rPr>
        <w:t>م</w:t>
      </w:r>
      <w:r w:rsidR="00CD644B">
        <w:rPr>
          <w:rFonts w:ascii="☞DIODRUM ARABIC MEDIUM" w:hAnsi="☞DIODRUM ARABIC MEDIUM" w:cs="☞DIODRUM ARABIC MEDIUM" w:hint="cs"/>
          <w:sz w:val="18"/>
          <w:szCs w:val="18"/>
          <w:rtl/>
        </w:rPr>
        <w:t>.</w:t>
      </w:r>
    </w:p>
    <w:p w14:paraId="457525CD" w14:textId="1B503A76" w:rsidR="008E4971" w:rsidRPr="00CD644B" w:rsidRDefault="008E4971" w:rsidP="00CD644B">
      <w:pPr>
        <w:pStyle w:val="ListParagraph"/>
        <w:numPr>
          <w:ilvl w:val="0"/>
          <w:numId w:val="12"/>
        </w:numPr>
        <w:bidi/>
        <w:jc w:val="both"/>
        <w:rPr>
          <w:rFonts w:ascii="☞DIODRUM ARABIC MEDIUM" w:hAnsi="☞DIODRUM ARABIC MEDIUM" w:cs="☞DIODRUM ARABIC MEDIUM"/>
          <w:sz w:val="18"/>
          <w:szCs w:val="18"/>
        </w:rPr>
      </w:pPr>
      <w:r w:rsidRPr="00CD644B">
        <w:rPr>
          <w:rFonts w:ascii="☞DIODRUM ARABIC MEDIUM" w:hAnsi="☞DIODRUM ARABIC MEDIUM" w:cs="☞DIODRUM ARABIC MEDIUM" w:hint="cs"/>
          <w:sz w:val="18"/>
          <w:szCs w:val="18"/>
          <w:rtl/>
        </w:rPr>
        <w:t>الموافقة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على</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القانون</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النظام</w:t>
      </w:r>
      <w:r w:rsidRPr="00CD644B">
        <w:rPr>
          <w:rFonts w:ascii="☞DIODRUM ARABIC MEDIUM" w:hAnsi="☞DIODRUM ARABIC MEDIUM" w:cs="☞DIODRUM ARABIC MEDIUM" w:hint="cs"/>
          <w:sz w:val="18"/>
          <w:szCs w:val="18"/>
        </w:rPr>
        <w:t xml:space="preserve"> </w:t>
      </w:r>
      <w:proofErr w:type="spellStart"/>
      <w:r w:rsidRPr="00CD644B">
        <w:rPr>
          <w:rFonts w:ascii="☞DIODRUM ARABIC MEDIUM" w:hAnsi="☞DIODRUM ARABIC MEDIUM" w:cs="☞DIODRUM ARABIC MEDIUM" w:hint="cs"/>
          <w:sz w:val="18"/>
          <w:szCs w:val="18"/>
          <w:rtl/>
        </w:rPr>
        <w:t>الاسترشادي</w:t>
      </w:r>
      <w:proofErr w:type="spellEnd"/>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الموحد</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لتمكين</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الأشخاص</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ذوي</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الإعاقة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في</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مجلس</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التعاون</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لدول</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الخليج</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العربية</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بموجب</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قرار</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مجلس</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الوزراء</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رقم</w:t>
      </w:r>
      <w:r w:rsidRPr="00CD644B">
        <w:rPr>
          <w:rFonts w:ascii="☞DIODRUM ARABIC MEDIUM" w:hAnsi="☞DIODRUM ARABIC MEDIUM" w:cs="☞DIODRUM ARABIC MEDIUM" w:hint="cs"/>
          <w:sz w:val="18"/>
          <w:szCs w:val="18"/>
        </w:rPr>
        <w:t xml:space="preserve"> 212 </w:t>
      </w:r>
      <w:r w:rsidRPr="00CD644B">
        <w:rPr>
          <w:rFonts w:ascii="☞DIODRUM ARABIC MEDIUM" w:hAnsi="☞DIODRUM ARABIC MEDIUM" w:cs="☞DIODRUM ARABIC MEDIUM" w:hint="cs"/>
          <w:sz w:val="18"/>
          <w:szCs w:val="18"/>
          <w:rtl/>
        </w:rPr>
        <w:t>بتاريخ</w:t>
      </w:r>
      <w:r w:rsidRPr="00CD644B">
        <w:rPr>
          <w:rFonts w:ascii="☞DIODRUM ARABIC MEDIUM" w:hAnsi="☞DIODRUM ARABIC MEDIUM" w:cs="☞DIODRUM ARABIC MEDIUM" w:hint="cs"/>
          <w:sz w:val="18"/>
          <w:szCs w:val="18"/>
        </w:rPr>
        <w:t xml:space="preserve"> 02/04/1442 </w:t>
      </w:r>
      <w:r w:rsidRPr="00CD644B">
        <w:rPr>
          <w:rFonts w:ascii="☞DIODRUM ARABIC MEDIUM" w:hAnsi="☞DIODRUM ARABIC MEDIUM" w:cs="☞DIODRUM ARABIC MEDIUM" w:hint="cs"/>
          <w:sz w:val="18"/>
          <w:szCs w:val="18"/>
          <w:rtl/>
        </w:rPr>
        <w:t>هـ</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الموافق</w:t>
      </w:r>
      <w:r w:rsidRPr="00CD644B">
        <w:rPr>
          <w:rFonts w:ascii="☞DIODRUM ARABIC MEDIUM" w:hAnsi="☞DIODRUM ARABIC MEDIUM" w:cs="☞DIODRUM ARABIC MEDIUM" w:hint="cs"/>
          <w:sz w:val="18"/>
          <w:szCs w:val="18"/>
        </w:rPr>
        <w:t xml:space="preserve"> </w:t>
      </w:r>
      <w:r w:rsidRPr="00CD644B">
        <w:rPr>
          <w:rFonts w:ascii="☞DIODRUM ARABIC MEDIUM" w:hAnsi="☞DIODRUM ARABIC MEDIUM" w:cs="☞DIODRUM ARABIC MEDIUM" w:hint="cs"/>
          <w:sz w:val="18"/>
          <w:szCs w:val="18"/>
          <w:rtl/>
        </w:rPr>
        <w:t>لعام</w:t>
      </w:r>
      <w:r w:rsidRPr="00CD644B">
        <w:rPr>
          <w:rFonts w:ascii="☞DIODRUM ARABIC MEDIUM" w:hAnsi="☞DIODRUM ARABIC MEDIUM" w:cs="☞DIODRUM ARABIC MEDIUM" w:hint="cs"/>
          <w:sz w:val="18"/>
          <w:szCs w:val="18"/>
        </w:rPr>
        <w:t xml:space="preserve"> 2020 </w:t>
      </w:r>
      <w:r w:rsidRPr="00CD644B">
        <w:rPr>
          <w:rFonts w:ascii="☞DIODRUM ARABIC MEDIUM" w:hAnsi="☞DIODRUM ARABIC MEDIUM" w:cs="☞DIODRUM ARABIC MEDIUM" w:hint="cs"/>
          <w:sz w:val="18"/>
          <w:szCs w:val="18"/>
          <w:rtl/>
        </w:rPr>
        <w:t>م</w:t>
      </w:r>
      <w:r w:rsidR="00CD644B">
        <w:rPr>
          <w:rFonts w:ascii="☞DIODRUM ARABIC MEDIUM" w:hAnsi="☞DIODRUM ARABIC MEDIUM" w:cs="☞DIODRUM ARABIC MEDIUM" w:hint="cs"/>
          <w:sz w:val="18"/>
          <w:szCs w:val="18"/>
          <w:rtl/>
        </w:rPr>
        <w:t>.</w:t>
      </w:r>
    </w:p>
    <w:p w14:paraId="26C28DFB" w14:textId="38CA1FAA" w:rsidR="00D04C7D" w:rsidRDefault="00D04C7D" w:rsidP="008E4971"/>
    <w:p w14:paraId="3A1273F4" w14:textId="63547426" w:rsidR="00D04C7D" w:rsidRPr="00CD644B" w:rsidRDefault="00D6184D" w:rsidP="00CD644B">
      <w:pPr>
        <w:bidi/>
        <w:jc w:val="center"/>
        <w:rPr>
          <w:rFonts w:ascii="☞DIODRUM ARABIC MEDIUM" w:hAnsi="☞DIODRUM ARABIC MEDIUM" w:cs="☞DIODRUM ARABIC MEDIUM"/>
          <w:sz w:val="16"/>
          <w:szCs w:val="16"/>
        </w:rPr>
      </w:pPr>
      <w:r w:rsidRPr="00CD644B">
        <w:rPr>
          <w:rFonts w:ascii="☞DIODRUM ARABIC MEDIUM" w:hAnsi="☞DIODRUM ARABIC MEDIUM" w:cs="☞DIODRUM ARABIC MEDIUM" w:hint="cs"/>
          <w:sz w:val="16"/>
          <w:szCs w:val="16"/>
          <w:rtl/>
        </w:rPr>
        <w:t>لا</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يمتلك</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الشمول</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الرقمي</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قيمة</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اجتماعية</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فحسب،</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بل</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قيمة</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اقتصادية</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أيضاً</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فقد</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وجدت</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ورقة</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عمل</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صادرة</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عن</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صندوق</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النقد</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الدولي</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بعنوان</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هل</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تفتح</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الشمولية</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المالية</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الرقمية</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آفاقاً</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جديدة</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أمام</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النمو؟</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أن</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المكوّن</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الخارجي</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المتمثل</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بالشمولية</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المالية</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الرقمية</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يرتبط</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lastRenderedPageBreak/>
        <w:t>إيجاباً</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بنمو</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الناتج</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المحلي</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الإجمالي</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للفرد،</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ما</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يعني</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أن</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الشمولية</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المالية</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الرقمية</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قادرة</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على</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تسريع</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النمو</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الاقتصادي</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ومن</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خلال</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ضمان</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إمكانية</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وصول</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جميع</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المواطنين</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للموارد</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الرقمية،</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تزداد</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فرص</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تعزيز</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الابتكار</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وفتح</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آفاق</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اقتصادية</w:t>
      </w:r>
      <w:r w:rsidRPr="00CD644B">
        <w:rPr>
          <w:rFonts w:ascii="☞DIODRUM ARABIC MEDIUM" w:hAnsi="☞DIODRUM ARABIC MEDIUM" w:cs="☞DIODRUM ARABIC MEDIUM" w:hint="cs"/>
          <w:sz w:val="16"/>
          <w:szCs w:val="16"/>
        </w:rPr>
        <w:t xml:space="preserve"> </w:t>
      </w:r>
      <w:r w:rsidRPr="00CD644B">
        <w:rPr>
          <w:rFonts w:ascii="☞DIODRUM ARABIC MEDIUM" w:hAnsi="☞DIODRUM ARABIC MEDIUM" w:cs="☞DIODRUM ARABIC MEDIUM" w:hint="cs"/>
          <w:sz w:val="16"/>
          <w:szCs w:val="16"/>
          <w:rtl/>
        </w:rPr>
        <w:t>جديدة</w:t>
      </w:r>
      <w:r w:rsidR="0021058C" w:rsidRPr="00CD644B">
        <w:rPr>
          <w:rFonts w:ascii="☞DIODRUM ARABIC MEDIUM" w:hAnsi="☞DIODRUM ARABIC MEDIUM" w:cs="☞DIODRUM ARABIC MEDIUM" w:hint="cs"/>
          <w:sz w:val="16"/>
          <w:szCs w:val="16"/>
          <w:rtl/>
        </w:rPr>
        <w:t>.</w:t>
      </w:r>
    </w:p>
    <w:p w14:paraId="59948CD8" w14:textId="7D16F43F" w:rsidR="00D04C7D" w:rsidRDefault="00D04C7D"/>
    <w:p w14:paraId="32EC1356" w14:textId="77777777" w:rsidR="00D04C7D" w:rsidRPr="00CD644B" w:rsidRDefault="00D6184D" w:rsidP="00642B53">
      <w:pPr>
        <w:pStyle w:val="Heading4"/>
        <w:bidi/>
        <w:rPr>
          <w:rFonts w:ascii="☞DIODRUM ARABIC SEMIBOLD" w:hAnsi="☞DIODRUM ARABIC SEMIBOLD" w:cs="☞DIODRUM ARABIC SEMIBOLD"/>
          <w:i w:val="0"/>
          <w:iCs w:val="0"/>
          <w:color w:val="auto"/>
        </w:rPr>
      </w:pPr>
      <w:r w:rsidRPr="00CD644B">
        <w:rPr>
          <w:rFonts w:ascii="☞DIODRUM ARABIC SEMIBOLD" w:hAnsi="☞DIODRUM ARABIC SEMIBOLD" w:cs="☞DIODRUM ARABIC SEMIBOLD" w:hint="cs"/>
          <w:i w:val="0"/>
          <w:iCs w:val="0"/>
          <w:color w:val="auto"/>
          <w:rtl/>
        </w:rPr>
        <w:t>الوضع</w:t>
      </w:r>
      <w:r w:rsidRPr="00CD644B">
        <w:rPr>
          <w:rFonts w:ascii="☞DIODRUM ARABIC SEMIBOLD" w:hAnsi="☞DIODRUM ARABIC SEMIBOLD" w:cs="☞DIODRUM ARABIC SEMIBOLD" w:hint="cs"/>
          <w:i w:val="0"/>
          <w:iCs w:val="0"/>
          <w:color w:val="auto"/>
        </w:rPr>
        <w:t xml:space="preserve"> </w:t>
      </w:r>
      <w:r w:rsidRPr="00CD644B">
        <w:rPr>
          <w:rFonts w:ascii="☞DIODRUM ARABIC SEMIBOLD" w:hAnsi="☞DIODRUM ARABIC SEMIBOLD" w:cs="☞DIODRUM ARABIC SEMIBOLD" w:hint="cs"/>
          <w:i w:val="0"/>
          <w:iCs w:val="0"/>
          <w:color w:val="auto"/>
          <w:rtl/>
        </w:rPr>
        <w:t>الراهن</w:t>
      </w:r>
    </w:p>
    <w:p w14:paraId="25AE8E0E" w14:textId="15217056" w:rsidR="00D04C7D" w:rsidRPr="00CD644B" w:rsidRDefault="00D6184D" w:rsidP="00CD644B">
      <w:pPr>
        <w:bidi/>
        <w:rPr>
          <w:rFonts w:ascii="☞DIODRUM ARABIC MEDIUM" w:hAnsi="☞DIODRUM ARABIC MEDIUM" w:cs="☞DIODRUM ARABIC MEDIUM"/>
          <w:sz w:val="20"/>
          <w:szCs w:val="20"/>
        </w:rPr>
      </w:pPr>
      <w:r w:rsidRPr="00CD644B">
        <w:rPr>
          <w:rFonts w:ascii="☞DIODRUM ARABIC MEDIUM" w:hAnsi="☞DIODRUM ARABIC MEDIUM" w:cs="☞DIODRUM ARABIC MEDIUM" w:hint="cs"/>
          <w:sz w:val="20"/>
          <w:szCs w:val="20"/>
          <w:rtl/>
        </w:rPr>
        <w:t>حققت</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الحكومة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الرقمية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حتى</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الآن</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تقدماً</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ملحوظاً</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على</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مستوى</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توفير</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بيئة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رقمية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شمولية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فبرنامج</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الشمولية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الرقمية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والمبادرات</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الأخرى</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ذات</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الصلة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تعمل</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بشكل</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نشط</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لضمان</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إمكانية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وصول</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الجميع</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للخدمات</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الرقمية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وفي</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هذا</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الإطار،</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ازدادت</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نسبة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توافر</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التقنيات</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المساعدة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وتبنيها</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إلى</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حد</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كبير،</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كما</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أن</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المبادرات</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التي</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تهدف</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إلى</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تعزيز</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المعرفة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الرقمية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بين</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الأشخاص</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ذوي</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الإعاقة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حققت</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نتائج</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مشجّعة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كذلك،</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أدت</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التطوّرات</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التي</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شهدتها</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البنية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التحتية،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مثل</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توسيع</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إمكانية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الوصول</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إلى</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الإنترنت</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عالي</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السرعة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في</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المناطق</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النائية،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دوراً</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حاسماً</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في</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سد</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الفجوة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الرقمية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حيث</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وصلت</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مستويات</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استخدام</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الإنترنت</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في</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المملكة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إلى</w:t>
      </w:r>
      <w:r w:rsidRPr="00CD644B">
        <w:rPr>
          <w:rFonts w:ascii="☞DIODRUM ARABIC MEDIUM" w:hAnsi="☞DIODRUM ARABIC MEDIUM" w:cs="☞DIODRUM ARABIC MEDIUM" w:hint="cs"/>
          <w:sz w:val="20"/>
          <w:szCs w:val="20"/>
        </w:rPr>
        <w:t xml:space="preserve"> 98% </w:t>
      </w:r>
      <w:r w:rsidRPr="00CD644B">
        <w:rPr>
          <w:rFonts w:ascii="☞DIODRUM ARABIC MEDIUM" w:hAnsi="☞DIODRUM ARABIC MEDIUM" w:cs="☞DIODRUM ARABIC MEDIUM" w:hint="cs"/>
          <w:sz w:val="20"/>
          <w:szCs w:val="20"/>
          <w:rtl/>
        </w:rPr>
        <w:t>في</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العام</w:t>
      </w:r>
      <w:r w:rsidRPr="00CD644B">
        <w:rPr>
          <w:rFonts w:ascii="☞DIODRUM ARABIC MEDIUM" w:hAnsi="☞DIODRUM ARABIC MEDIUM" w:cs="☞DIODRUM ARABIC MEDIUM" w:hint="cs"/>
          <w:sz w:val="20"/>
          <w:szCs w:val="20"/>
        </w:rPr>
        <w:t xml:space="preserve"> 2024 </w:t>
      </w:r>
      <w:r w:rsidRPr="00CD644B">
        <w:rPr>
          <w:rFonts w:ascii="☞DIODRUM ARABIC MEDIUM" w:hAnsi="☞DIODRUM ARABIC MEDIUM" w:cs="☞DIODRUM ARABIC MEDIUM" w:hint="cs"/>
          <w:sz w:val="20"/>
          <w:szCs w:val="20"/>
          <w:rtl/>
        </w:rPr>
        <w:t>وفقاً</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لموقع</w:t>
      </w:r>
      <w:r w:rsidRPr="00CD644B">
        <w:rPr>
          <w:rFonts w:ascii="☞DIODRUM ARABIC MEDIUM" w:hAnsi="☞DIODRUM ARABIC MEDIUM" w:cs="☞DIODRUM ARABIC MEDIUM" w:hint="cs"/>
          <w:sz w:val="20"/>
          <w:szCs w:val="20"/>
        </w:rPr>
        <w:t xml:space="preserve"> Statista </w:t>
      </w:r>
      <w:r w:rsidR="00F761AD" w:rsidRPr="00CD644B">
        <w:rPr>
          <w:rFonts w:ascii="☞DIODRUM ARABIC MEDIUM" w:hAnsi="☞DIODRUM ARABIC MEDIUM" w:cs="☞DIODRUM ARABIC MEDIUM" w:hint="cs"/>
          <w:sz w:val="20"/>
          <w:szCs w:val="20"/>
        </w:rPr>
        <w:t xml:space="preserve"> </w:t>
      </w:r>
      <w:hyperlink w:anchor="ref17" w:history="1">
        <w:r w:rsidR="00F761AD" w:rsidRPr="00CD644B">
          <w:rPr>
            <w:rStyle w:val="Hyperlink"/>
            <w:rFonts w:ascii="☞DIODRUM ARABIC MEDIUM" w:hAnsi="☞DIODRUM ARABIC MEDIUM" w:cs="☞DIODRUM ARABIC MEDIUM" w:hint="cs"/>
            <w:sz w:val="20"/>
            <w:szCs w:val="20"/>
          </w:rPr>
          <w:t>[17]</w:t>
        </w:r>
      </w:hyperlink>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ومن</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المتوقّع</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أن</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تبقى</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نسبة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السكان</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المتصلين</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بشبكة</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الإنترنت</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هي</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نفسها</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حتى</w:t>
      </w:r>
      <w:r w:rsidRPr="00CD644B">
        <w:rPr>
          <w:rFonts w:ascii="☞DIODRUM ARABIC MEDIUM" w:hAnsi="☞DIODRUM ARABIC MEDIUM" w:cs="☞DIODRUM ARABIC MEDIUM" w:hint="cs"/>
          <w:sz w:val="20"/>
          <w:szCs w:val="20"/>
        </w:rPr>
        <w:t xml:space="preserve"> </w:t>
      </w:r>
      <w:r w:rsidRPr="00CD644B">
        <w:rPr>
          <w:rFonts w:ascii="☞DIODRUM ARABIC MEDIUM" w:hAnsi="☞DIODRUM ARABIC MEDIUM" w:cs="☞DIODRUM ARABIC MEDIUM" w:hint="cs"/>
          <w:sz w:val="20"/>
          <w:szCs w:val="20"/>
          <w:rtl/>
        </w:rPr>
        <w:t>العام</w:t>
      </w:r>
      <w:r w:rsidRPr="00CD644B">
        <w:rPr>
          <w:rFonts w:ascii="☞DIODRUM ARABIC MEDIUM" w:hAnsi="☞DIODRUM ARABIC MEDIUM" w:cs="☞DIODRUM ARABIC MEDIUM" w:hint="cs"/>
          <w:sz w:val="20"/>
          <w:szCs w:val="20"/>
        </w:rPr>
        <w:t xml:space="preserve"> 2029 </w:t>
      </w:r>
      <w:r w:rsidRPr="00CD644B">
        <w:rPr>
          <w:rFonts w:ascii="☞DIODRUM ARABIC MEDIUM" w:hAnsi="☞DIODRUM ARABIC MEDIUM" w:cs="☞DIODRUM ARABIC MEDIUM" w:hint="cs"/>
          <w:sz w:val="20"/>
          <w:szCs w:val="20"/>
          <w:rtl/>
        </w:rPr>
        <w:t>أيضاً</w:t>
      </w:r>
      <w:r w:rsidR="00642B53" w:rsidRPr="00CD644B">
        <w:rPr>
          <w:rFonts w:ascii="☞DIODRUM ARABIC MEDIUM" w:hAnsi="☞DIODRUM ARABIC MEDIUM" w:cs="☞DIODRUM ARABIC MEDIUM" w:hint="cs"/>
          <w:sz w:val="20"/>
          <w:szCs w:val="20"/>
          <w:rtl/>
        </w:rPr>
        <w:t>.</w:t>
      </w:r>
    </w:p>
    <w:p w14:paraId="348C7153" w14:textId="6DDC40DD" w:rsidR="00D04C7D" w:rsidRDefault="00D04C7D">
      <w:pPr>
        <w:jc w:val="center"/>
      </w:pPr>
    </w:p>
    <w:p w14:paraId="522E177D" w14:textId="77777777" w:rsidR="008E4971" w:rsidRDefault="008E4971" w:rsidP="008E4971">
      <w:pPr>
        <w:bidi/>
      </w:pPr>
    </w:p>
    <w:p w14:paraId="1055605C" w14:textId="77777777" w:rsidR="00D04C7D" w:rsidRPr="00CD644B" w:rsidRDefault="00D6184D" w:rsidP="00642B53">
      <w:pPr>
        <w:pStyle w:val="Heading4"/>
        <w:bidi/>
        <w:rPr>
          <w:rFonts w:ascii="☞DIODRUM ARABIC SEMIBOLD" w:hAnsi="☞DIODRUM ARABIC SEMIBOLD" w:cs="☞DIODRUM ARABIC SEMIBOLD"/>
          <w:i w:val="0"/>
          <w:iCs w:val="0"/>
          <w:color w:val="auto"/>
        </w:rPr>
      </w:pPr>
      <w:r w:rsidRPr="00CD644B">
        <w:rPr>
          <w:rFonts w:ascii="☞DIODRUM ARABIC SEMIBOLD" w:hAnsi="☞DIODRUM ARABIC SEMIBOLD" w:cs="☞DIODRUM ARABIC SEMIBOLD" w:hint="cs"/>
          <w:i w:val="0"/>
          <w:iCs w:val="0"/>
          <w:color w:val="auto"/>
          <w:rtl/>
        </w:rPr>
        <w:t>الرؤية</w:t>
      </w:r>
      <w:r w:rsidRPr="00CD644B">
        <w:rPr>
          <w:rFonts w:ascii="☞DIODRUM ARABIC SEMIBOLD" w:hAnsi="☞DIODRUM ARABIC SEMIBOLD" w:cs="☞DIODRUM ARABIC SEMIBOLD" w:hint="cs"/>
          <w:i w:val="0"/>
          <w:iCs w:val="0"/>
          <w:color w:val="auto"/>
        </w:rPr>
        <w:t xml:space="preserve"> </w:t>
      </w:r>
      <w:r w:rsidRPr="00CD644B">
        <w:rPr>
          <w:rFonts w:ascii="☞DIODRUM ARABIC SEMIBOLD" w:hAnsi="☞DIODRUM ARABIC SEMIBOLD" w:cs="☞DIODRUM ARABIC SEMIBOLD" w:hint="cs"/>
          <w:i w:val="0"/>
          <w:iCs w:val="0"/>
          <w:color w:val="auto"/>
          <w:rtl/>
        </w:rPr>
        <w:t>المستقبلية</w:t>
      </w:r>
    </w:p>
    <w:p w14:paraId="365E7207" w14:textId="3C6BFC08" w:rsidR="00D04C7D" w:rsidRPr="00E85862" w:rsidRDefault="00D6184D">
      <w:pPr>
        <w:bidi/>
        <w:rPr>
          <w:rFonts w:ascii="☞DIODRUM ARABIC MEDIUM" w:hAnsi="☞DIODRUM ARABIC MEDIUM" w:cs="☞DIODRUM ARABIC MEDIUM"/>
          <w:sz w:val="20"/>
          <w:szCs w:val="20"/>
        </w:rPr>
      </w:pPr>
      <w:r w:rsidRPr="00E85862">
        <w:rPr>
          <w:rFonts w:ascii="☞DIODRUM ARABIC MEDIUM" w:hAnsi="☞DIODRUM ARABIC MEDIUM" w:cs="☞DIODRUM ARABIC MEDIUM" w:hint="cs"/>
          <w:sz w:val="20"/>
          <w:szCs w:val="20"/>
          <w:rtl/>
        </w:rPr>
        <w:t>يتمحور</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مستقبل</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الشمولية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الرقمية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في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المملكة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حول</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الارتكاز</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إلى</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النجاحات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السابقة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لتشكيل</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مجتمع</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رقمي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قائم</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بالكامل</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على</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مبدأ</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الشمولية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ويشمل</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ذلك</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تحسين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معايير</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إمكانية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الوصول،</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وتشجيع</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الابتكار</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على</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مستوى</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التقنيات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المساعدة،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وتبني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ثقافة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الشمولية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في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القطاعين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العام</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والخاص</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على</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حد</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سواء</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وتضم</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المجالات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الرئيسية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المعرفة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الرقمية،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وإمكانية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الوصول،</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والمشاركة،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بما</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يتماشى</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مع</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رؤية</w:t>
      </w:r>
      <w:r w:rsidRPr="00E85862">
        <w:rPr>
          <w:rFonts w:ascii="☞DIODRUM ARABIC MEDIUM" w:hAnsi="☞DIODRUM ARABIC MEDIUM" w:cs="☞DIODRUM ARABIC MEDIUM" w:hint="cs"/>
          <w:sz w:val="20"/>
          <w:szCs w:val="20"/>
        </w:rPr>
        <w:t xml:space="preserve"> 2030 </w:t>
      </w:r>
      <w:r w:rsidRPr="00E85862">
        <w:rPr>
          <w:rFonts w:ascii="☞DIODRUM ARABIC MEDIUM" w:hAnsi="☞DIODRUM ARABIC MEDIUM" w:cs="☞DIODRUM ARABIC MEDIUM" w:hint="cs"/>
          <w:sz w:val="20"/>
          <w:szCs w:val="20"/>
          <w:rtl/>
        </w:rPr>
        <w:t>للتأكد</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أن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جميع</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المواطنين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يستفيدون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التحول</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الرقمي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الذي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تشهده</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المملكة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ولدعم</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هذه</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الرؤية،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تلتزم</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الحكومة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الرقمية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بتحسين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درجة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الامتثال</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لإمكانية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الوصول</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على</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مستوى</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جميع</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الخدمات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الرقمية</w:t>
      </w:r>
      <w:r w:rsidR="00E85862" w:rsidRPr="00E85862">
        <w:rPr>
          <w:rFonts w:ascii="☞DIODRUM ARABIC MEDIUM" w:hAnsi="☞DIODRUM ARABIC MEDIUM" w:cs="☞DIODRUM ARABIC MEDIUM" w:hint="cs"/>
          <w:sz w:val="20"/>
          <w:szCs w:val="20"/>
          <w:rtl/>
        </w:rPr>
        <w:t>.</w:t>
      </w:r>
    </w:p>
    <w:p w14:paraId="604950C1" w14:textId="77777777" w:rsidR="00D04C7D" w:rsidRDefault="00D6184D">
      <w:r>
        <w:br w:type="page"/>
      </w:r>
    </w:p>
    <w:p w14:paraId="77ABF0A0" w14:textId="42580274" w:rsidR="00D04C7D" w:rsidRPr="00103393" w:rsidRDefault="00A631E7">
      <w:pPr>
        <w:pStyle w:val="Heading3"/>
        <w:bidi/>
        <w:rPr>
          <w:rFonts w:ascii="DiodrumArabic-Bold" w:hAnsi="DiodrumArabic-Bold" w:cs="DiodrumArabic-Bold"/>
          <w:color w:val="auto"/>
        </w:rPr>
      </w:pPr>
      <w:bookmarkStart w:id="23" w:name="heading_10_32_أبرز_مبادرة_وطنية_لتعزيز_ا"/>
      <w:bookmarkStart w:id="24" w:name="_Toc204265941"/>
      <w:r>
        <w:rPr>
          <w:rFonts w:ascii="DiodrumArabic-Bold" w:hAnsi="DiodrumArabic-Bold" w:cs="DiodrumArabic-Bold"/>
          <w:color w:val="auto"/>
        </w:rPr>
        <w:lastRenderedPageBreak/>
        <w:t xml:space="preserve"> </w:t>
      </w:r>
      <w:r w:rsidR="00D6184D" w:rsidRPr="00103393">
        <w:rPr>
          <w:rFonts w:ascii="DiodrumArabic-Bold" w:hAnsi="DiodrumArabic-Bold" w:cs="DiodrumArabic-Bold"/>
          <w:color w:val="auto"/>
        </w:rPr>
        <w:t xml:space="preserve">3.2 </w:t>
      </w:r>
      <w:r w:rsidR="00D6184D" w:rsidRPr="00103393">
        <w:rPr>
          <w:rFonts w:ascii="DiodrumArabic-Bold" w:hAnsi="DiodrumArabic-Bold" w:cs="DiodrumArabic-Bold"/>
          <w:color w:val="auto"/>
          <w:rtl/>
        </w:rPr>
        <w:t>أبرز</w:t>
      </w:r>
      <w:r w:rsidR="00D6184D" w:rsidRPr="00103393">
        <w:rPr>
          <w:rFonts w:ascii="DiodrumArabic-Bold" w:hAnsi="DiodrumArabic-Bold" w:cs="DiodrumArabic-Bold"/>
          <w:color w:val="auto"/>
        </w:rPr>
        <w:t xml:space="preserve"> </w:t>
      </w:r>
      <w:r w:rsidR="00D6184D" w:rsidRPr="00103393">
        <w:rPr>
          <w:rFonts w:ascii="DiodrumArabic-Bold" w:hAnsi="DiodrumArabic-Bold" w:cs="DiodrumArabic-Bold"/>
          <w:color w:val="auto"/>
          <w:rtl/>
        </w:rPr>
        <w:t>مبادرة</w:t>
      </w:r>
      <w:r w:rsidR="00D6184D" w:rsidRPr="00103393">
        <w:rPr>
          <w:rFonts w:ascii="DiodrumArabic-Bold" w:hAnsi="DiodrumArabic-Bold" w:cs="DiodrumArabic-Bold"/>
          <w:color w:val="auto"/>
        </w:rPr>
        <w:t xml:space="preserve"> </w:t>
      </w:r>
      <w:r w:rsidR="00D6184D" w:rsidRPr="00103393">
        <w:rPr>
          <w:rFonts w:ascii="DiodrumArabic-Bold" w:hAnsi="DiodrumArabic-Bold" w:cs="DiodrumArabic-Bold"/>
          <w:color w:val="auto"/>
          <w:rtl/>
        </w:rPr>
        <w:t>وطنية</w:t>
      </w:r>
      <w:r w:rsidR="00D6184D" w:rsidRPr="00103393">
        <w:rPr>
          <w:rFonts w:ascii="DiodrumArabic-Bold" w:hAnsi="DiodrumArabic-Bold" w:cs="DiodrumArabic-Bold"/>
          <w:color w:val="auto"/>
        </w:rPr>
        <w:t xml:space="preserve"> </w:t>
      </w:r>
      <w:r w:rsidR="00D6184D" w:rsidRPr="00103393">
        <w:rPr>
          <w:rFonts w:ascii="DiodrumArabic-Bold" w:hAnsi="DiodrumArabic-Bold" w:cs="DiodrumArabic-Bold"/>
          <w:color w:val="auto"/>
          <w:rtl/>
        </w:rPr>
        <w:t>لتعزيز</w:t>
      </w:r>
      <w:r w:rsidR="00D6184D" w:rsidRPr="00103393">
        <w:rPr>
          <w:rFonts w:ascii="DiodrumArabic-Bold" w:hAnsi="DiodrumArabic-Bold" w:cs="DiodrumArabic-Bold"/>
          <w:color w:val="auto"/>
        </w:rPr>
        <w:t xml:space="preserve"> </w:t>
      </w:r>
      <w:r w:rsidR="00D6184D" w:rsidRPr="00103393">
        <w:rPr>
          <w:rFonts w:ascii="DiodrumArabic-Bold" w:hAnsi="DiodrumArabic-Bold" w:cs="DiodrumArabic-Bold"/>
          <w:color w:val="auto"/>
          <w:rtl/>
        </w:rPr>
        <w:t>الشمولية</w:t>
      </w:r>
      <w:r w:rsidR="00D6184D" w:rsidRPr="00103393">
        <w:rPr>
          <w:rFonts w:ascii="DiodrumArabic-Bold" w:hAnsi="DiodrumArabic-Bold" w:cs="DiodrumArabic-Bold"/>
          <w:color w:val="auto"/>
        </w:rPr>
        <w:t xml:space="preserve"> </w:t>
      </w:r>
      <w:r w:rsidR="00D6184D" w:rsidRPr="00103393">
        <w:rPr>
          <w:rFonts w:ascii="DiodrumArabic-Bold" w:hAnsi="DiodrumArabic-Bold" w:cs="DiodrumArabic-Bold"/>
          <w:color w:val="auto"/>
          <w:rtl/>
        </w:rPr>
        <w:t>الرقمية</w:t>
      </w:r>
      <w:bookmarkEnd w:id="23"/>
      <w:bookmarkEnd w:id="24"/>
    </w:p>
    <w:p w14:paraId="1A3B1546" w14:textId="77777777" w:rsidR="00D04C7D" w:rsidRDefault="00D6184D">
      <w:pPr>
        <w:bidi/>
      </w:pPr>
      <w:r>
        <w:rPr>
          <w:rFonts w:ascii="☞DIODRUM ARABIC SEMIBOLD" w:hAnsi="☞DIODRUM ARABIC SEMIBOLD" w:cs="☞DIODRUM ARABIC SEMIBOLD"/>
          <w:sz w:val="28"/>
          <w:szCs w:val="28"/>
          <w:rtl/>
        </w:rPr>
        <w:t>برنامج</w:t>
      </w:r>
      <w:r>
        <w:rPr>
          <w:rFonts w:ascii="☞DIODRUM ARABIC SEMIBOLD" w:hAnsi="☞DIODRUM ARABIC SEMIBOLD"/>
          <w:sz w:val="28"/>
        </w:rPr>
        <w:t xml:space="preserve"> </w:t>
      </w:r>
      <w:r>
        <w:rPr>
          <w:rFonts w:ascii="☞DIODRUM ARABIC SEMIBOLD" w:hAnsi="☞DIODRUM ARABIC SEMIBOLD" w:cs="☞DIODRUM ARABIC SEMIBOLD"/>
          <w:sz w:val="28"/>
          <w:szCs w:val="28"/>
          <w:rtl/>
        </w:rPr>
        <w:t>الشمولية</w:t>
      </w:r>
      <w:r>
        <w:rPr>
          <w:rFonts w:ascii="☞DIODRUM ARABIC SEMIBOLD" w:hAnsi="☞DIODRUM ARABIC SEMIBOLD"/>
          <w:sz w:val="28"/>
        </w:rPr>
        <w:t xml:space="preserve"> </w:t>
      </w:r>
      <w:r>
        <w:rPr>
          <w:rFonts w:ascii="☞DIODRUM ARABIC SEMIBOLD" w:hAnsi="☞DIODRUM ARABIC SEMIBOLD" w:cs="☞DIODRUM ARABIC SEMIBOLD"/>
          <w:sz w:val="28"/>
          <w:szCs w:val="28"/>
          <w:rtl/>
        </w:rPr>
        <w:t>الرقمية</w:t>
      </w:r>
    </w:p>
    <w:p w14:paraId="67ABEEAD" w14:textId="1B368508" w:rsidR="00D04C7D" w:rsidRPr="00E85862" w:rsidRDefault="00D6184D">
      <w:pPr>
        <w:bidi/>
        <w:rPr>
          <w:rFonts w:ascii="☞DIODRUM ARABIC MEDIUM" w:hAnsi="☞DIODRUM ARABIC MEDIUM" w:cs="☞DIODRUM ARABIC MEDIUM"/>
          <w:sz w:val="20"/>
          <w:szCs w:val="20"/>
        </w:rPr>
      </w:pPr>
      <w:r w:rsidRPr="00E85862">
        <w:rPr>
          <w:rFonts w:ascii="☞DIODRUM ARABIC MEDIUM" w:hAnsi="☞DIODRUM ARABIC MEDIUM" w:cs="☞DIODRUM ARABIC MEDIUM" w:hint="cs"/>
          <w:sz w:val="20"/>
          <w:szCs w:val="20"/>
          <w:rtl/>
        </w:rPr>
        <w:t>كما</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ذُكر</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سابقاً،</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إحدى</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المبادرات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الرئيسية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التي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يجب</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تسليط</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الضوء</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عليها</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هي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برنامج</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الشمولية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الرقمية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ويهدف</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هذا</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البرنامج</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إلى</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تحقيق</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التميز</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الحكومي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في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مجال</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الشمولية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وسهولة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الوصول</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للخدمات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مما</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يعزز</w:t>
      </w:r>
      <w:r w:rsidRPr="00E85862">
        <w:rPr>
          <w:rFonts w:ascii="☞DIODRUM ARABIC MEDIUM" w:hAnsi="☞DIODRUM ARABIC MEDIUM" w:cs="☞DIODRUM ARABIC MEDIUM" w:hint="cs"/>
          <w:sz w:val="20"/>
          <w:szCs w:val="20"/>
        </w:rPr>
        <w:t xml:space="preserve"> </w:t>
      </w:r>
      <w:proofErr w:type="spellStart"/>
      <w:r w:rsidRPr="00E85862">
        <w:rPr>
          <w:rFonts w:ascii="☞DIODRUM ARABIC MEDIUM" w:hAnsi="☞DIODRUM ARABIC MEDIUM" w:cs="☞DIODRUM ARABIC MEDIUM" w:hint="cs"/>
          <w:sz w:val="20"/>
          <w:szCs w:val="20"/>
          <w:rtl/>
        </w:rPr>
        <w:t>إستقلالية</w:t>
      </w:r>
      <w:proofErr w:type="spellEnd"/>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المستفيد</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وذلك</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خلال</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توفير</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الأدوات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والممكّنات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اللازمة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لضمان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الإدماج</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الرقمي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والابتكار</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في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تقديم</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الخدمات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الحكومية</w:t>
      </w:r>
      <w:r w:rsidR="00642B53" w:rsidRPr="00E85862">
        <w:rPr>
          <w:rFonts w:ascii="☞DIODRUM ARABIC MEDIUM" w:hAnsi="☞DIODRUM ARABIC MEDIUM" w:cs="☞DIODRUM ARABIC MEDIUM" w:hint="cs"/>
          <w:sz w:val="20"/>
          <w:szCs w:val="20"/>
          <w:rtl/>
        </w:rPr>
        <w:t>.</w:t>
      </w:r>
    </w:p>
    <w:p w14:paraId="49F0514B" w14:textId="5B003D1B" w:rsidR="00D04C7D" w:rsidRPr="00E85862" w:rsidRDefault="00D6184D">
      <w:pPr>
        <w:bidi/>
        <w:rPr>
          <w:rFonts w:ascii="☞DIODRUM ARABIC MEDIUM" w:hAnsi="☞DIODRUM ARABIC MEDIUM" w:cs="☞DIODRUM ARABIC MEDIUM"/>
          <w:sz w:val="20"/>
          <w:szCs w:val="20"/>
        </w:rPr>
      </w:pPr>
      <w:r w:rsidRPr="00E85862">
        <w:rPr>
          <w:rFonts w:ascii="☞DIODRUM ARABIC MEDIUM" w:hAnsi="☞DIODRUM ARABIC MEDIUM" w:cs="☞DIODRUM ARABIC MEDIUM" w:hint="cs"/>
          <w:sz w:val="20"/>
          <w:szCs w:val="20"/>
          <w:rtl/>
        </w:rPr>
        <w:t>كما</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يقدم</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الدعم</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للجهات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الحكومية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تبني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مفهوم</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الشمولية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الرقمية،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وتفعيل</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مشاركة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الأشخاص</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ذوي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الإعاقة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وكبار</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السن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في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تصميم</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منتجات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مبتكرة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تواكب</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احتياجاتهم</w:t>
      </w:r>
      <w:r w:rsidR="00642B53" w:rsidRPr="00E85862">
        <w:rPr>
          <w:rFonts w:ascii="☞DIODRUM ARABIC MEDIUM" w:hAnsi="☞DIODRUM ARABIC MEDIUM" w:cs="☞DIODRUM ARABIC MEDIUM" w:hint="cs"/>
          <w:sz w:val="20"/>
          <w:szCs w:val="20"/>
          <w:rtl/>
        </w:rPr>
        <w:t>.</w:t>
      </w:r>
    </w:p>
    <w:p w14:paraId="236B7A0C" w14:textId="16126162" w:rsidR="00D04C7D" w:rsidRPr="00E85862" w:rsidRDefault="00D6184D">
      <w:pPr>
        <w:bidi/>
        <w:rPr>
          <w:rFonts w:ascii="☞DIODRUM ARABIC MEDIUM" w:hAnsi="☞DIODRUM ARABIC MEDIUM" w:cs="☞DIODRUM ARABIC MEDIUM"/>
          <w:sz w:val="20"/>
          <w:szCs w:val="20"/>
        </w:rPr>
      </w:pPr>
      <w:r w:rsidRPr="00E85862">
        <w:rPr>
          <w:rFonts w:ascii="☞DIODRUM ARABIC MEDIUM" w:hAnsi="☞DIODRUM ARABIC MEDIUM" w:cs="☞DIODRUM ARABIC MEDIUM" w:hint="cs"/>
          <w:sz w:val="20"/>
          <w:szCs w:val="20"/>
          <w:rtl/>
        </w:rPr>
        <w:t>يحدد</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هذا</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البرنامج</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مجموعة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الأهداف</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الرئيسية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لتحقيق</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رؤيته</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ومن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بينها</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ضمان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إمكانية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الوصول،</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والترويج</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للتقنيات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المساندة،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وسد</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الفجوة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الرقمية،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وتعزيز</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المعرفة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الرقمية،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وتعزيز</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التعاون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والشراكات،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والمراقبة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والتقييم</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وتشمل</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الأهداف</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الرئيسية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لبرنامج</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الشمولية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الرقمية</w:t>
      </w:r>
      <w:r w:rsidR="00642B53" w:rsidRPr="00E85862">
        <w:rPr>
          <w:rFonts w:ascii="☞DIODRUM ARABIC MEDIUM" w:hAnsi="☞DIODRUM ARABIC MEDIUM" w:cs="☞DIODRUM ARABIC MEDIUM" w:hint="cs"/>
          <w:sz w:val="20"/>
          <w:szCs w:val="20"/>
          <w:rtl/>
        </w:rPr>
        <w:t>.</w:t>
      </w:r>
    </w:p>
    <w:p w14:paraId="6D35E2FE" w14:textId="3E7B22BB" w:rsidR="00D04C7D" w:rsidRPr="00E85862" w:rsidRDefault="00D6184D" w:rsidP="009E228A">
      <w:pPr>
        <w:bidi/>
        <w:jc w:val="both"/>
        <w:rPr>
          <w:rFonts w:ascii="☞DIODRUM ARABIC SEMIBOLD" w:hAnsi="☞DIODRUM ARABIC SEMIBOLD" w:cs="☞DIODRUM ARABIC SEMIBOLD"/>
          <w:b/>
          <w:bCs/>
          <w:sz w:val="28"/>
          <w:szCs w:val="28"/>
          <w:rtl/>
        </w:rPr>
      </w:pPr>
      <w:r w:rsidRPr="00E85862">
        <w:rPr>
          <w:rFonts w:ascii="☞DIODRUM ARABIC SEMIBOLD" w:hAnsi="☞DIODRUM ARABIC SEMIBOLD" w:cs="☞DIODRUM ARABIC SEMIBOLD" w:hint="cs"/>
          <w:b/>
          <w:bCs/>
          <w:sz w:val="28"/>
          <w:szCs w:val="28"/>
          <w:rtl/>
        </w:rPr>
        <w:t>تشمل</w:t>
      </w:r>
      <w:r w:rsidRPr="00E85862">
        <w:rPr>
          <w:rFonts w:ascii="☞DIODRUM ARABIC SEMIBOLD" w:hAnsi="☞DIODRUM ARABIC SEMIBOLD" w:cs="☞DIODRUM ARABIC SEMIBOLD" w:hint="cs"/>
          <w:b/>
          <w:bCs/>
          <w:sz w:val="28"/>
          <w:szCs w:val="28"/>
        </w:rPr>
        <w:t xml:space="preserve"> </w:t>
      </w:r>
      <w:r w:rsidRPr="00E85862">
        <w:rPr>
          <w:rFonts w:ascii="☞DIODRUM ARABIC SEMIBOLD" w:hAnsi="☞DIODRUM ARABIC SEMIBOLD" w:cs="☞DIODRUM ARABIC SEMIBOLD" w:hint="cs"/>
          <w:b/>
          <w:bCs/>
          <w:sz w:val="28"/>
          <w:szCs w:val="28"/>
          <w:rtl/>
        </w:rPr>
        <w:t>الأهداف</w:t>
      </w:r>
      <w:r w:rsidRPr="00E85862">
        <w:rPr>
          <w:rFonts w:ascii="☞DIODRUM ARABIC SEMIBOLD" w:hAnsi="☞DIODRUM ARABIC SEMIBOLD" w:cs="☞DIODRUM ARABIC SEMIBOLD" w:hint="cs"/>
          <w:b/>
          <w:bCs/>
          <w:sz w:val="28"/>
          <w:szCs w:val="28"/>
        </w:rPr>
        <w:t xml:space="preserve"> </w:t>
      </w:r>
      <w:r w:rsidRPr="00E85862">
        <w:rPr>
          <w:rFonts w:ascii="☞DIODRUM ARABIC SEMIBOLD" w:hAnsi="☞DIODRUM ARABIC SEMIBOLD" w:cs="☞DIODRUM ARABIC SEMIBOLD" w:hint="cs"/>
          <w:b/>
          <w:bCs/>
          <w:sz w:val="28"/>
          <w:szCs w:val="28"/>
          <w:rtl/>
        </w:rPr>
        <w:t>الرئيسية</w:t>
      </w:r>
      <w:r w:rsidRPr="00E85862">
        <w:rPr>
          <w:rFonts w:ascii="☞DIODRUM ARABIC SEMIBOLD" w:hAnsi="☞DIODRUM ARABIC SEMIBOLD" w:cs="☞DIODRUM ARABIC SEMIBOLD" w:hint="cs"/>
          <w:b/>
          <w:bCs/>
          <w:sz w:val="28"/>
          <w:szCs w:val="28"/>
        </w:rPr>
        <w:t xml:space="preserve"> </w:t>
      </w:r>
      <w:r w:rsidRPr="00E85862">
        <w:rPr>
          <w:rFonts w:ascii="☞DIODRUM ARABIC SEMIBOLD" w:hAnsi="☞DIODRUM ARABIC SEMIBOLD" w:cs="☞DIODRUM ARABIC SEMIBOLD" w:hint="cs"/>
          <w:b/>
          <w:bCs/>
          <w:sz w:val="28"/>
          <w:szCs w:val="28"/>
          <w:rtl/>
        </w:rPr>
        <w:t>لبرنامج</w:t>
      </w:r>
      <w:r w:rsidRPr="00E85862">
        <w:rPr>
          <w:rFonts w:ascii="☞DIODRUM ARABIC SEMIBOLD" w:hAnsi="☞DIODRUM ARABIC SEMIBOLD" w:cs="☞DIODRUM ARABIC SEMIBOLD" w:hint="cs"/>
          <w:b/>
          <w:bCs/>
          <w:sz w:val="28"/>
          <w:szCs w:val="28"/>
        </w:rPr>
        <w:t xml:space="preserve"> </w:t>
      </w:r>
      <w:r w:rsidRPr="00E85862">
        <w:rPr>
          <w:rFonts w:ascii="☞DIODRUM ARABIC SEMIBOLD" w:hAnsi="☞DIODRUM ARABIC SEMIBOLD" w:cs="☞DIODRUM ARABIC SEMIBOLD" w:hint="cs"/>
          <w:b/>
          <w:bCs/>
          <w:sz w:val="28"/>
          <w:szCs w:val="28"/>
          <w:rtl/>
        </w:rPr>
        <w:t>الشمولية</w:t>
      </w:r>
      <w:r w:rsidRPr="00E85862">
        <w:rPr>
          <w:rFonts w:ascii="☞DIODRUM ARABIC SEMIBOLD" w:hAnsi="☞DIODRUM ARABIC SEMIBOLD" w:cs="☞DIODRUM ARABIC SEMIBOLD" w:hint="cs"/>
          <w:b/>
          <w:bCs/>
          <w:sz w:val="28"/>
          <w:szCs w:val="28"/>
        </w:rPr>
        <w:t xml:space="preserve"> </w:t>
      </w:r>
      <w:r w:rsidRPr="00E85862">
        <w:rPr>
          <w:rFonts w:ascii="☞DIODRUM ARABIC SEMIBOLD" w:hAnsi="☞DIODRUM ARABIC SEMIBOLD" w:cs="☞DIODRUM ARABIC SEMIBOLD" w:hint="cs"/>
          <w:b/>
          <w:bCs/>
          <w:sz w:val="28"/>
          <w:szCs w:val="28"/>
          <w:rtl/>
        </w:rPr>
        <w:t>الرقمية</w:t>
      </w:r>
      <w:r w:rsidR="002F4165" w:rsidRPr="00E85862">
        <w:rPr>
          <w:rFonts w:ascii="☞DIODRUM ARABIC SEMIBOLD" w:hAnsi="☞DIODRUM ARABIC SEMIBOLD" w:cs="☞DIODRUM ARABIC SEMIBOLD" w:hint="cs"/>
          <w:b/>
          <w:bCs/>
          <w:sz w:val="28"/>
          <w:szCs w:val="28"/>
          <w:rtl/>
        </w:rPr>
        <w:t>:</w:t>
      </w:r>
    </w:p>
    <w:p w14:paraId="4B079350" w14:textId="77777777" w:rsidR="002F4165" w:rsidRPr="00E85862" w:rsidRDefault="002F4165" w:rsidP="002F4165">
      <w:pPr>
        <w:bidi/>
        <w:jc w:val="both"/>
        <w:rPr>
          <w:rFonts w:ascii="☞DIODRUM ARABIC SEMIBOLD" w:hAnsi="☞DIODRUM ARABIC SEMIBOLD"/>
          <w:sz w:val="24"/>
          <w:szCs w:val="24"/>
          <w:rtl/>
        </w:rPr>
      </w:pPr>
    </w:p>
    <w:p w14:paraId="60FEBA6A" w14:textId="04B5B451" w:rsidR="002F4165" w:rsidRPr="00E85862" w:rsidRDefault="002F4165" w:rsidP="00E85862">
      <w:pPr>
        <w:pStyle w:val="ListParagraph"/>
        <w:numPr>
          <w:ilvl w:val="0"/>
          <w:numId w:val="12"/>
        </w:numPr>
        <w:bidi/>
        <w:jc w:val="both"/>
        <w:rPr>
          <w:rFonts w:ascii="☞DIODRUM ARABIC MEDIUM" w:hAnsi="☞DIODRUM ARABIC MEDIUM" w:cs="☞DIODRUM ARABIC MEDIUM"/>
          <w:sz w:val="24"/>
          <w:szCs w:val="24"/>
          <w:rtl/>
        </w:rPr>
      </w:pPr>
      <w:r w:rsidRPr="00E85862">
        <w:rPr>
          <w:rFonts w:ascii="☞DIODRUM ARABIC MEDIUM" w:hAnsi="☞DIODRUM ARABIC MEDIUM" w:cs="☞DIODRUM ARABIC MEDIUM" w:hint="cs"/>
          <w:sz w:val="24"/>
          <w:szCs w:val="24"/>
          <w:rtl/>
        </w:rPr>
        <w:t>رفع نسبة الاستقلالية في استخدام الخدمات الحكومية.</w:t>
      </w:r>
    </w:p>
    <w:p w14:paraId="4EAF4CE5" w14:textId="02209298" w:rsidR="002F4165" w:rsidRPr="00E85862" w:rsidRDefault="002F4165" w:rsidP="00E85862">
      <w:pPr>
        <w:pStyle w:val="ListParagraph"/>
        <w:numPr>
          <w:ilvl w:val="0"/>
          <w:numId w:val="12"/>
        </w:numPr>
        <w:bidi/>
        <w:jc w:val="both"/>
        <w:rPr>
          <w:rFonts w:ascii="☞DIODRUM ARABIC MEDIUM" w:hAnsi="☞DIODRUM ARABIC MEDIUM" w:cs="☞DIODRUM ARABIC MEDIUM"/>
          <w:sz w:val="24"/>
          <w:szCs w:val="24"/>
          <w:rtl/>
        </w:rPr>
      </w:pPr>
      <w:r w:rsidRPr="00E85862">
        <w:rPr>
          <w:rFonts w:ascii="☞DIODRUM ARABIC MEDIUM" w:hAnsi="☞DIODRUM ARABIC MEDIUM" w:cs="☞DIODRUM ARABIC MEDIUM" w:hint="cs"/>
          <w:sz w:val="24"/>
          <w:szCs w:val="24"/>
          <w:rtl/>
        </w:rPr>
        <w:t>الموا</w:t>
      </w:r>
      <w:r w:rsidR="00E34FB3">
        <w:rPr>
          <w:rFonts w:ascii="☞DIODRUM ARABIC MEDIUM" w:hAnsi="☞DIODRUM ARABIC MEDIUM" w:cs="☞DIODRUM ARABIC MEDIUM" w:hint="cs"/>
          <w:sz w:val="24"/>
          <w:szCs w:val="24"/>
          <w:rtl/>
        </w:rPr>
        <w:t>ء</w:t>
      </w:r>
      <w:r w:rsidRPr="00E85862">
        <w:rPr>
          <w:rFonts w:ascii="☞DIODRUM ARABIC MEDIUM" w:hAnsi="☞DIODRUM ARABIC MEDIUM" w:cs="☞DIODRUM ARABIC MEDIUM" w:hint="cs"/>
          <w:sz w:val="24"/>
          <w:szCs w:val="24"/>
          <w:rtl/>
        </w:rPr>
        <w:t>مة والامتثال لمعايير إمكانية الوصول.</w:t>
      </w:r>
    </w:p>
    <w:p w14:paraId="2429889A" w14:textId="2ACAD474" w:rsidR="002F4165" w:rsidRDefault="002F4165" w:rsidP="00E85862">
      <w:pPr>
        <w:pStyle w:val="ListParagraph"/>
        <w:numPr>
          <w:ilvl w:val="0"/>
          <w:numId w:val="12"/>
        </w:numPr>
        <w:bidi/>
        <w:jc w:val="both"/>
        <w:rPr>
          <w:rFonts w:ascii="☞DIODRUM ARABIC MEDIUM" w:hAnsi="☞DIODRUM ARABIC MEDIUM" w:cs="☞DIODRUM ARABIC MEDIUM"/>
          <w:sz w:val="24"/>
          <w:szCs w:val="24"/>
        </w:rPr>
      </w:pPr>
      <w:proofErr w:type="spellStart"/>
      <w:r w:rsidRPr="00E85862">
        <w:rPr>
          <w:rFonts w:ascii="☞DIODRUM ARABIC MEDIUM" w:hAnsi="☞DIODRUM ARABIC MEDIUM" w:cs="☞DIODRUM ARABIC MEDIUM" w:hint="cs"/>
          <w:sz w:val="24"/>
          <w:szCs w:val="24"/>
          <w:rtl/>
        </w:rPr>
        <w:t>أنسنة</w:t>
      </w:r>
      <w:proofErr w:type="spellEnd"/>
      <w:r w:rsidRPr="00E85862">
        <w:rPr>
          <w:rFonts w:ascii="☞DIODRUM ARABIC MEDIUM" w:hAnsi="☞DIODRUM ARABIC MEDIUM" w:cs="☞DIODRUM ARABIC MEDIUM" w:hint="cs"/>
          <w:sz w:val="24"/>
          <w:szCs w:val="24"/>
          <w:rtl/>
        </w:rPr>
        <w:t xml:space="preserve"> الخدمة.</w:t>
      </w:r>
    </w:p>
    <w:p w14:paraId="3CF107CF" w14:textId="77777777" w:rsidR="00E85862" w:rsidRDefault="00E85862" w:rsidP="00E85862">
      <w:pPr>
        <w:bidi/>
        <w:jc w:val="both"/>
        <w:rPr>
          <w:rFonts w:ascii="☞DIODRUM ARABIC MEDIUM" w:hAnsi="☞DIODRUM ARABIC MEDIUM" w:cs="☞DIODRUM ARABIC MEDIUM"/>
          <w:sz w:val="24"/>
          <w:szCs w:val="24"/>
          <w:rtl/>
        </w:rPr>
      </w:pPr>
    </w:p>
    <w:p w14:paraId="13FE0149" w14:textId="77777777" w:rsidR="00E85862" w:rsidRDefault="00E85862" w:rsidP="00E85862">
      <w:pPr>
        <w:bidi/>
        <w:jc w:val="both"/>
        <w:rPr>
          <w:rFonts w:ascii="☞DIODRUM ARABIC MEDIUM" w:hAnsi="☞DIODRUM ARABIC MEDIUM" w:cs="☞DIODRUM ARABIC MEDIUM"/>
          <w:sz w:val="24"/>
          <w:szCs w:val="24"/>
          <w:rtl/>
        </w:rPr>
      </w:pPr>
    </w:p>
    <w:p w14:paraId="6E54DABA" w14:textId="77777777" w:rsidR="00E85862" w:rsidRDefault="00E85862" w:rsidP="00E85862">
      <w:pPr>
        <w:bidi/>
        <w:jc w:val="both"/>
        <w:rPr>
          <w:rFonts w:ascii="☞DIODRUM ARABIC MEDIUM" w:hAnsi="☞DIODRUM ARABIC MEDIUM" w:cs="☞DIODRUM ARABIC MEDIUM"/>
          <w:sz w:val="24"/>
          <w:szCs w:val="24"/>
          <w:rtl/>
        </w:rPr>
      </w:pPr>
    </w:p>
    <w:p w14:paraId="2AC11975" w14:textId="77777777" w:rsidR="00E85862" w:rsidRDefault="00E85862" w:rsidP="00E85862">
      <w:pPr>
        <w:bidi/>
        <w:jc w:val="both"/>
        <w:rPr>
          <w:rFonts w:ascii="☞DIODRUM ARABIC MEDIUM" w:hAnsi="☞DIODRUM ARABIC MEDIUM" w:cs="☞DIODRUM ARABIC MEDIUM"/>
          <w:sz w:val="24"/>
          <w:szCs w:val="24"/>
          <w:rtl/>
        </w:rPr>
      </w:pPr>
    </w:p>
    <w:p w14:paraId="3ADBF507" w14:textId="77777777" w:rsidR="00E85862" w:rsidRPr="00E85862" w:rsidRDefault="00E85862" w:rsidP="00E85862">
      <w:pPr>
        <w:bidi/>
        <w:jc w:val="both"/>
        <w:rPr>
          <w:rFonts w:ascii="☞DIODRUM ARABIC MEDIUM" w:hAnsi="☞DIODRUM ARABIC MEDIUM" w:cs="☞DIODRUM ARABIC MEDIUM"/>
          <w:sz w:val="24"/>
          <w:szCs w:val="24"/>
          <w:rtl/>
        </w:rPr>
      </w:pPr>
    </w:p>
    <w:p w14:paraId="3639F344" w14:textId="77777777" w:rsidR="002F4165" w:rsidRDefault="002F4165" w:rsidP="002F4165">
      <w:pPr>
        <w:bidi/>
        <w:jc w:val="both"/>
      </w:pPr>
    </w:p>
    <w:p w14:paraId="475212CC" w14:textId="02DB219A" w:rsidR="00D04C7D" w:rsidRPr="00E85862" w:rsidRDefault="00D6184D">
      <w:pPr>
        <w:bidi/>
        <w:rPr>
          <w:rFonts w:ascii="☞DIODRUM ARABIC SEMIBOLD" w:hAnsi="☞DIODRUM ARABIC SEMIBOLD" w:cs="☞DIODRUM ARABIC SEMIBOLD"/>
          <w:b/>
          <w:bCs/>
          <w:sz w:val="24"/>
          <w:szCs w:val="24"/>
        </w:rPr>
      </w:pPr>
      <w:r w:rsidRPr="00E85862">
        <w:rPr>
          <w:rFonts w:ascii="☞DIODRUM ARABIC SEMIBOLD" w:hAnsi="☞DIODRUM ARABIC SEMIBOLD" w:cs="☞DIODRUM ARABIC SEMIBOLD" w:hint="cs"/>
          <w:b/>
          <w:bCs/>
          <w:sz w:val="24"/>
          <w:szCs w:val="24"/>
          <w:rtl/>
        </w:rPr>
        <w:t>تم</w:t>
      </w:r>
      <w:r w:rsidRPr="00E85862">
        <w:rPr>
          <w:rFonts w:ascii="☞DIODRUM ARABIC SEMIBOLD" w:hAnsi="☞DIODRUM ARABIC SEMIBOLD" w:cs="☞DIODRUM ARABIC SEMIBOLD" w:hint="cs"/>
          <w:b/>
          <w:bCs/>
          <w:sz w:val="24"/>
          <w:szCs w:val="24"/>
        </w:rPr>
        <w:t xml:space="preserve"> </w:t>
      </w:r>
      <w:r w:rsidRPr="00E85862">
        <w:rPr>
          <w:rFonts w:ascii="☞DIODRUM ARABIC SEMIBOLD" w:hAnsi="☞DIODRUM ARABIC SEMIBOLD" w:cs="☞DIODRUM ARABIC SEMIBOLD" w:hint="cs"/>
          <w:b/>
          <w:bCs/>
          <w:sz w:val="24"/>
          <w:szCs w:val="24"/>
          <w:rtl/>
        </w:rPr>
        <w:t>بناء</w:t>
      </w:r>
      <w:r w:rsidRPr="00E85862">
        <w:rPr>
          <w:rFonts w:ascii="☞DIODRUM ARABIC SEMIBOLD" w:hAnsi="☞DIODRUM ARABIC SEMIBOLD" w:cs="☞DIODRUM ARABIC SEMIBOLD" w:hint="cs"/>
          <w:b/>
          <w:bCs/>
          <w:sz w:val="24"/>
          <w:szCs w:val="24"/>
        </w:rPr>
        <w:t xml:space="preserve"> </w:t>
      </w:r>
      <w:r w:rsidRPr="00E85862">
        <w:rPr>
          <w:rFonts w:ascii="☞DIODRUM ARABIC SEMIBOLD" w:hAnsi="☞DIODRUM ARABIC SEMIBOLD" w:cs="☞DIODRUM ARABIC SEMIBOLD" w:hint="cs"/>
          <w:b/>
          <w:bCs/>
          <w:sz w:val="24"/>
          <w:szCs w:val="24"/>
          <w:rtl/>
        </w:rPr>
        <w:t>برنامج</w:t>
      </w:r>
      <w:r w:rsidRPr="00E85862">
        <w:rPr>
          <w:rFonts w:ascii="☞DIODRUM ARABIC SEMIBOLD" w:hAnsi="☞DIODRUM ARABIC SEMIBOLD" w:cs="☞DIODRUM ARABIC SEMIBOLD" w:hint="cs"/>
          <w:b/>
          <w:bCs/>
          <w:sz w:val="24"/>
          <w:szCs w:val="24"/>
        </w:rPr>
        <w:t xml:space="preserve"> </w:t>
      </w:r>
      <w:r w:rsidRPr="00E85862">
        <w:rPr>
          <w:rFonts w:ascii="☞DIODRUM ARABIC SEMIBOLD" w:hAnsi="☞DIODRUM ARABIC SEMIBOLD" w:cs="☞DIODRUM ARABIC SEMIBOLD" w:hint="cs"/>
          <w:b/>
          <w:bCs/>
          <w:sz w:val="24"/>
          <w:szCs w:val="24"/>
          <w:rtl/>
        </w:rPr>
        <w:t>الشمولية</w:t>
      </w:r>
      <w:r w:rsidRPr="00E85862">
        <w:rPr>
          <w:rFonts w:ascii="☞DIODRUM ARABIC SEMIBOLD" w:hAnsi="☞DIODRUM ARABIC SEMIBOLD" w:cs="☞DIODRUM ARABIC SEMIBOLD" w:hint="cs"/>
          <w:b/>
          <w:bCs/>
          <w:sz w:val="24"/>
          <w:szCs w:val="24"/>
        </w:rPr>
        <w:t xml:space="preserve"> </w:t>
      </w:r>
      <w:r w:rsidRPr="00E85862">
        <w:rPr>
          <w:rFonts w:ascii="☞DIODRUM ARABIC SEMIBOLD" w:hAnsi="☞DIODRUM ARABIC SEMIBOLD" w:cs="☞DIODRUM ARABIC SEMIBOLD" w:hint="cs"/>
          <w:b/>
          <w:bCs/>
          <w:sz w:val="24"/>
          <w:szCs w:val="24"/>
          <w:rtl/>
        </w:rPr>
        <w:t>الرقمية</w:t>
      </w:r>
      <w:r w:rsidRPr="00E85862">
        <w:rPr>
          <w:rFonts w:ascii="☞DIODRUM ARABIC SEMIBOLD" w:hAnsi="☞DIODRUM ARABIC SEMIBOLD" w:cs="☞DIODRUM ARABIC SEMIBOLD" w:hint="cs"/>
          <w:b/>
          <w:bCs/>
          <w:sz w:val="24"/>
          <w:szCs w:val="24"/>
        </w:rPr>
        <w:t xml:space="preserve"> </w:t>
      </w:r>
      <w:r w:rsidRPr="00E85862">
        <w:rPr>
          <w:rFonts w:ascii="☞DIODRUM ARABIC SEMIBOLD" w:hAnsi="☞DIODRUM ARABIC SEMIBOLD" w:cs="☞DIODRUM ARABIC SEMIBOLD" w:hint="cs"/>
          <w:b/>
          <w:bCs/>
          <w:sz w:val="24"/>
          <w:szCs w:val="24"/>
          <w:rtl/>
        </w:rPr>
        <w:t>على</w:t>
      </w:r>
      <w:r w:rsidRPr="00E85862">
        <w:rPr>
          <w:rFonts w:ascii="☞DIODRUM ARABIC SEMIBOLD" w:hAnsi="☞DIODRUM ARABIC SEMIBOLD" w:cs="☞DIODRUM ARABIC SEMIBOLD" w:hint="cs"/>
          <w:b/>
          <w:bCs/>
          <w:sz w:val="24"/>
          <w:szCs w:val="24"/>
        </w:rPr>
        <w:t xml:space="preserve"> </w:t>
      </w:r>
      <w:r w:rsidRPr="00E85862">
        <w:rPr>
          <w:rFonts w:ascii="☞DIODRUM ARABIC SEMIBOLD" w:hAnsi="☞DIODRUM ARABIC SEMIBOLD" w:cs="☞DIODRUM ARABIC SEMIBOLD" w:hint="cs"/>
          <w:b/>
          <w:bCs/>
          <w:sz w:val="24"/>
          <w:szCs w:val="24"/>
          <w:rtl/>
        </w:rPr>
        <w:t>ستة</w:t>
      </w:r>
      <w:r w:rsidRPr="00E85862">
        <w:rPr>
          <w:rFonts w:ascii="☞DIODRUM ARABIC SEMIBOLD" w:hAnsi="☞DIODRUM ARABIC SEMIBOLD" w:cs="☞DIODRUM ARABIC SEMIBOLD" w:hint="cs"/>
          <w:b/>
          <w:bCs/>
          <w:sz w:val="24"/>
          <w:szCs w:val="24"/>
        </w:rPr>
        <w:t xml:space="preserve"> </w:t>
      </w:r>
      <w:r w:rsidRPr="00E85862">
        <w:rPr>
          <w:rFonts w:ascii="☞DIODRUM ARABIC SEMIBOLD" w:hAnsi="☞DIODRUM ARABIC SEMIBOLD" w:cs="☞DIODRUM ARABIC SEMIBOLD" w:hint="cs"/>
          <w:b/>
          <w:bCs/>
          <w:sz w:val="24"/>
          <w:szCs w:val="24"/>
          <w:rtl/>
        </w:rPr>
        <w:t>ركائز</w:t>
      </w:r>
      <w:r w:rsidRPr="00E85862">
        <w:rPr>
          <w:rFonts w:ascii="☞DIODRUM ARABIC SEMIBOLD" w:hAnsi="☞DIODRUM ARABIC SEMIBOLD" w:cs="☞DIODRUM ARABIC SEMIBOLD" w:hint="cs"/>
          <w:b/>
          <w:bCs/>
          <w:sz w:val="24"/>
          <w:szCs w:val="24"/>
        </w:rPr>
        <w:t xml:space="preserve"> </w:t>
      </w:r>
      <w:r w:rsidRPr="00E85862">
        <w:rPr>
          <w:rFonts w:ascii="☞DIODRUM ARABIC SEMIBOLD" w:hAnsi="☞DIODRUM ARABIC SEMIBOLD" w:cs="☞DIODRUM ARABIC SEMIBOLD" w:hint="cs"/>
          <w:b/>
          <w:bCs/>
          <w:sz w:val="24"/>
          <w:szCs w:val="24"/>
          <w:rtl/>
        </w:rPr>
        <w:t>رئيسية</w:t>
      </w:r>
      <w:r w:rsidR="002F4165" w:rsidRPr="00E85862">
        <w:rPr>
          <w:rFonts w:ascii="☞DIODRUM ARABIC SEMIBOLD" w:hAnsi="☞DIODRUM ARABIC SEMIBOLD" w:cs="☞DIODRUM ARABIC SEMIBOLD" w:hint="cs"/>
          <w:b/>
          <w:bCs/>
          <w:sz w:val="24"/>
          <w:szCs w:val="24"/>
          <w:rtl/>
        </w:rPr>
        <w:t>:</w:t>
      </w:r>
    </w:p>
    <w:p w14:paraId="32A804EF" w14:textId="2B89FC21" w:rsidR="00D04C7D" w:rsidRPr="00E85862" w:rsidRDefault="00D6184D" w:rsidP="00E85862">
      <w:pPr>
        <w:pStyle w:val="ListParagraph"/>
        <w:numPr>
          <w:ilvl w:val="0"/>
          <w:numId w:val="12"/>
        </w:numPr>
        <w:bidi/>
        <w:rPr>
          <w:rFonts w:ascii="☞DIODRUM ARABIC MEDIUM" w:hAnsi="☞DIODRUM ARABIC MEDIUM" w:cs="☞DIODRUM ARABIC MEDIUM"/>
          <w:sz w:val="20"/>
          <w:szCs w:val="20"/>
        </w:rPr>
      </w:pPr>
      <w:r w:rsidRPr="00E85862">
        <w:rPr>
          <w:rFonts w:ascii="☞DIODRUM ARABIC MEDIUM" w:hAnsi="☞DIODRUM ARABIC MEDIUM" w:cs="☞DIODRUM ARABIC MEDIUM" w:hint="cs"/>
          <w:sz w:val="20"/>
          <w:szCs w:val="20"/>
          <w:rtl/>
        </w:rPr>
        <w:t>الحلول</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الرقمية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والمادية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تصميم</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وتطوير</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المنتجات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والخدمات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الرقمية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والمادية،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سواء</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التي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تستهدف</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الأشخاص</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ذوي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الإعاقة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وكبار</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السن،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أو</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تخدمهم</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بين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شرائح</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أخرى</w:t>
      </w:r>
      <w:r w:rsidR="002F4165" w:rsidRPr="00E85862">
        <w:rPr>
          <w:rFonts w:ascii="☞DIODRUM ARABIC MEDIUM" w:hAnsi="☞DIODRUM ARABIC MEDIUM" w:cs="☞DIODRUM ARABIC MEDIUM" w:hint="cs"/>
          <w:sz w:val="20"/>
          <w:szCs w:val="20"/>
          <w:rtl/>
        </w:rPr>
        <w:t>.</w:t>
      </w:r>
    </w:p>
    <w:p w14:paraId="72D22315" w14:textId="28F6F7B8" w:rsidR="00D04C7D" w:rsidRPr="00E85862" w:rsidRDefault="00D6184D" w:rsidP="00E85862">
      <w:pPr>
        <w:pStyle w:val="ListParagraph"/>
        <w:numPr>
          <w:ilvl w:val="0"/>
          <w:numId w:val="12"/>
        </w:numPr>
        <w:bidi/>
        <w:rPr>
          <w:rFonts w:ascii="☞DIODRUM ARABIC MEDIUM" w:hAnsi="☞DIODRUM ARABIC MEDIUM" w:cs="☞DIODRUM ARABIC MEDIUM"/>
          <w:sz w:val="20"/>
          <w:szCs w:val="20"/>
        </w:rPr>
      </w:pPr>
      <w:r w:rsidRPr="00E85862">
        <w:rPr>
          <w:rFonts w:ascii="☞DIODRUM ARABIC MEDIUM" w:hAnsi="☞DIODRUM ARABIC MEDIUM" w:cs="☞DIODRUM ARABIC MEDIUM" w:hint="cs"/>
          <w:sz w:val="20"/>
          <w:szCs w:val="20"/>
          <w:rtl/>
        </w:rPr>
        <w:t>الاستشارات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والتمكين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تقديم</w:t>
      </w:r>
      <w:r w:rsidRPr="00E85862">
        <w:rPr>
          <w:rFonts w:ascii="☞DIODRUM ARABIC MEDIUM" w:hAnsi="☞DIODRUM ARABIC MEDIUM" w:cs="☞DIODRUM ARABIC MEDIUM" w:hint="cs"/>
          <w:sz w:val="20"/>
          <w:szCs w:val="20"/>
        </w:rPr>
        <w:t xml:space="preserve"> </w:t>
      </w:r>
      <w:proofErr w:type="spellStart"/>
      <w:r w:rsidRPr="00E85862">
        <w:rPr>
          <w:rFonts w:ascii="☞DIODRUM ARABIC MEDIUM" w:hAnsi="☞DIODRUM ARABIC MEDIUM" w:cs="☞DIODRUM ARABIC MEDIUM" w:hint="cs"/>
          <w:sz w:val="20"/>
          <w:szCs w:val="20"/>
          <w:rtl/>
        </w:rPr>
        <w:t>إستشارات</w:t>
      </w:r>
      <w:proofErr w:type="spellEnd"/>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حول</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فعالية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استخدام</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الخدمات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الحكومية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المقدمة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للأشخاص</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ذوي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الإعاقة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وكبار</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السن</w:t>
      </w:r>
      <w:r w:rsidR="002F4165" w:rsidRPr="00E85862">
        <w:rPr>
          <w:rFonts w:ascii="☞DIODRUM ARABIC MEDIUM" w:hAnsi="☞DIODRUM ARABIC MEDIUM" w:cs="☞DIODRUM ARABIC MEDIUM" w:hint="cs"/>
          <w:sz w:val="20"/>
          <w:szCs w:val="20"/>
          <w:rtl/>
        </w:rPr>
        <w:t>.</w:t>
      </w:r>
    </w:p>
    <w:p w14:paraId="0298C9CE" w14:textId="3FEB383A" w:rsidR="00D04C7D" w:rsidRPr="00E85862" w:rsidRDefault="00D6184D" w:rsidP="00E85862">
      <w:pPr>
        <w:pStyle w:val="ListParagraph"/>
        <w:numPr>
          <w:ilvl w:val="0"/>
          <w:numId w:val="12"/>
        </w:numPr>
        <w:bidi/>
        <w:rPr>
          <w:rFonts w:ascii="☞DIODRUM ARABIC MEDIUM" w:hAnsi="☞DIODRUM ARABIC MEDIUM" w:cs="☞DIODRUM ARABIC MEDIUM"/>
          <w:sz w:val="20"/>
          <w:szCs w:val="20"/>
        </w:rPr>
      </w:pPr>
      <w:r w:rsidRPr="00E85862">
        <w:rPr>
          <w:rFonts w:ascii="☞DIODRUM ARABIC MEDIUM" w:hAnsi="☞DIODRUM ARABIC MEDIUM" w:cs="☞DIODRUM ARABIC MEDIUM" w:hint="cs"/>
          <w:sz w:val="20"/>
          <w:szCs w:val="20"/>
          <w:rtl/>
        </w:rPr>
        <w:t>التدريب</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وورش</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العمل</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تدريب</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ونشر</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الوعي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لدى</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الموظفين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والجهات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الحكومية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بأهمية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إشراك</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الأشخاص</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ذوي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الإعاقة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وكبار</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السن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في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مختلف</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مراحل</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تطوير</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الخدمات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الرقمية</w:t>
      </w:r>
      <w:r w:rsidR="002F4165" w:rsidRPr="00E85862">
        <w:rPr>
          <w:rFonts w:ascii="☞DIODRUM ARABIC MEDIUM" w:hAnsi="☞DIODRUM ARABIC MEDIUM" w:cs="☞DIODRUM ARABIC MEDIUM" w:hint="cs"/>
          <w:sz w:val="20"/>
          <w:szCs w:val="20"/>
          <w:rtl/>
        </w:rPr>
        <w:t>.</w:t>
      </w:r>
    </w:p>
    <w:p w14:paraId="3A8289FA" w14:textId="45AD345E" w:rsidR="00D04C7D" w:rsidRPr="00E85862" w:rsidRDefault="00D6184D" w:rsidP="00E85862">
      <w:pPr>
        <w:pStyle w:val="ListParagraph"/>
        <w:numPr>
          <w:ilvl w:val="0"/>
          <w:numId w:val="12"/>
        </w:numPr>
        <w:bidi/>
        <w:rPr>
          <w:rFonts w:ascii="☞DIODRUM ARABIC MEDIUM" w:hAnsi="☞DIODRUM ARABIC MEDIUM" w:cs="☞DIODRUM ARABIC MEDIUM"/>
          <w:sz w:val="20"/>
          <w:szCs w:val="20"/>
        </w:rPr>
      </w:pPr>
      <w:r w:rsidRPr="00E85862">
        <w:rPr>
          <w:rFonts w:ascii="☞DIODRUM ARABIC MEDIUM" w:hAnsi="☞DIODRUM ARABIC MEDIUM" w:cs="☞DIODRUM ARABIC MEDIUM" w:hint="cs"/>
          <w:sz w:val="20"/>
          <w:szCs w:val="20"/>
          <w:rtl/>
        </w:rPr>
        <w:t>التشريعات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والامتثال</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مراجعة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وقياس</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مدى</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التزام</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الجهات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الحكومية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بمعايير</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الوصول</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الرقمي</w:t>
      </w:r>
      <w:r w:rsidR="002F4165" w:rsidRPr="00E85862">
        <w:rPr>
          <w:rFonts w:ascii="☞DIODRUM ARABIC MEDIUM" w:hAnsi="☞DIODRUM ARABIC MEDIUM" w:cs="☞DIODRUM ARABIC MEDIUM" w:hint="cs"/>
          <w:sz w:val="20"/>
          <w:szCs w:val="20"/>
          <w:rtl/>
        </w:rPr>
        <w:t>.</w:t>
      </w:r>
    </w:p>
    <w:p w14:paraId="3CF400C2" w14:textId="5168E66E" w:rsidR="00D04C7D" w:rsidRPr="00E85862" w:rsidRDefault="00D6184D" w:rsidP="00E85862">
      <w:pPr>
        <w:pStyle w:val="ListParagraph"/>
        <w:numPr>
          <w:ilvl w:val="0"/>
          <w:numId w:val="12"/>
        </w:numPr>
        <w:bidi/>
        <w:rPr>
          <w:rFonts w:ascii="☞DIODRUM ARABIC MEDIUM" w:hAnsi="☞DIODRUM ARABIC MEDIUM" w:cs="☞DIODRUM ARABIC MEDIUM"/>
          <w:sz w:val="20"/>
          <w:szCs w:val="20"/>
        </w:rPr>
      </w:pPr>
      <w:r w:rsidRPr="00E85862">
        <w:rPr>
          <w:rFonts w:ascii="☞DIODRUM ARABIC MEDIUM" w:hAnsi="☞DIODRUM ARABIC MEDIUM" w:cs="☞DIODRUM ARABIC MEDIUM" w:hint="cs"/>
          <w:sz w:val="20"/>
          <w:szCs w:val="20"/>
          <w:rtl/>
        </w:rPr>
        <w:t>المشاركة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المجتمعية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التأكد</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إشراك</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الأشخاص</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ذوي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الإعاقة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وكبار</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السن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أثناء</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تصميم</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السياسات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والمنتجات،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وأخذ</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مرئياتهم</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وملاحظاتهم</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بعين</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الاعتبار</w:t>
      </w:r>
      <w:r w:rsidR="002F4165" w:rsidRPr="00E85862">
        <w:rPr>
          <w:rFonts w:ascii="☞DIODRUM ARABIC MEDIUM" w:hAnsi="☞DIODRUM ARABIC MEDIUM" w:cs="☞DIODRUM ARABIC MEDIUM" w:hint="cs"/>
          <w:sz w:val="20"/>
          <w:szCs w:val="20"/>
          <w:rtl/>
        </w:rPr>
        <w:t>.</w:t>
      </w:r>
    </w:p>
    <w:p w14:paraId="77CDE126" w14:textId="694B85E3" w:rsidR="00D04C7D" w:rsidRPr="00E85862" w:rsidRDefault="00D6184D" w:rsidP="00E85862">
      <w:pPr>
        <w:pStyle w:val="ListParagraph"/>
        <w:numPr>
          <w:ilvl w:val="0"/>
          <w:numId w:val="12"/>
        </w:numPr>
        <w:bidi/>
        <w:rPr>
          <w:rFonts w:ascii="☞DIODRUM ARABIC MEDIUM" w:hAnsi="☞DIODRUM ARABIC MEDIUM" w:cs="☞DIODRUM ARABIC MEDIUM"/>
          <w:sz w:val="20"/>
          <w:szCs w:val="20"/>
        </w:rPr>
      </w:pPr>
      <w:r w:rsidRPr="00E85862">
        <w:rPr>
          <w:rFonts w:ascii="☞DIODRUM ARABIC MEDIUM" w:hAnsi="☞DIODRUM ARABIC MEDIUM" w:cs="☞DIODRUM ARABIC MEDIUM" w:hint="cs"/>
          <w:sz w:val="20"/>
          <w:szCs w:val="20"/>
          <w:rtl/>
        </w:rPr>
        <w:t>التحفيز</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والجوائز</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تحفيز</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الجهات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الحكومية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على</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تقديم</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المبادرات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والخدمات</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الممكّنة</w:t>
      </w:r>
      <w:r w:rsidRPr="00E85862">
        <w:rPr>
          <w:rFonts w:ascii="☞DIODRUM ARABIC MEDIUM" w:hAnsi="☞DIODRUM ARABIC MEDIUM" w:cs="☞DIODRUM ARABIC MEDIUM" w:hint="cs"/>
          <w:sz w:val="20"/>
          <w:szCs w:val="20"/>
        </w:rPr>
        <w:t xml:space="preserve"> </w:t>
      </w:r>
      <w:proofErr w:type="spellStart"/>
      <w:r w:rsidRPr="00E85862">
        <w:rPr>
          <w:rFonts w:ascii="☞DIODRUM ARABIC MEDIUM" w:hAnsi="☞DIODRUM ARABIC MEDIUM" w:cs="☞DIODRUM ARABIC MEDIUM" w:hint="cs"/>
          <w:sz w:val="20"/>
          <w:szCs w:val="20"/>
          <w:rtl/>
        </w:rPr>
        <w:t>لالأشخاص</w:t>
      </w:r>
      <w:proofErr w:type="spellEnd"/>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ذوي</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الإعاقة</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وكبار</w:t>
      </w:r>
      <w:r w:rsidRPr="00E85862">
        <w:rPr>
          <w:rFonts w:ascii="☞DIODRUM ARABIC MEDIUM" w:hAnsi="☞DIODRUM ARABIC MEDIUM" w:cs="☞DIODRUM ARABIC MEDIUM" w:hint="cs"/>
          <w:sz w:val="20"/>
          <w:szCs w:val="20"/>
        </w:rPr>
        <w:t xml:space="preserve"> </w:t>
      </w:r>
      <w:r w:rsidRPr="00E85862">
        <w:rPr>
          <w:rFonts w:ascii="☞DIODRUM ARABIC MEDIUM" w:hAnsi="☞DIODRUM ARABIC MEDIUM" w:cs="☞DIODRUM ARABIC MEDIUM" w:hint="cs"/>
          <w:sz w:val="20"/>
          <w:szCs w:val="20"/>
          <w:rtl/>
        </w:rPr>
        <w:t>السن</w:t>
      </w:r>
      <w:r w:rsidR="002F4165" w:rsidRPr="00E85862">
        <w:rPr>
          <w:rFonts w:ascii="☞DIODRUM ARABIC MEDIUM" w:hAnsi="☞DIODRUM ARABIC MEDIUM" w:cs="☞DIODRUM ARABIC MEDIUM" w:hint="cs"/>
          <w:sz w:val="20"/>
          <w:szCs w:val="20"/>
          <w:rtl/>
        </w:rPr>
        <w:t>.</w:t>
      </w:r>
    </w:p>
    <w:p w14:paraId="3043645E" w14:textId="77777777" w:rsidR="00D04C7D" w:rsidRDefault="00D6184D">
      <w:r>
        <w:br w:type="page"/>
      </w:r>
    </w:p>
    <w:p w14:paraId="246E43D7" w14:textId="1F18A18F" w:rsidR="00D04C7D" w:rsidRDefault="00D6184D" w:rsidP="00E85862">
      <w:pPr>
        <w:bidi/>
        <w:rPr>
          <w:rtl/>
        </w:rPr>
      </w:pPr>
      <w:r>
        <w:rPr>
          <w:rFonts w:ascii="DiodrumArabic-Medium" w:hAnsi="DiodrumArabic-Medium" w:cs="DiodrumArabic-Medium"/>
          <w:sz w:val="21"/>
          <w:szCs w:val="21"/>
          <w:rtl/>
        </w:rPr>
        <w:lastRenderedPageBreak/>
        <w:t>أطلقت</w:t>
      </w:r>
      <w:r>
        <w:rPr>
          <w:rFonts w:ascii="DiodrumArabic-Medium" w:hAnsi="DiodrumArabic-Medium"/>
          <w:sz w:val="21"/>
        </w:rPr>
        <w:t xml:space="preserve"> </w:t>
      </w:r>
      <w:r>
        <w:rPr>
          <w:rFonts w:ascii="DiodrumArabic-Medium" w:hAnsi="DiodrumArabic-Medium" w:cs="DiodrumArabic-Medium"/>
          <w:sz w:val="21"/>
          <w:szCs w:val="21"/>
          <w:rtl/>
        </w:rPr>
        <w:t>هيئة</w:t>
      </w:r>
      <w:r>
        <w:rPr>
          <w:rFonts w:ascii="DiodrumArabic-Medium" w:hAnsi="DiodrumArabic-Medium"/>
          <w:sz w:val="21"/>
        </w:rPr>
        <w:t xml:space="preserve"> </w:t>
      </w:r>
      <w:r>
        <w:rPr>
          <w:rFonts w:ascii="DiodrumArabic-Medium" w:hAnsi="DiodrumArabic-Medium" w:cs="DiodrumArabic-Medium"/>
          <w:sz w:val="21"/>
          <w:szCs w:val="21"/>
          <w:rtl/>
        </w:rPr>
        <w:t>الحكومة</w:t>
      </w:r>
      <w:r>
        <w:rPr>
          <w:rFonts w:ascii="DiodrumArabic-Medium" w:hAnsi="DiodrumArabic-Medium"/>
          <w:sz w:val="21"/>
        </w:rPr>
        <w:t xml:space="preserve"> </w:t>
      </w:r>
      <w:r>
        <w:rPr>
          <w:rFonts w:ascii="DiodrumArabic-Medium" w:hAnsi="DiodrumArabic-Medium" w:cs="DiodrumArabic-Medium"/>
          <w:sz w:val="21"/>
          <w:szCs w:val="21"/>
          <w:rtl/>
        </w:rPr>
        <w:t>الرقمية</w:t>
      </w:r>
      <w:r>
        <w:rPr>
          <w:rFonts w:ascii="DiodrumArabic-Medium" w:hAnsi="DiodrumArabic-Medium"/>
          <w:sz w:val="21"/>
        </w:rPr>
        <w:t xml:space="preserve"> </w:t>
      </w:r>
      <w:r>
        <w:rPr>
          <w:rFonts w:ascii="DiodrumArabic-Medium" w:hAnsi="DiodrumArabic-Medium" w:cs="DiodrumArabic-Medium"/>
          <w:sz w:val="21"/>
          <w:szCs w:val="21"/>
          <w:rtl/>
        </w:rPr>
        <w:t>برنامج</w:t>
      </w:r>
      <w:r>
        <w:rPr>
          <w:rFonts w:ascii="DiodrumArabic-Medium" w:hAnsi="DiodrumArabic-Medium"/>
          <w:sz w:val="21"/>
        </w:rPr>
        <w:t xml:space="preserve"> </w:t>
      </w:r>
      <w:r>
        <w:rPr>
          <w:rFonts w:ascii="DiodrumArabic-Medium" w:hAnsi="DiodrumArabic-Medium" w:cs="DiodrumArabic-Medium"/>
          <w:sz w:val="21"/>
          <w:szCs w:val="21"/>
          <w:rtl/>
        </w:rPr>
        <w:t>الشمولية</w:t>
      </w:r>
      <w:r>
        <w:rPr>
          <w:rFonts w:ascii="DiodrumArabic-Medium" w:hAnsi="DiodrumArabic-Medium"/>
          <w:sz w:val="21"/>
        </w:rPr>
        <w:t xml:space="preserve"> </w:t>
      </w:r>
      <w:r>
        <w:rPr>
          <w:rFonts w:ascii="DiodrumArabic-Medium" w:hAnsi="DiodrumArabic-Medium" w:cs="DiodrumArabic-Medium"/>
          <w:sz w:val="21"/>
          <w:szCs w:val="21"/>
          <w:rtl/>
        </w:rPr>
        <w:t>الرقمية</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22 </w:t>
      </w:r>
      <w:r>
        <w:rPr>
          <w:rFonts w:ascii="DiodrumArabic-Medium" w:hAnsi="DiodrumArabic-Medium" w:cs="DiodrumArabic-Medium"/>
          <w:sz w:val="21"/>
          <w:szCs w:val="21"/>
          <w:rtl/>
        </w:rPr>
        <w:t>نوفمبر</w:t>
      </w:r>
      <w:r>
        <w:rPr>
          <w:rFonts w:ascii="DiodrumArabic-Medium" w:hAnsi="DiodrumArabic-Medium"/>
          <w:sz w:val="21"/>
        </w:rPr>
        <w:t xml:space="preserve"> 2023</w:t>
      </w:r>
      <w:r>
        <w:rPr>
          <w:rFonts w:ascii="DiodrumArabic-Medium" w:hAnsi="DiodrumArabic-Medium" w:cs="DiodrumArabic-Medium"/>
          <w:sz w:val="21"/>
          <w:szCs w:val="21"/>
          <w:rtl/>
        </w:rPr>
        <w:t>،</w:t>
      </w:r>
      <w:r>
        <w:rPr>
          <w:rFonts w:ascii="DiodrumArabic-Medium" w:hAnsi="DiodrumArabic-Medium"/>
          <w:sz w:val="21"/>
        </w:rPr>
        <w:t xml:space="preserve"> </w:t>
      </w:r>
      <w:r>
        <w:rPr>
          <w:rFonts w:ascii="DiodrumArabic-Medium" w:hAnsi="DiodrumArabic-Medium" w:cs="DiodrumArabic-Medium"/>
          <w:sz w:val="21"/>
          <w:szCs w:val="21"/>
          <w:rtl/>
        </w:rPr>
        <w:t>بالتعاون</w:t>
      </w:r>
      <w:r>
        <w:rPr>
          <w:rFonts w:ascii="DiodrumArabic-Medium" w:hAnsi="DiodrumArabic-Medium"/>
          <w:sz w:val="21"/>
        </w:rPr>
        <w:t xml:space="preserve"> </w:t>
      </w:r>
      <w:r>
        <w:rPr>
          <w:rFonts w:ascii="DiodrumArabic-Medium" w:hAnsi="DiodrumArabic-Medium" w:cs="DiodrumArabic-Medium"/>
          <w:sz w:val="21"/>
          <w:szCs w:val="21"/>
          <w:rtl/>
        </w:rPr>
        <w:t>مع</w:t>
      </w:r>
      <w:r>
        <w:rPr>
          <w:rFonts w:ascii="DiodrumArabic-Medium" w:hAnsi="DiodrumArabic-Medium"/>
          <w:sz w:val="21"/>
        </w:rPr>
        <w:t xml:space="preserve"> </w:t>
      </w:r>
      <w:r>
        <w:rPr>
          <w:rFonts w:ascii="DiodrumArabic-Medium" w:hAnsi="DiodrumArabic-Medium" w:cs="DiodrumArabic-Medium"/>
          <w:sz w:val="21"/>
          <w:szCs w:val="21"/>
          <w:rtl/>
        </w:rPr>
        <w:t>وزارة</w:t>
      </w:r>
      <w:r>
        <w:rPr>
          <w:rFonts w:ascii="DiodrumArabic-Medium" w:hAnsi="DiodrumArabic-Medium"/>
          <w:sz w:val="21"/>
        </w:rPr>
        <w:t xml:space="preserve"> </w:t>
      </w:r>
      <w:r>
        <w:rPr>
          <w:rFonts w:ascii="DiodrumArabic-Medium" w:hAnsi="DiodrumArabic-Medium" w:cs="DiodrumArabic-Medium"/>
          <w:sz w:val="21"/>
          <w:szCs w:val="21"/>
          <w:rtl/>
        </w:rPr>
        <w:t>الموارد</w:t>
      </w:r>
      <w:r>
        <w:rPr>
          <w:rFonts w:ascii="DiodrumArabic-Medium" w:hAnsi="DiodrumArabic-Medium"/>
          <w:sz w:val="21"/>
        </w:rPr>
        <w:t xml:space="preserve"> </w:t>
      </w:r>
      <w:r>
        <w:rPr>
          <w:rFonts w:ascii="DiodrumArabic-Medium" w:hAnsi="DiodrumArabic-Medium" w:cs="DiodrumArabic-Medium"/>
          <w:sz w:val="21"/>
          <w:szCs w:val="21"/>
          <w:rtl/>
        </w:rPr>
        <w:t>البشرية</w:t>
      </w:r>
      <w:r>
        <w:rPr>
          <w:rFonts w:ascii="DiodrumArabic-Medium" w:hAnsi="DiodrumArabic-Medium"/>
          <w:sz w:val="21"/>
        </w:rPr>
        <w:t xml:space="preserve"> </w:t>
      </w:r>
      <w:r>
        <w:rPr>
          <w:rFonts w:ascii="DiodrumArabic-Medium" w:hAnsi="DiodrumArabic-Medium" w:cs="DiodrumArabic-Medium"/>
          <w:sz w:val="21"/>
          <w:szCs w:val="21"/>
          <w:rtl/>
        </w:rPr>
        <w:t>والتنمية</w:t>
      </w:r>
      <w:r>
        <w:rPr>
          <w:rFonts w:ascii="DiodrumArabic-Medium" w:hAnsi="DiodrumArabic-Medium"/>
          <w:sz w:val="21"/>
        </w:rPr>
        <w:t xml:space="preserve"> </w:t>
      </w:r>
      <w:r>
        <w:rPr>
          <w:rFonts w:ascii="DiodrumArabic-Medium" w:hAnsi="DiodrumArabic-Medium" w:cs="DiodrumArabic-Medium"/>
          <w:sz w:val="21"/>
          <w:szCs w:val="21"/>
          <w:rtl/>
        </w:rPr>
        <w:t>الاجتماعية</w:t>
      </w:r>
      <w:r>
        <w:rPr>
          <w:rFonts w:ascii="DiodrumArabic-Medium" w:hAnsi="DiodrumArabic-Medium"/>
          <w:sz w:val="21"/>
        </w:rPr>
        <w:t xml:space="preserve"> </w:t>
      </w:r>
      <w:r>
        <w:rPr>
          <w:rFonts w:ascii="DiodrumArabic-Medium" w:hAnsi="DiodrumArabic-Medium" w:cs="DiodrumArabic-Medium"/>
          <w:sz w:val="21"/>
          <w:szCs w:val="21"/>
          <w:rtl/>
        </w:rPr>
        <w:t>وهيئة</w:t>
      </w:r>
      <w:r>
        <w:rPr>
          <w:rFonts w:ascii="DiodrumArabic-Medium" w:hAnsi="DiodrumArabic-Medium"/>
          <w:sz w:val="21"/>
        </w:rPr>
        <w:t xml:space="preserve"> </w:t>
      </w:r>
      <w:r>
        <w:rPr>
          <w:rFonts w:ascii="DiodrumArabic-Medium" w:hAnsi="DiodrumArabic-Medium" w:cs="DiodrumArabic-Medium"/>
          <w:sz w:val="21"/>
          <w:szCs w:val="21"/>
          <w:rtl/>
        </w:rPr>
        <w:t>رعاية</w:t>
      </w:r>
      <w:r>
        <w:rPr>
          <w:rFonts w:ascii="DiodrumArabic-Medium" w:hAnsi="DiodrumArabic-Medium"/>
          <w:sz w:val="21"/>
        </w:rPr>
        <w:t xml:space="preserve"> </w:t>
      </w:r>
      <w:r>
        <w:rPr>
          <w:rFonts w:ascii="DiodrumArabic-Medium" w:hAnsi="DiodrumArabic-Medium" w:cs="DiodrumArabic-Medium"/>
          <w:sz w:val="21"/>
          <w:szCs w:val="21"/>
          <w:rtl/>
        </w:rPr>
        <w:t>الأشخاص</w:t>
      </w:r>
      <w:r>
        <w:rPr>
          <w:rFonts w:ascii="DiodrumArabic-Medium" w:hAnsi="DiodrumArabic-Medium"/>
          <w:sz w:val="21"/>
        </w:rPr>
        <w:t xml:space="preserve"> </w:t>
      </w:r>
      <w:r>
        <w:rPr>
          <w:rFonts w:ascii="DiodrumArabic-Medium" w:hAnsi="DiodrumArabic-Medium" w:cs="DiodrumArabic-Medium"/>
          <w:sz w:val="21"/>
          <w:szCs w:val="21"/>
          <w:rtl/>
        </w:rPr>
        <w:t>ذوي</w:t>
      </w:r>
      <w:r>
        <w:rPr>
          <w:rFonts w:ascii="DiodrumArabic-Medium" w:hAnsi="DiodrumArabic-Medium"/>
          <w:sz w:val="21"/>
        </w:rPr>
        <w:t xml:space="preserve"> </w:t>
      </w:r>
      <w:r>
        <w:rPr>
          <w:rFonts w:ascii="DiodrumArabic-Medium" w:hAnsi="DiodrumArabic-Medium" w:cs="DiodrumArabic-Medium"/>
          <w:sz w:val="21"/>
          <w:szCs w:val="21"/>
          <w:rtl/>
        </w:rPr>
        <w:t>الإعاقة</w:t>
      </w:r>
      <w:r>
        <w:rPr>
          <w:rFonts w:ascii="DiodrumArabic-Medium" w:hAnsi="DiodrumArabic-Medium"/>
          <w:sz w:val="21"/>
        </w:rPr>
        <w:t xml:space="preserve"> </w:t>
      </w:r>
      <w:r>
        <w:rPr>
          <w:rFonts w:ascii="DiodrumArabic-Medium" w:hAnsi="DiodrumArabic-Medium" w:cs="DiodrumArabic-Medium"/>
          <w:sz w:val="21"/>
          <w:szCs w:val="21"/>
          <w:rtl/>
        </w:rPr>
        <w:t>لتعزيز</w:t>
      </w:r>
      <w:r>
        <w:rPr>
          <w:rFonts w:ascii="DiodrumArabic-Medium" w:hAnsi="DiodrumArabic-Medium"/>
          <w:sz w:val="21"/>
        </w:rPr>
        <w:t xml:space="preserve"> </w:t>
      </w:r>
      <w:r>
        <w:rPr>
          <w:rFonts w:ascii="DiodrumArabic-Medium" w:hAnsi="DiodrumArabic-Medium" w:cs="DiodrumArabic-Medium"/>
          <w:sz w:val="21"/>
          <w:szCs w:val="21"/>
          <w:rtl/>
        </w:rPr>
        <w:t>إمكانية</w:t>
      </w:r>
      <w:r>
        <w:rPr>
          <w:rFonts w:ascii="DiodrumArabic-Medium" w:hAnsi="DiodrumArabic-Medium"/>
          <w:sz w:val="21"/>
        </w:rPr>
        <w:t xml:space="preserve"> </w:t>
      </w:r>
      <w:r>
        <w:rPr>
          <w:rFonts w:ascii="DiodrumArabic-Medium" w:hAnsi="DiodrumArabic-Medium" w:cs="DiodrumArabic-Medium"/>
          <w:sz w:val="21"/>
          <w:szCs w:val="21"/>
          <w:rtl/>
        </w:rPr>
        <w:t>وصول</w:t>
      </w:r>
      <w:r>
        <w:rPr>
          <w:rFonts w:ascii="DiodrumArabic-Medium" w:hAnsi="DiodrumArabic-Medium"/>
          <w:sz w:val="21"/>
        </w:rPr>
        <w:t xml:space="preserve"> </w:t>
      </w:r>
      <w:r>
        <w:rPr>
          <w:rFonts w:ascii="DiodrumArabic-Medium" w:hAnsi="DiodrumArabic-Medium" w:cs="DiodrumArabic-Medium"/>
          <w:sz w:val="21"/>
          <w:szCs w:val="21"/>
          <w:rtl/>
        </w:rPr>
        <w:t>جميع</w:t>
      </w:r>
      <w:r>
        <w:rPr>
          <w:rFonts w:ascii="DiodrumArabic-Medium" w:hAnsi="DiodrumArabic-Medium"/>
          <w:sz w:val="21"/>
        </w:rPr>
        <w:t xml:space="preserve"> </w:t>
      </w:r>
      <w:r>
        <w:rPr>
          <w:rFonts w:ascii="DiodrumArabic-Medium" w:hAnsi="DiodrumArabic-Medium" w:cs="DiodrumArabic-Medium"/>
          <w:sz w:val="21"/>
          <w:szCs w:val="21"/>
          <w:rtl/>
        </w:rPr>
        <w:t>المواطنين</w:t>
      </w:r>
      <w:r>
        <w:rPr>
          <w:rFonts w:ascii="DiodrumArabic-Medium" w:hAnsi="DiodrumArabic-Medium"/>
          <w:sz w:val="21"/>
        </w:rPr>
        <w:t xml:space="preserve"> </w:t>
      </w:r>
      <w:r>
        <w:rPr>
          <w:rFonts w:ascii="DiodrumArabic-Medium" w:hAnsi="DiodrumArabic-Medium" w:cs="DiodrumArabic-Medium"/>
          <w:sz w:val="21"/>
          <w:szCs w:val="21"/>
          <w:rtl/>
        </w:rPr>
        <w:t>لخدمات</w:t>
      </w:r>
      <w:r>
        <w:rPr>
          <w:rFonts w:ascii="DiodrumArabic-Medium" w:hAnsi="DiodrumArabic-Medium"/>
          <w:sz w:val="21"/>
        </w:rPr>
        <w:t xml:space="preserve"> </w:t>
      </w:r>
      <w:r>
        <w:rPr>
          <w:rFonts w:ascii="DiodrumArabic-Medium" w:hAnsi="DiodrumArabic-Medium" w:cs="DiodrumArabic-Medium"/>
          <w:sz w:val="21"/>
          <w:szCs w:val="21"/>
          <w:rtl/>
        </w:rPr>
        <w:t>الحكومة</w:t>
      </w:r>
      <w:r>
        <w:rPr>
          <w:rFonts w:ascii="DiodrumArabic-Medium" w:hAnsi="DiodrumArabic-Medium"/>
          <w:sz w:val="21"/>
        </w:rPr>
        <w:t xml:space="preserve"> </w:t>
      </w:r>
      <w:r>
        <w:rPr>
          <w:rFonts w:ascii="DiodrumArabic-Medium" w:hAnsi="DiodrumArabic-Medium" w:cs="DiodrumArabic-Medium"/>
          <w:sz w:val="21"/>
          <w:szCs w:val="21"/>
          <w:rtl/>
        </w:rPr>
        <w:t>الرقمية،</w:t>
      </w:r>
      <w:r>
        <w:rPr>
          <w:rFonts w:ascii="DiodrumArabic-Medium" w:hAnsi="DiodrumArabic-Medium"/>
          <w:sz w:val="21"/>
        </w:rPr>
        <w:t xml:space="preserve"> </w:t>
      </w:r>
      <w:r>
        <w:rPr>
          <w:rFonts w:ascii="DiodrumArabic-Medium" w:hAnsi="DiodrumArabic-Medium" w:cs="DiodrumArabic-Medium"/>
          <w:sz w:val="21"/>
          <w:szCs w:val="21"/>
          <w:rtl/>
        </w:rPr>
        <w:t>لا</w:t>
      </w:r>
      <w:r>
        <w:rPr>
          <w:rFonts w:ascii="DiodrumArabic-Medium" w:hAnsi="DiodrumArabic-Medium"/>
          <w:sz w:val="21"/>
        </w:rPr>
        <w:t xml:space="preserve"> </w:t>
      </w:r>
      <w:r>
        <w:rPr>
          <w:rFonts w:ascii="DiodrumArabic-Medium" w:hAnsi="DiodrumArabic-Medium" w:cs="DiodrumArabic-Medium"/>
          <w:sz w:val="21"/>
          <w:szCs w:val="21"/>
          <w:rtl/>
        </w:rPr>
        <w:t>سيما</w:t>
      </w:r>
      <w:r>
        <w:rPr>
          <w:rFonts w:ascii="DiodrumArabic-Medium" w:hAnsi="DiodrumArabic-Medium"/>
          <w:sz w:val="21"/>
        </w:rPr>
        <w:t xml:space="preserve"> </w:t>
      </w:r>
      <w:r>
        <w:rPr>
          <w:rFonts w:ascii="DiodrumArabic-Medium" w:hAnsi="DiodrumArabic-Medium" w:cs="DiodrumArabic-Medium"/>
          <w:sz w:val="21"/>
          <w:szCs w:val="21"/>
          <w:rtl/>
        </w:rPr>
        <w:t>كبار</w:t>
      </w:r>
      <w:r>
        <w:rPr>
          <w:rFonts w:ascii="DiodrumArabic-Medium" w:hAnsi="DiodrumArabic-Medium"/>
          <w:sz w:val="21"/>
        </w:rPr>
        <w:t xml:space="preserve"> </w:t>
      </w:r>
      <w:r>
        <w:rPr>
          <w:rFonts w:ascii="DiodrumArabic-Medium" w:hAnsi="DiodrumArabic-Medium" w:cs="DiodrumArabic-Medium"/>
          <w:sz w:val="21"/>
          <w:szCs w:val="21"/>
          <w:rtl/>
        </w:rPr>
        <w:t>السن</w:t>
      </w:r>
      <w:r>
        <w:rPr>
          <w:rFonts w:ascii="DiodrumArabic-Medium" w:hAnsi="DiodrumArabic-Medium"/>
          <w:sz w:val="21"/>
        </w:rPr>
        <w:t xml:space="preserve"> </w:t>
      </w:r>
      <w:r>
        <w:rPr>
          <w:rFonts w:ascii="DiodrumArabic-Medium" w:hAnsi="DiodrumArabic-Medium" w:cs="DiodrumArabic-Medium"/>
          <w:sz w:val="21"/>
          <w:szCs w:val="21"/>
          <w:rtl/>
        </w:rPr>
        <w:t>والأشخاص</w:t>
      </w:r>
      <w:r>
        <w:rPr>
          <w:rFonts w:ascii="DiodrumArabic-Medium" w:hAnsi="DiodrumArabic-Medium"/>
          <w:sz w:val="21"/>
        </w:rPr>
        <w:t xml:space="preserve"> </w:t>
      </w:r>
      <w:r>
        <w:rPr>
          <w:rFonts w:ascii="DiodrumArabic-Medium" w:hAnsi="DiodrumArabic-Medium" w:cs="DiodrumArabic-Medium"/>
          <w:sz w:val="21"/>
          <w:szCs w:val="21"/>
          <w:rtl/>
        </w:rPr>
        <w:t>ذوي</w:t>
      </w:r>
      <w:r>
        <w:rPr>
          <w:rFonts w:ascii="DiodrumArabic-Medium" w:hAnsi="DiodrumArabic-Medium"/>
          <w:sz w:val="21"/>
        </w:rPr>
        <w:t xml:space="preserve"> </w:t>
      </w:r>
      <w:r>
        <w:rPr>
          <w:rFonts w:ascii="DiodrumArabic-Medium" w:hAnsi="DiodrumArabic-Medium" w:cs="DiodrumArabic-Medium"/>
          <w:sz w:val="21"/>
          <w:szCs w:val="21"/>
          <w:rtl/>
        </w:rPr>
        <w:t>الإعاقة،</w:t>
      </w:r>
      <w:r>
        <w:rPr>
          <w:rFonts w:ascii="DiodrumArabic-Medium" w:hAnsi="DiodrumArabic-Medium"/>
          <w:sz w:val="21"/>
        </w:rPr>
        <w:t xml:space="preserve"> </w:t>
      </w:r>
      <w:r>
        <w:rPr>
          <w:rFonts w:ascii="DiodrumArabic-Medium" w:hAnsi="DiodrumArabic-Medium" w:cs="DiodrumArabic-Medium"/>
          <w:sz w:val="21"/>
          <w:szCs w:val="21"/>
          <w:rtl/>
        </w:rPr>
        <w:t>مما</w:t>
      </w:r>
      <w:r>
        <w:rPr>
          <w:rFonts w:ascii="DiodrumArabic-Medium" w:hAnsi="DiodrumArabic-Medium"/>
          <w:sz w:val="21"/>
        </w:rPr>
        <w:t xml:space="preserve"> </w:t>
      </w:r>
      <w:r>
        <w:rPr>
          <w:rFonts w:ascii="DiodrumArabic-Medium" w:hAnsi="DiodrumArabic-Medium" w:cs="DiodrumArabic-Medium"/>
          <w:sz w:val="21"/>
          <w:szCs w:val="21"/>
          <w:rtl/>
        </w:rPr>
        <w:t>يدعم</w:t>
      </w:r>
      <w:r>
        <w:rPr>
          <w:rFonts w:ascii="DiodrumArabic-Medium" w:hAnsi="DiodrumArabic-Medium"/>
          <w:sz w:val="21"/>
        </w:rPr>
        <w:t xml:space="preserve"> </w:t>
      </w:r>
      <w:r>
        <w:rPr>
          <w:rFonts w:ascii="DiodrumArabic-Medium" w:hAnsi="DiodrumArabic-Medium" w:cs="DiodrumArabic-Medium"/>
          <w:sz w:val="21"/>
          <w:szCs w:val="21"/>
          <w:rtl/>
        </w:rPr>
        <w:t>أهداف</w:t>
      </w:r>
      <w:r>
        <w:rPr>
          <w:rFonts w:ascii="DiodrumArabic-Medium" w:hAnsi="DiodrumArabic-Medium"/>
          <w:sz w:val="21"/>
        </w:rPr>
        <w:t xml:space="preserve"> </w:t>
      </w:r>
      <w:r>
        <w:rPr>
          <w:rFonts w:ascii="DiodrumArabic-Medium" w:hAnsi="DiodrumArabic-Medium" w:cs="DiodrumArabic-Medium"/>
          <w:sz w:val="21"/>
          <w:szCs w:val="21"/>
          <w:rtl/>
        </w:rPr>
        <w:t>التحول</w:t>
      </w:r>
      <w:r>
        <w:rPr>
          <w:rFonts w:ascii="DiodrumArabic-Medium" w:hAnsi="DiodrumArabic-Medium"/>
          <w:sz w:val="21"/>
        </w:rPr>
        <w:t xml:space="preserve"> </w:t>
      </w:r>
      <w:r>
        <w:rPr>
          <w:rFonts w:ascii="DiodrumArabic-Medium" w:hAnsi="DiodrumArabic-Medium" w:cs="DiodrumArabic-Medium"/>
          <w:sz w:val="21"/>
          <w:szCs w:val="21"/>
          <w:rtl/>
        </w:rPr>
        <w:t>الرقمي</w:t>
      </w:r>
      <w:r>
        <w:rPr>
          <w:rFonts w:ascii="DiodrumArabic-Medium" w:hAnsi="DiodrumArabic-Medium"/>
          <w:sz w:val="21"/>
        </w:rPr>
        <w:t xml:space="preserve"> </w:t>
      </w:r>
      <w:r>
        <w:rPr>
          <w:rFonts w:ascii="DiodrumArabic-Medium" w:hAnsi="DiodrumArabic-Medium" w:cs="DiodrumArabic-Medium"/>
          <w:sz w:val="21"/>
          <w:szCs w:val="21"/>
          <w:rtl/>
        </w:rPr>
        <w:t>التي</w:t>
      </w:r>
      <w:r>
        <w:rPr>
          <w:rFonts w:ascii="DiodrumArabic-Medium" w:hAnsi="DiodrumArabic-Medium"/>
          <w:sz w:val="21"/>
        </w:rPr>
        <w:t xml:space="preserve"> </w:t>
      </w:r>
      <w:r>
        <w:rPr>
          <w:rFonts w:ascii="DiodrumArabic-Medium" w:hAnsi="DiodrumArabic-Medium" w:cs="DiodrumArabic-Medium"/>
          <w:sz w:val="21"/>
          <w:szCs w:val="21"/>
          <w:rtl/>
        </w:rPr>
        <w:t>وضعتها</w:t>
      </w:r>
      <w:r>
        <w:rPr>
          <w:rFonts w:ascii="DiodrumArabic-Medium" w:hAnsi="DiodrumArabic-Medium"/>
          <w:sz w:val="21"/>
        </w:rPr>
        <w:t xml:space="preserve"> </w:t>
      </w:r>
      <w:r>
        <w:rPr>
          <w:rFonts w:ascii="DiodrumArabic-Medium" w:hAnsi="DiodrumArabic-Medium" w:cs="DiodrumArabic-Medium"/>
          <w:sz w:val="21"/>
          <w:szCs w:val="21"/>
          <w:rtl/>
        </w:rPr>
        <w:t>هيئة</w:t>
      </w:r>
      <w:r>
        <w:rPr>
          <w:rFonts w:ascii="DiodrumArabic-Medium" w:hAnsi="DiodrumArabic-Medium"/>
          <w:sz w:val="21"/>
        </w:rPr>
        <w:t xml:space="preserve"> </w:t>
      </w:r>
      <w:r>
        <w:rPr>
          <w:rFonts w:ascii="DiodrumArabic-Medium" w:hAnsi="DiodrumArabic-Medium" w:cs="DiodrumArabic-Medium"/>
          <w:sz w:val="21"/>
          <w:szCs w:val="21"/>
          <w:rtl/>
        </w:rPr>
        <w:t>الحكومة</w:t>
      </w:r>
      <w:r>
        <w:rPr>
          <w:rFonts w:ascii="DiodrumArabic-Medium" w:hAnsi="DiodrumArabic-Medium"/>
          <w:sz w:val="21"/>
        </w:rPr>
        <w:t xml:space="preserve"> </w:t>
      </w:r>
      <w:r>
        <w:rPr>
          <w:rFonts w:ascii="DiodrumArabic-Medium" w:hAnsi="DiodrumArabic-Medium" w:cs="DiodrumArabic-Medium"/>
          <w:sz w:val="21"/>
          <w:szCs w:val="21"/>
          <w:rtl/>
        </w:rPr>
        <w:t>الرقمية</w:t>
      </w:r>
      <w:r>
        <w:rPr>
          <w:rFonts w:ascii="DiodrumArabic-Medium" w:hAnsi="DiodrumArabic-Medium"/>
          <w:sz w:val="21"/>
        </w:rPr>
        <w:t xml:space="preserve">. </w:t>
      </w:r>
      <w:r>
        <w:rPr>
          <w:rFonts w:ascii="DiodrumArabic-Medium" w:hAnsi="DiodrumArabic-Medium" w:cs="DiodrumArabic-Medium"/>
          <w:sz w:val="21"/>
          <w:szCs w:val="21"/>
          <w:rtl/>
        </w:rPr>
        <w:t>إلى</w:t>
      </w:r>
      <w:r>
        <w:rPr>
          <w:rFonts w:ascii="DiodrumArabic-Medium" w:hAnsi="DiodrumArabic-Medium"/>
          <w:sz w:val="21"/>
        </w:rPr>
        <w:t xml:space="preserve"> </w:t>
      </w:r>
      <w:r>
        <w:rPr>
          <w:rFonts w:ascii="DiodrumArabic-Medium" w:hAnsi="DiodrumArabic-Medium" w:cs="DiodrumArabic-Medium"/>
          <w:sz w:val="21"/>
          <w:szCs w:val="21"/>
          <w:rtl/>
        </w:rPr>
        <w:t>جانب</w:t>
      </w:r>
      <w:r>
        <w:rPr>
          <w:rFonts w:ascii="DiodrumArabic-Medium" w:hAnsi="DiodrumArabic-Medium"/>
          <w:sz w:val="21"/>
        </w:rPr>
        <w:t xml:space="preserve"> </w:t>
      </w:r>
      <w:r>
        <w:rPr>
          <w:rFonts w:ascii="DiodrumArabic-Medium" w:hAnsi="DiodrumArabic-Medium" w:cs="DiodrumArabic-Medium"/>
          <w:sz w:val="21"/>
          <w:szCs w:val="21"/>
          <w:rtl/>
        </w:rPr>
        <w:t>ذلك،</w:t>
      </w:r>
      <w:r>
        <w:rPr>
          <w:rFonts w:ascii="DiodrumArabic-Medium" w:hAnsi="DiodrumArabic-Medium"/>
          <w:sz w:val="21"/>
        </w:rPr>
        <w:t xml:space="preserve"> </w:t>
      </w:r>
      <w:r>
        <w:rPr>
          <w:rFonts w:ascii="DiodrumArabic-Medium" w:hAnsi="DiodrumArabic-Medium" w:cs="DiodrumArabic-Medium"/>
          <w:sz w:val="21"/>
          <w:szCs w:val="21"/>
          <w:rtl/>
        </w:rPr>
        <w:t>يتعاون</w:t>
      </w:r>
      <w:r>
        <w:rPr>
          <w:rFonts w:ascii="DiodrumArabic-Medium" w:hAnsi="DiodrumArabic-Medium"/>
          <w:sz w:val="21"/>
        </w:rPr>
        <w:t xml:space="preserve"> </w:t>
      </w:r>
      <w:r>
        <w:rPr>
          <w:rFonts w:ascii="DiodrumArabic-Medium" w:hAnsi="DiodrumArabic-Medium" w:cs="DiodrumArabic-Medium"/>
          <w:sz w:val="21"/>
          <w:szCs w:val="21"/>
          <w:rtl/>
        </w:rPr>
        <w:t>البرنامج</w:t>
      </w:r>
      <w:r>
        <w:rPr>
          <w:rFonts w:ascii="DiodrumArabic-Medium" w:hAnsi="DiodrumArabic-Medium"/>
          <w:sz w:val="21"/>
        </w:rPr>
        <w:t xml:space="preserve"> </w:t>
      </w:r>
      <w:r>
        <w:rPr>
          <w:rFonts w:ascii="DiodrumArabic-Medium" w:hAnsi="DiodrumArabic-Medium" w:cs="DiodrumArabic-Medium"/>
          <w:sz w:val="21"/>
          <w:szCs w:val="21"/>
          <w:rtl/>
        </w:rPr>
        <w:t>مع</w:t>
      </w:r>
      <w:r>
        <w:rPr>
          <w:rFonts w:ascii="DiodrumArabic-Medium" w:hAnsi="DiodrumArabic-Medium"/>
          <w:sz w:val="21"/>
        </w:rPr>
        <w:t xml:space="preserve"> </w:t>
      </w:r>
      <w:r>
        <w:rPr>
          <w:rFonts w:ascii="DiodrumArabic-Medium" w:hAnsi="DiodrumArabic-Medium" w:cs="DiodrumArabic-Medium"/>
          <w:sz w:val="21"/>
          <w:szCs w:val="21"/>
          <w:rtl/>
        </w:rPr>
        <w:t>مجموعة</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مقدمي</w:t>
      </w:r>
      <w:r>
        <w:rPr>
          <w:rFonts w:ascii="DiodrumArabic-Medium" w:hAnsi="DiodrumArabic-Medium"/>
          <w:sz w:val="21"/>
        </w:rPr>
        <w:t xml:space="preserve"> </w:t>
      </w:r>
      <w:r>
        <w:rPr>
          <w:rFonts w:ascii="DiodrumArabic-Medium" w:hAnsi="DiodrumArabic-Medium" w:cs="DiodrumArabic-Medium"/>
          <w:sz w:val="21"/>
          <w:szCs w:val="21"/>
          <w:rtl/>
        </w:rPr>
        <w:t>الخدمات</w:t>
      </w:r>
      <w:r>
        <w:rPr>
          <w:rFonts w:ascii="DiodrumArabic-Medium" w:hAnsi="DiodrumArabic-Medium"/>
          <w:sz w:val="21"/>
        </w:rPr>
        <w:t xml:space="preserve"> </w:t>
      </w:r>
      <w:r>
        <w:rPr>
          <w:rFonts w:ascii="DiodrumArabic-Medium" w:hAnsi="DiodrumArabic-Medium" w:cs="DiodrumArabic-Medium"/>
          <w:sz w:val="21"/>
          <w:szCs w:val="21"/>
          <w:rtl/>
        </w:rPr>
        <w:t>والخبراء</w:t>
      </w:r>
      <w:r>
        <w:rPr>
          <w:rFonts w:ascii="DiodrumArabic-Medium" w:hAnsi="DiodrumArabic-Medium"/>
          <w:sz w:val="21"/>
        </w:rPr>
        <w:t xml:space="preserve"> </w:t>
      </w:r>
      <w:r>
        <w:rPr>
          <w:rFonts w:ascii="DiodrumArabic-Medium" w:hAnsi="DiodrumArabic-Medium" w:cs="DiodrumArabic-Medium"/>
          <w:sz w:val="21"/>
          <w:szCs w:val="21"/>
          <w:rtl/>
        </w:rPr>
        <w:t>لتزويد</w:t>
      </w:r>
      <w:r>
        <w:rPr>
          <w:rFonts w:ascii="DiodrumArabic-Medium" w:hAnsi="DiodrumArabic-Medium"/>
          <w:sz w:val="21"/>
        </w:rPr>
        <w:t xml:space="preserve"> </w:t>
      </w:r>
      <w:r>
        <w:rPr>
          <w:rFonts w:ascii="DiodrumArabic-Medium" w:hAnsi="DiodrumArabic-Medium" w:cs="DiodrumArabic-Medium"/>
          <w:sz w:val="21"/>
          <w:szCs w:val="21"/>
          <w:rtl/>
        </w:rPr>
        <w:t>الجهات</w:t>
      </w:r>
      <w:r>
        <w:rPr>
          <w:rFonts w:ascii="DiodrumArabic-Medium" w:hAnsi="DiodrumArabic-Medium"/>
          <w:sz w:val="21"/>
        </w:rPr>
        <w:t xml:space="preserve"> </w:t>
      </w:r>
      <w:r>
        <w:rPr>
          <w:rFonts w:ascii="DiodrumArabic-Medium" w:hAnsi="DiodrumArabic-Medium" w:cs="DiodrumArabic-Medium"/>
          <w:sz w:val="21"/>
          <w:szCs w:val="21"/>
          <w:rtl/>
        </w:rPr>
        <w:t>الحكومية</w:t>
      </w:r>
      <w:r>
        <w:rPr>
          <w:rFonts w:ascii="DiodrumArabic-Medium" w:hAnsi="DiodrumArabic-Medium"/>
          <w:sz w:val="21"/>
        </w:rPr>
        <w:t xml:space="preserve"> </w:t>
      </w:r>
      <w:r>
        <w:rPr>
          <w:rFonts w:ascii="DiodrumArabic-Medium" w:hAnsi="DiodrumArabic-Medium" w:cs="DiodrumArabic-Medium"/>
          <w:sz w:val="21"/>
          <w:szCs w:val="21"/>
          <w:rtl/>
        </w:rPr>
        <w:t>بالأدوات</w:t>
      </w:r>
      <w:r>
        <w:rPr>
          <w:rFonts w:ascii="DiodrumArabic-Medium" w:hAnsi="DiodrumArabic-Medium"/>
          <w:sz w:val="21"/>
        </w:rPr>
        <w:t xml:space="preserve"> </w:t>
      </w:r>
      <w:r>
        <w:rPr>
          <w:rFonts w:ascii="DiodrumArabic-Medium" w:hAnsi="DiodrumArabic-Medium" w:cs="DiodrumArabic-Medium"/>
          <w:sz w:val="21"/>
          <w:szCs w:val="21"/>
          <w:rtl/>
        </w:rPr>
        <w:t>والموارد</w:t>
      </w:r>
      <w:r>
        <w:rPr>
          <w:rFonts w:ascii="DiodrumArabic-Medium" w:hAnsi="DiodrumArabic-Medium"/>
          <w:sz w:val="21"/>
        </w:rPr>
        <w:t xml:space="preserve"> </w:t>
      </w:r>
      <w:r>
        <w:rPr>
          <w:rFonts w:ascii="DiodrumArabic-Medium" w:hAnsi="DiodrumArabic-Medium" w:cs="DiodrumArabic-Medium"/>
          <w:sz w:val="21"/>
          <w:szCs w:val="21"/>
          <w:rtl/>
        </w:rPr>
        <w:t>اللازمة،</w:t>
      </w:r>
      <w:r>
        <w:rPr>
          <w:rFonts w:ascii="DiodrumArabic-Medium" w:hAnsi="DiodrumArabic-Medium"/>
          <w:sz w:val="21"/>
        </w:rPr>
        <w:t xml:space="preserve"> </w:t>
      </w:r>
      <w:r>
        <w:rPr>
          <w:rFonts w:ascii="DiodrumArabic-Medium" w:hAnsi="DiodrumArabic-Medium" w:cs="DiodrumArabic-Medium"/>
          <w:sz w:val="21"/>
          <w:szCs w:val="21"/>
          <w:rtl/>
        </w:rPr>
        <w:t>مما</w:t>
      </w:r>
      <w:r>
        <w:rPr>
          <w:rFonts w:ascii="DiodrumArabic-Medium" w:hAnsi="DiodrumArabic-Medium"/>
          <w:sz w:val="21"/>
        </w:rPr>
        <w:t xml:space="preserve"> </w:t>
      </w:r>
      <w:r>
        <w:rPr>
          <w:rFonts w:ascii="DiodrumArabic-Medium" w:hAnsi="DiodrumArabic-Medium" w:cs="DiodrumArabic-Medium"/>
          <w:sz w:val="21"/>
          <w:szCs w:val="21"/>
          <w:rtl/>
        </w:rPr>
        <w:t>يضمن</w:t>
      </w:r>
      <w:r>
        <w:rPr>
          <w:rFonts w:ascii="DiodrumArabic-Medium" w:hAnsi="DiodrumArabic-Medium"/>
          <w:sz w:val="21"/>
        </w:rPr>
        <w:t xml:space="preserve"> </w:t>
      </w:r>
      <w:r>
        <w:rPr>
          <w:rFonts w:ascii="DiodrumArabic-Medium" w:hAnsi="DiodrumArabic-Medium" w:cs="DiodrumArabic-Medium"/>
          <w:sz w:val="21"/>
          <w:szCs w:val="21"/>
          <w:rtl/>
        </w:rPr>
        <w:t>خدمات</w:t>
      </w:r>
      <w:r>
        <w:rPr>
          <w:rFonts w:ascii="DiodrumArabic-Medium" w:hAnsi="DiodrumArabic-Medium"/>
          <w:sz w:val="21"/>
        </w:rPr>
        <w:t xml:space="preserve"> </w:t>
      </w:r>
      <w:r>
        <w:rPr>
          <w:rFonts w:ascii="DiodrumArabic-Medium" w:hAnsi="DiodrumArabic-Medium" w:cs="DiodrumArabic-Medium"/>
          <w:sz w:val="21"/>
          <w:szCs w:val="21"/>
          <w:rtl/>
        </w:rPr>
        <w:t>متاحة</w:t>
      </w:r>
      <w:r>
        <w:rPr>
          <w:rFonts w:ascii="DiodrumArabic-Medium" w:hAnsi="DiodrumArabic-Medium"/>
          <w:sz w:val="21"/>
        </w:rPr>
        <w:t xml:space="preserve"> </w:t>
      </w:r>
      <w:r>
        <w:rPr>
          <w:rFonts w:ascii="DiodrumArabic-Medium" w:hAnsi="DiodrumArabic-Medium" w:cs="DiodrumArabic-Medium"/>
          <w:sz w:val="21"/>
          <w:szCs w:val="21"/>
          <w:rtl/>
        </w:rPr>
        <w:t>وقائمة</w:t>
      </w:r>
      <w:r>
        <w:rPr>
          <w:rFonts w:ascii="DiodrumArabic-Medium" w:hAnsi="DiodrumArabic-Medium"/>
          <w:sz w:val="21"/>
        </w:rPr>
        <w:t xml:space="preserve"> </w:t>
      </w:r>
      <w:r>
        <w:rPr>
          <w:rFonts w:ascii="DiodrumArabic-Medium" w:hAnsi="DiodrumArabic-Medium" w:cs="DiodrumArabic-Medium"/>
          <w:sz w:val="21"/>
          <w:szCs w:val="21"/>
          <w:rtl/>
        </w:rPr>
        <w:t>شمولية،</w:t>
      </w:r>
      <w:r>
        <w:rPr>
          <w:rFonts w:ascii="DiodrumArabic-Medium" w:hAnsi="DiodrumArabic-Medium"/>
          <w:sz w:val="21"/>
        </w:rPr>
        <w:t xml:space="preserve"> </w:t>
      </w:r>
      <w:r>
        <w:rPr>
          <w:rFonts w:ascii="DiodrumArabic-Medium" w:hAnsi="DiodrumArabic-Medium" w:cs="DiodrumArabic-Medium"/>
          <w:sz w:val="21"/>
          <w:szCs w:val="21"/>
          <w:rtl/>
        </w:rPr>
        <w:t>تتماشى</w:t>
      </w:r>
      <w:r>
        <w:rPr>
          <w:rFonts w:ascii="DiodrumArabic-Medium" w:hAnsi="DiodrumArabic-Medium"/>
          <w:sz w:val="21"/>
        </w:rPr>
        <w:t xml:space="preserve"> </w:t>
      </w:r>
      <w:r>
        <w:rPr>
          <w:rFonts w:ascii="DiodrumArabic-Medium" w:hAnsi="DiodrumArabic-Medium" w:cs="DiodrumArabic-Medium"/>
          <w:sz w:val="21"/>
          <w:szCs w:val="21"/>
          <w:rtl/>
        </w:rPr>
        <w:t>مع</w:t>
      </w:r>
      <w:r>
        <w:rPr>
          <w:rFonts w:ascii="DiodrumArabic-Medium" w:hAnsi="DiodrumArabic-Medium"/>
          <w:sz w:val="21"/>
        </w:rPr>
        <w:t xml:space="preserve"> </w:t>
      </w:r>
      <w:r>
        <w:rPr>
          <w:rFonts w:ascii="DiodrumArabic-Medium" w:hAnsi="DiodrumArabic-Medium" w:cs="DiodrumArabic-Medium"/>
          <w:sz w:val="21"/>
          <w:szCs w:val="21"/>
          <w:rtl/>
        </w:rPr>
        <w:t>المعايير</w:t>
      </w:r>
      <w:r>
        <w:rPr>
          <w:rFonts w:ascii="DiodrumArabic-Medium" w:hAnsi="DiodrumArabic-Medium"/>
          <w:sz w:val="21"/>
        </w:rPr>
        <w:t xml:space="preserve"> </w:t>
      </w:r>
      <w:r>
        <w:rPr>
          <w:rFonts w:ascii="DiodrumArabic-Medium" w:hAnsi="DiodrumArabic-Medium" w:cs="DiodrumArabic-Medium"/>
          <w:sz w:val="21"/>
          <w:szCs w:val="21"/>
          <w:rtl/>
        </w:rPr>
        <w:t>الدولية</w:t>
      </w:r>
      <w:r>
        <w:rPr>
          <w:rFonts w:ascii="DiodrumArabic-Medium" w:hAnsi="DiodrumArabic-Medium"/>
          <w:sz w:val="21"/>
        </w:rPr>
        <w:t xml:space="preserve"> </w:t>
      </w:r>
      <w:r>
        <w:rPr>
          <w:rFonts w:ascii="DiodrumArabic-Medium" w:hAnsi="DiodrumArabic-Medium" w:cs="DiodrumArabic-Medium"/>
          <w:sz w:val="21"/>
          <w:szCs w:val="21"/>
          <w:rtl/>
        </w:rPr>
        <w:t>وأهداف</w:t>
      </w:r>
      <w:r>
        <w:rPr>
          <w:rFonts w:ascii="DiodrumArabic-Medium" w:hAnsi="DiodrumArabic-Medium"/>
          <w:sz w:val="21"/>
        </w:rPr>
        <w:t xml:space="preserve"> </w:t>
      </w:r>
      <w:r>
        <w:rPr>
          <w:rFonts w:ascii="DiodrumArabic-Medium" w:hAnsi="DiodrumArabic-Medium" w:cs="DiodrumArabic-Medium"/>
          <w:sz w:val="21"/>
          <w:szCs w:val="21"/>
          <w:rtl/>
        </w:rPr>
        <w:t>رؤية</w:t>
      </w:r>
      <w:r>
        <w:rPr>
          <w:rFonts w:ascii="DiodrumArabic-Medium" w:hAnsi="DiodrumArabic-Medium"/>
          <w:sz w:val="21"/>
        </w:rPr>
        <w:t xml:space="preserve"> 2030</w:t>
      </w:r>
      <w:r w:rsidR="00E85862">
        <w:rPr>
          <w:rFonts w:ascii="DiodrumArabic-Medium" w:hAnsi="DiodrumArabic-Medium" w:hint="cs"/>
          <w:sz w:val="21"/>
          <w:rtl/>
        </w:rPr>
        <w:t>.</w:t>
      </w:r>
    </w:p>
    <w:p w14:paraId="352D52D7" w14:textId="4134BAE8" w:rsidR="00D04C7D" w:rsidRPr="00E85862" w:rsidRDefault="002F4165" w:rsidP="00642B53">
      <w:pPr>
        <w:pStyle w:val="Heading4"/>
        <w:bidi/>
        <w:rPr>
          <w:rFonts w:ascii="☞DIODRUM ARABIC MEDIUM" w:hAnsi="☞DIODRUM ARABIC MEDIUM" w:cs="☞DIODRUM ARABIC MEDIUM"/>
          <w:b w:val="0"/>
          <w:bCs w:val="0"/>
          <w:i w:val="0"/>
          <w:iCs w:val="0"/>
          <w:color w:val="auto"/>
          <w:sz w:val="20"/>
          <w:szCs w:val="20"/>
        </w:rPr>
      </w:pPr>
      <w:r w:rsidRPr="00E85862">
        <w:rPr>
          <w:rFonts w:ascii="☞DIODRUM ARABIC MEDIUM" w:hAnsi="☞DIODRUM ARABIC MEDIUM" w:cs="☞DIODRUM ARABIC MEDIUM" w:hint="cs"/>
          <w:b w:val="0"/>
          <w:bCs w:val="0"/>
          <w:i w:val="0"/>
          <w:iCs w:val="0"/>
          <w:color w:val="auto"/>
          <w:sz w:val="20"/>
          <w:szCs w:val="20"/>
          <w:rtl/>
        </w:rPr>
        <w:t>وفي</w:t>
      </w:r>
      <w:r w:rsidRPr="00E85862">
        <w:rPr>
          <w:rFonts w:ascii="☞DIODRUM ARABIC MEDIUM" w:hAnsi="☞DIODRUM ARABIC MEDIUM" w:cs="☞DIODRUM ARABIC MEDIUM" w:hint="cs"/>
          <w:b w:val="0"/>
          <w:bCs w:val="0"/>
          <w:i w:val="0"/>
          <w:iCs w:val="0"/>
          <w:color w:val="auto"/>
          <w:sz w:val="20"/>
          <w:szCs w:val="20"/>
        </w:rPr>
        <w:t xml:space="preserve"> </w:t>
      </w:r>
      <w:r w:rsidRPr="00E85862">
        <w:rPr>
          <w:rFonts w:ascii="☞DIODRUM ARABIC MEDIUM" w:hAnsi="☞DIODRUM ARABIC MEDIUM" w:cs="☞DIODRUM ARABIC MEDIUM" w:hint="cs"/>
          <w:b w:val="0"/>
          <w:bCs w:val="0"/>
          <w:i w:val="0"/>
          <w:iCs w:val="0"/>
          <w:color w:val="auto"/>
          <w:sz w:val="20"/>
          <w:szCs w:val="20"/>
          <w:rtl/>
        </w:rPr>
        <w:t>ما</w:t>
      </w:r>
      <w:r w:rsidRPr="00E85862">
        <w:rPr>
          <w:rFonts w:ascii="☞DIODRUM ARABIC MEDIUM" w:hAnsi="☞DIODRUM ARABIC MEDIUM" w:cs="☞DIODRUM ARABIC MEDIUM" w:hint="cs"/>
          <w:b w:val="0"/>
          <w:bCs w:val="0"/>
          <w:i w:val="0"/>
          <w:iCs w:val="0"/>
          <w:color w:val="auto"/>
          <w:sz w:val="20"/>
          <w:szCs w:val="20"/>
        </w:rPr>
        <w:t xml:space="preserve"> </w:t>
      </w:r>
      <w:r w:rsidRPr="00E85862">
        <w:rPr>
          <w:rFonts w:ascii="☞DIODRUM ARABIC MEDIUM" w:hAnsi="☞DIODRUM ARABIC MEDIUM" w:cs="☞DIODRUM ARABIC MEDIUM" w:hint="cs"/>
          <w:b w:val="0"/>
          <w:bCs w:val="0"/>
          <w:i w:val="0"/>
          <w:iCs w:val="0"/>
          <w:color w:val="auto"/>
          <w:sz w:val="20"/>
          <w:szCs w:val="20"/>
          <w:rtl/>
        </w:rPr>
        <w:t>يلي</w:t>
      </w:r>
      <w:r w:rsidRPr="00E85862">
        <w:rPr>
          <w:rFonts w:ascii="☞DIODRUM ARABIC MEDIUM" w:hAnsi="☞DIODRUM ARABIC MEDIUM" w:cs="☞DIODRUM ARABIC MEDIUM" w:hint="cs"/>
          <w:b w:val="0"/>
          <w:bCs w:val="0"/>
          <w:i w:val="0"/>
          <w:iCs w:val="0"/>
          <w:color w:val="auto"/>
          <w:sz w:val="20"/>
          <w:szCs w:val="20"/>
        </w:rPr>
        <w:t xml:space="preserve"> </w:t>
      </w:r>
      <w:r w:rsidRPr="00E85862">
        <w:rPr>
          <w:rFonts w:ascii="☞DIODRUM ARABIC MEDIUM" w:hAnsi="☞DIODRUM ARABIC MEDIUM" w:cs="☞DIODRUM ARABIC MEDIUM" w:hint="cs"/>
          <w:b w:val="0"/>
          <w:bCs w:val="0"/>
          <w:i w:val="0"/>
          <w:iCs w:val="0"/>
          <w:color w:val="auto"/>
          <w:sz w:val="20"/>
          <w:szCs w:val="20"/>
          <w:rtl/>
        </w:rPr>
        <w:t>عرض</w:t>
      </w:r>
      <w:r w:rsidRPr="00E85862">
        <w:rPr>
          <w:rFonts w:ascii="☞DIODRUM ARABIC MEDIUM" w:hAnsi="☞DIODRUM ARABIC MEDIUM" w:cs="☞DIODRUM ARABIC MEDIUM" w:hint="cs"/>
          <w:b w:val="0"/>
          <w:bCs w:val="0"/>
          <w:i w:val="0"/>
          <w:iCs w:val="0"/>
          <w:color w:val="auto"/>
          <w:sz w:val="20"/>
          <w:szCs w:val="20"/>
        </w:rPr>
        <w:t xml:space="preserve"> </w:t>
      </w:r>
      <w:r w:rsidRPr="00E85862">
        <w:rPr>
          <w:rFonts w:ascii="☞DIODRUM ARABIC MEDIUM" w:hAnsi="☞DIODRUM ARABIC MEDIUM" w:cs="☞DIODRUM ARABIC MEDIUM" w:hint="cs"/>
          <w:b w:val="0"/>
          <w:bCs w:val="0"/>
          <w:i w:val="0"/>
          <w:iCs w:val="0"/>
          <w:color w:val="auto"/>
          <w:sz w:val="20"/>
          <w:szCs w:val="20"/>
          <w:rtl/>
        </w:rPr>
        <w:t>مفصل</w:t>
      </w:r>
      <w:r w:rsidRPr="00E85862">
        <w:rPr>
          <w:rFonts w:ascii="☞DIODRUM ARABIC MEDIUM" w:hAnsi="☞DIODRUM ARABIC MEDIUM" w:cs="☞DIODRUM ARABIC MEDIUM" w:hint="cs"/>
          <w:b w:val="0"/>
          <w:bCs w:val="0"/>
          <w:i w:val="0"/>
          <w:iCs w:val="0"/>
          <w:color w:val="auto"/>
          <w:sz w:val="20"/>
          <w:szCs w:val="20"/>
        </w:rPr>
        <w:t xml:space="preserve"> </w:t>
      </w:r>
      <w:r w:rsidRPr="00E85862">
        <w:rPr>
          <w:rFonts w:ascii="☞DIODRUM ARABIC MEDIUM" w:hAnsi="☞DIODRUM ARABIC MEDIUM" w:cs="☞DIODRUM ARABIC MEDIUM" w:hint="cs"/>
          <w:b w:val="0"/>
          <w:bCs w:val="0"/>
          <w:i w:val="0"/>
          <w:iCs w:val="0"/>
          <w:color w:val="auto"/>
          <w:sz w:val="20"/>
          <w:szCs w:val="20"/>
          <w:rtl/>
        </w:rPr>
        <w:t>لمنظومة</w:t>
      </w:r>
      <w:r w:rsidRPr="00E85862">
        <w:rPr>
          <w:rFonts w:ascii="☞DIODRUM ARABIC MEDIUM" w:hAnsi="☞DIODRUM ARABIC MEDIUM" w:cs="☞DIODRUM ARABIC MEDIUM" w:hint="cs"/>
          <w:b w:val="0"/>
          <w:bCs w:val="0"/>
          <w:i w:val="0"/>
          <w:iCs w:val="0"/>
          <w:color w:val="auto"/>
          <w:sz w:val="20"/>
          <w:szCs w:val="20"/>
        </w:rPr>
        <w:t xml:space="preserve"> </w:t>
      </w:r>
      <w:r w:rsidRPr="00E85862">
        <w:rPr>
          <w:rFonts w:ascii="☞DIODRUM ARABIC MEDIUM" w:hAnsi="☞DIODRUM ARABIC MEDIUM" w:cs="☞DIODRUM ARABIC MEDIUM" w:hint="cs"/>
          <w:b w:val="0"/>
          <w:bCs w:val="0"/>
          <w:i w:val="0"/>
          <w:iCs w:val="0"/>
          <w:color w:val="auto"/>
          <w:sz w:val="20"/>
          <w:szCs w:val="20"/>
          <w:rtl/>
        </w:rPr>
        <w:t>برنامج</w:t>
      </w:r>
      <w:r w:rsidRPr="00E85862">
        <w:rPr>
          <w:rFonts w:ascii="☞DIODRUM ARABIC MEDIUM" w:hAnsi="☞DIODRUM ARABIC MEDIUM" w:cs="☞DIODRUM ARABIC MEDIUM" w:hint="cs"/>
          <w:b w:val="0"/>
          <w:bCs w:val="0"/>
          <w:i w:val="0"/>
          <w:iCs w:val="0"/>
          <w:color w:val="auto"/>
          <w:sz w:val="20"/>
          <w:szCs w:val="20"/>
        </w:rPr>
        <w:t xml:space="preserve"> </w:t>
      </w:r>
      <w:r w:rsidRPr="00E85862">
        <w:rPr>
          <w:rFonts w:ascii="☞DIODRUM ARABIC MEDIUM" w:hAnsi="☞DIODRUM ARABIC MEDIUM" w:cs="☞DIODRUM ARABIC MEDIUM" w:hint="cs"/>
          <w:b w:val="0"/>
          <w:bCs w:val="0"/>
          <w:i w:val="0"/>
          <w:iCs w:val="0"/>
          <w:color w:val="auto"/>
          <w:sz w:val="20"/>
          <w:szCs w:val="20"/>
          <w:rtl/>
        </w:rPr>
        <w:t>الشمولية</w:t>
      </w:r>
      <w:r w:rsidRPr="00E85862">
        <w:rPr>
          <w:rFonts w:ascii="☞DIODRUM ARABIC MEDIUM" w:hAnsi="☞DIODRUM ARABIC MEDIUM" w:cs="☞DIODRUM ARABIC MEDIUM" w:hint="cs"/>
          <w:b w:val="0"/>
          <w:bCs w:val="0"/>
          <w:i w:val="0"/>
          <w:iCs w:val="0"/>
          <w:color w:val="auto"/>
          <w:sz w:val="20"/>
          <w:szCs w:val="20"/>
        </w:rPr>
        <w:t xml:space="preserve"> </w:t>
      </w:r>
      <w:r w:rsidRPr="00E85862">
        <w:rPr>
          <w:rFonts w:ascii="☞DIODRUM ARABIC MEDIUM" w:hAnsi="☞DIODRUM ARABIC MEDIUM" w:cs="☞DIODRUM ARABIC MEDIUM" w:hint="cs"/>
          <w:b w:val="0"/>
          <w:bCs w:val="0"/>
          <w:i w:val="0"/>
          <w:iCs w:val="0"/>
          <w:color w:val="auto"/>
          <w:sz w:val="20"/>
          <w:szCs w:val="20"/>
          <w:rtl/>
        </w:rPr>
        <w:t>الرقمية</w:t>
      </w:r>
      <w:r w:rsidR="00E85862">
        <w:rPr>
          <w:rFonts w:ascii="☞DIODRUM ARABIC MEDIUM" w:hAnsi="☞DIODRUM ARABIC MEDIUM" w:cs="☞DIODRUM ARABIC MEDIUM" w:hint="cs"/>
          <w:b w:val="0"/>
          <w:bCs w:val="0"/>
          <w:i w:val="0"/>
          <w:iCs w:val="0"/>
          <w:color w:val="auto"/>
          <w:sz w:val="20"/>
          <w:szCs w:val="20"/>
          <w:rtl/>
        </w:rPr>
        <w:t>:</w:t>
      </w:r>
    </w:p>
    <w:p w14:paraId="26CFE3BD" w14:textId="14AF8139" w:rsidR="00D04C7D" w:rsidRPr="00E85862" w:rsidRDefault="002F4165" w:rsidP="00E85862">
      <w:pPr>
        <w:pStyle w:val="Heading5"/>
        <w:bidi/>
        <w:rPr>
          <w:rFonts w:ascii="☞DIODRUM ARABIC SEMIBOLD" w:hAnsi="☞DIODRUM ARABIC SEMIBOLD" w:cs="☞DIODRUM ARABIC SEMIBOLD"/>
          <w:b/>
          <w:bCs/>
          <w:color w:val="auto"/>
        </w:rPr>
      </w:pPr>
      <w:r w:rsidRPr="00E85862">
        <w:rPr>
          <w:rFonts w:ascii="☞DIODRUM ARABIC SEMIBOLD" w:hAnsi="☞DIODRUM ARABIC SEMIBOLD" w:cs="☞DIODRUM ARABIC SEMIBOLD" w:hint="cs"/>
          <w:b/>
          <w:bCs/>
          <w:color w:val="auto"/>
          <w:rtl/>
        </w:rPr>
        <w:t>قادة</w:t>
      </w:r>
      <w:r w:rsidRPr="00E85862">
        <w:rPr>
          <w:rFonts w:ascii="☞DIODRUM ARABIC SEMIBOLD" w:hAnsi="☞DIODRUM ARABIC SEMIBOLD" w:cs="☞DIODRUM ARABIC SEMIBOLD" w:hint="cs"/>
          <w:b/>
          <w:bCs/>
          <w:color w:val="auto"/>
        </w:rPr>
        <w:t xml:space="preserve"> </w:t>
      </w:r>
      <w:r w:rsidRPr="00E85862">
        <w:rPr>
          <w:rFonts w:ascii="☞DIODRUM ARABIC SEMIBOLD" w:hAnsi="☞DIODRUM ARABIC SEMIBOLD" w:cs="☞DIODRUM ARABIC SEMIBOLD" w:hint="cs"/>
          <w:b/>
          <w:bCs/>
          <w:color w:val="auto"/>
          <w:rtl/>
        </w:rPr>
        <w:t>البرنامج</w:t>
      </w:r>
      <w:r w:rsidR="00E85862" w:rsidRPr="00E85862">
        <w:rPr>
          <w:rFonts w:ascii="☞DIODRUM ARABIC SEMIBOLD" w:hAnsi="☞DIODRUM ARABIC SEMIBOLD" w:cs="☞DIODRUM ARABIC SEMIBOLD" w:hint="cs"/>
          <w:b/>
          <w:bCs/>
          <w:color w:val="auto"/>
          <w:rtl/>
        </w:rPr>
        <w:t>:</w:t>
      </w:r>
    </w:p>
    <w:p w14:paraId="7CBADC02" w14:textId="77777777" w:rsidR="002F4165" w:rsidRPr="002F4165" w:rsidRDefault="002F4165" w:rsidP="002F4165">
      <w:pPr>
        <w:bidi/>
      </w:pPr>
    </w:p>
    <w:p w14:paraId="7F81C47E" w14:textId="77777777" w:rsidR="002F4165" w:rsidRDefault="00D6184D" w:rsidP="006F71CA">
      <w:pPr>
        <w:keepNext/>
        <w:jc w:val="center"/>
      </w:pPr>
      <w:r>
        <w:rPr>
          <w:noProof/>
        </w:rPr>
        <w:drawing>
          <wp:inline distT="0" distB="0" distL="0" distR="0" wp14:anchorId="2725FB1E" wp14:editId="604DC8AF">
            <wp:extent cx="1563353" cy="478335"/>
            <wp:effectExtent l="0" t="0" r="0" b="0"/>
            <wp:docPr id="30" name="Picture 30" descr="هيئة الحكومة الرق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هيئة الحكومة الرقمية"/>
                    <pic:cNvPicPr/>
                  </pic:nvPicPr>
                  <pic:blipFill>
                    <a:blip r:embed="rId9"/>
                    <a:stretch>
                      <a:fillRect/>
                    </a:stretch>
                  </pic:blipFill>
                  <pic:spPr>
                    <a:xfrm>
                      <a:off x="0" y="0"/>
                      <a:ext cx="1563353" cy="478335"/>
                    </a:xfrm>
                    <a:prstGeom prst="rect">
                      <a:avLst/>
                    </a:prstGeom>
                  </pic:spPr>
                </pic:pic>
              </a:graphicData>
            </a:graphic>
          </wp:inline>
        </w:drawing>
      </w:r>
    </w:p>
    <w:p w14:paraId="73882C69" w14:textId="143776FB" w:rsidR="00D04C7D" w:rsidRDefault="00D6184D">
      <w:pPr>
        <w:jc w:val="center"/>
      </w:pPr>
      <w:r>
        <w:rPr>
          <w:noProof/>
        </w:rPr>
        <w:drawing>
          <wp:inline distT="0" distB="0" distL="0" distR="0" wp14:anchorId="0D17CCD2" wp14:editId="38A6401C">
            <wp:extent cx="1481837" cy="455427"/>
            <wp:effectExtent l="0" t="0" r="0" b="0"/>
            <wp:docPr id="31" name="Picture 31" descr="وزارة الموارد البشرية والتنمية الاجتماع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وزارة الموارد البشرية والتنمية الاجتماعية"/>
                    <pic:cNvPicPr/>
                  </pic:nvPicPr>
                  <pic:blipFill>
                    <a:blip r:embed="rId10"/>
                    <a:stretch>
                      <a:fillRect/>
                    </a:stretch>
                  </pic:blipFill>
                  <pic:spPr>
                    <a:xfrm>
                      <a:off x="0" y="0"/>
                      <a:ext cx="1481837" cy="455427"/>
                    </a:xfrm>
                    <a:prstGeom prst="rect">
                      <a:avLst/>
                    </a:prstGeom>
                  </pic:spPr>
                </pic:pic>
              </a:graphicData>
            </a:graphic>
          </wp:inline>
        </w:drawing>
      </w:r>
    </w:p>
    <w:p w14:paraId="52949CEF" w14:textId="3AF0A272" w:rsidR="00A058F0" w:rsidRDefault="00A058F0">
      <w:pPr>
        <w:jc w:val="center"/>
        <w:rPr>
          <w:rtl/>
        </w:rPr>
      </w:pPr>
      <w:r w:rsidRPr="00A058F0">
        <w:rPr>
          <w:noProof/>
        </w:rPr>
        <mc:AlternateContent>
          <mc:Choice Requires="wpg">
            <w:drawing>
              <wp:anchor distT="0" distB="0" distL="114300" distR="114300" simplePos="0" relativeHeight="251659264" behindDoc="0" locked="0" layoutInCell="1" allowOverlap="1" wp14:anchorId="56575D8D" wp14:editId="4DB83E5B">
                <wp:simplePos x="0" y="0"/>
                <wp:positionH relativeFrom="column">
                  <wp:posOffset>2225964</wp:posOffset>
                </wp:positionH>
                <wp:positionV relativeFrom="paragraph">
                  <wp:posOffset>140685</wp:posOffset>
                </wp:positionV>
                <wp:extent cx="1083202" cy="637184"/>
                <wp:effectExtent l="0" t="0" r="9525" b="0"/>
                <wp:wrapNone/>
                <wp:docPr id="107" name="Graphic 39" descr="هيئة رعاية الأشخاص ذوي الإعاقة">
                  <a:extLst xmlns:a="http://schemas.openxmlformats.org/drawingml/2006/main">
                    <a:ext uri="{FF2B5EF4-FFF2-40B4-BE49-F238E27FC236}">
                      <a16:creationId xmlns:a16="http://schemas.microsoft.com/office/drawing/2014/main" id="{A2EB1259-BF24-5D73-C814-ACC10233AACF}"/>
                    </a:ext>
                  </a:extLst>
                </wp:docPr>
                <wp:cNvGraphicFramePr/>
                <a:graphic xmlns:a="http://schemas.openxmlformats.org/drawingml/2006/main">
                  <a:graphicData uri="http://schemas.microsoft.com/office/word/2010/wordprocessingGroup">
                    <wpg:wgp>
                      <wpg:cNvGrpSpPr/>
                      <wpg:grpSpPr>
                        <a:xfrm>
                          <a:off x="0" y="0"/>
                          <a:ext cx="1083202" cy="637184"/>
                          <a:chOff x="0" y="0"/>
                          <a:chExt cx="5333529" cy="3137401"/>
                        </a:xfrm>
                      </wpg:grpSpPr>
                      <wpg:grpSp>
                        <wpg:cNvPr id="1922166287" name="Graphic 39">
                          <a:extLst>
                            <a:ext uri="{FF2B5EF4-FFF2-40B4-BE49-F238E27FC236}">
                              <a16:creationId xmlns:a16="http://schemas.microsoft.com/office/drawing/2014/main" id="{F06F8715-623B-1EB4-D911-7ECDD9DD7104}"/>
                            </a:ext>
                          </a:extLst>
                        </wpg:cNvPr>
                        <wpg:cNvGrpSpPr/>
                        <wpg:grpSpPr>
                          <a:xfrm>
                            <a:off x="3302533" y="924242"/>
                            <a:ext cx="2030996" cy="1907536"/>
                            <a:chOff x="3302533" y="924242"/>
                            <a:chExt cx="2030996" cy="1907536"/>
                          </a:xfrm>
                          <a:solidFill>
                            <a:srgbClr val="63656C"/>
                          </a:solidFill>
                        </wpg:grpSpPr>
                        <wps:wsp>
                          <wps:cNvPr id="537023978" name="Freeform: Shape 118">
                            <a:extLst>
                              <a:ext uri="{FF2B5EF4-FFF2-40B4-BE49-F238E27FC236}">
                                <a16:creationId xmlns:a16="http://schemas.microsoft.com/office/drawing/2014/main" id="{F41A371C-820A-F7B0-DC65-E511791B7D8A}"/>
                              </a:ext>
                            </a:extLst>
                          </wps:cNvPr>
                          <wps:cNvSpPr/>
                          <wps:spPr>
                            <a:xfrm>
                              <a:off x="3862465" y="1973302"/>
                              <a:ext cx="1030534" cy="324385"/>
                            </a:xfrm>
                            <a:custGeom>
                              <a:avLst/>
                              <a:gdLst>
                                <a:gd name="connsiteX0" fmla="*/ 996970 w 1030534"/>
                                <a:gd name="connsiteY0" fmla="*/ 256575 h 324385"/>
                                <a:gd name="connsiteX1" fmla="*/ 970738 w 1030534"/>
                                <a:gd name="connsiteY1" fmla="*/ 290065 h 324385"/>
                                <a:gd name="connsiteX2" fmla="*/ 917971 w 1030534"/>
                                <a:gd name="connsiteY2" fmla="*/ 290065 h 324385"/>
                                <a:gd name="connsiteX3" fmla="*/ 891739 w 1030534"/>
                                <a:gd name="connsiteY3" fmla="*/ 256575 h 324385"/>
                                <a:gd name="connsiteX4" fmla="*/ 891739 w 1030534"/>
                                <a:gd name="connsiteY4" fmla="*/ 140988 h 324385"/>
                                <a:gd name="connsiteX5" fmla="*/ 874730 w 1030534"/>
                                <a:gd name="connsiteY5" fmla="*/ 123978 h 324385"/>
                                <a:gd name="connsiteX6" fmla="*/ 874730 w 1030534"/>
                                <a:gd name="connsiteY6" fmla="*/ 123978 h 324385"/>
                                <a:gd name="connsiteX7" fmla="*/ 857721 w 1030534"/>
                                <a:gd name="connsiteY7" fmla="*/ 140988 h 324385"/>
                                <a:gd name="connsiteX8" fmla="*/ 857721 w 1030534"/>
                                <a:gd name="connsiteY8" fmla="*/ 140988 h 324385"/>
                                <a:gd name="connsiteX9" fmla="*/ 857721 w 1030534"/>
                                <a:gd name="connsiteY9" fmla="*/ 256651 h 324385"/>
                                <a:gd name="connsiteX10" fmla="*/ 831716 w 1030534"/>
                                <a:gd name="connsiteY10" fmla="*/ 290140 h 324385"/>
                                <a:gd name="connsiteX11" fmla="*/ 789760 w 1030534"/>
                                <a:gd name="connsiteY11" fmla="*/ 290140 h 324385"/>
                                <a:gd name="connsiteX12" fmla="*/ 764208 w 1030534"/>
                                <a:gd name="connsiteY12" fmla="*/ 263606 h 324385"/>
                                <a:gd name="connsiteX13" fmla="*/ 764208 w 1030534"/>
                                <a:gd name="connsiteY13" fmla="*/ 156107 h 324385"/>
                                <a:gd name="connsiteX14" fmla="*/ 747199 w 1030534"/>
                                <a:gd name="connsiteY14" fmla="*/ 139098 h 324385"/>
                                <a:gd name="connsiteX15" fmla="*/ 747123 w 1030534"/>
                                <a:gd name="connsiteY15" fmla="*/ 139098 h 324385"/>
                                <a:gd name="connsiteX16" fmla="*/ 730114 w 1030534"/>
                                <a:gd name="connsiteY16" fmla="*/ 155956 h 324385"/>
                                <a:gd name="connsiteX17" fmla="*/ 729584 w 1030534"/>
                                <a:gd name="connsiteY17" fmla="*/ 256500 h 324385"/>
                                <a:gd name="connsiteX18" fmla="*/ 730114 w 1030534"/>
                                <a:gd name="connsiteY18" fmla="*/ 265722 h 324385"/>
                                <a:gd name="connsiteX19" fmla="*/ 730114 w 1030534"/>
                                <a:gd name="connsiteY19" fmla="*/ 289158 h 324385"/>
                                <a:gd name="connsiteX20" fmla="*/ 367627 w 1030534"/>
                                <a:gd name="connsiteY20" fmla="*/ 289158 h 324385"/>
                                <a:gd name="connsiteX21" fmla="*/ 367627 w 1030534"/>
                                <a:gd name="connsiteY21" fmla="*/ 178862 h 324385"/>
                                <a:gd name="connsiteX22" fmla="*/ 278952 w 1030534"/>
                                <a:gd name="connsiteY22" fmla="*/ 90413 h 324385"/>
                                <a:gd name="connsiteX23" fmla="*/ 190126 w 1030534"/>
                                <a:gd name="connsiteY23" fmla="*/ 90413 h 324385"/>
                                <a:gd name="connsiteX24" fmla="*/ 190126 w 1030534"/>
                                <a:gd name="connsiteY24" fmla="*/ 190050 h 324385"/>
                                <a:gd name="connsiteX25" fmla="*/ 207135 w 1030534"/>
                                <a:gd name="connsiteY25" fmla="*/ 207060 h 324385"/>
                                <a:gd name="connsiteX26" fmla="*/ 224145 w 1030534"/>
                                <a:gd name="connsiteY26" fmla="*/ 190050 h 324385"/>
                                <a:gd name="connsiteX27" fmla="*/ 224145 w 1030534"/>
                                <a:gd name="connsiteY27" fmla="*/ 124281 h 324385"/>
                                <a:gd name="connsiteX28" fmla="*/ 278877 w 1030534"/>
                                <a:gd name="connsiteY28" fmla="*/ 124281 h 324385"/>
                                <a:gd name="connsiteX29" fmla="*/ 333458 w 1030534"/>
                                <a:gd name="connsiteY29" fmla="*/ 178862 h 324385"/>
                                <a:gd name="connsiteX30" fmla="*/ 333458 w 1030534"/>
                                <a:gd name="connsiteY30" fmla="*/ 289158 h 324385"/>
                                <a:gd name="connsiteX31" fmla="*/ 34019 w 1030534"/>
                                <a:gd name="connsiteY31" fmla="*/ 289158 h 324385"/>
                                <a:gd name="connsiteX32" fmla="*/ 34019 w 1030534"/>
                                <a:gd name="connsiteY32" fmla="*/ 17009 h 324385"/>
                                <a:gd name="connsiteX33" fmla="*/ 17009 w 1030534"/>
                                <a:gd name="connsiteY33" fmla="*/ 0 h 324385"/>
                                <a:gd name="connsiteX34" fmla="*/ 0 w 1030534"/>
                                <a:gd name="connsiteY34" fmla="*/ 17009 h 324385"/>
                                <a:gd name="connsiteX35" fmla="*/ 0 w 1030534"/>
                                <a:gd name="connsiteY35" fmla="*/ 289006 h 324385"/>
                                <a:gd name="connsiteX36" fmla="*/ 32053 w 1030534"/>
                                <a:gd name="connsiteY36" fmla="*/ 321059 h 324385"/>
                                <a:gd name="connsiteX37" fmla="*/ 764056 w 1030534"/>
                                <a:gd name="connsiteY37" fmla="*/ 323252 h 324385"/>
                                <a:gd name="connsiteX38" fmla="*/ 764056 w 1030534"/>
                                <a:gd name="connsiteY38" fmla="*/ 317960 h 324385"/>
                                <a:gd name="connsiteX39" fmla="*/ 789533 w 1030534"/>
                                <a:gd name="connsiteY39" fmla="*/ 324385 h 324385"/>
                                <a:gd name="connsiteX40" fmla="*/ 831489 w 1030534"/>
                                <a:gd name="connsiteY40" fmla="*/ 324385 h 324385"/>
                                <a:gd name="connsiteX41" fmla="*/ 874503 w 1030534"/>
                                <a:gd name="connsiteY41" fmla="*/ 303748 h 324385"/>
                                <a:gd name="connsiteX42" fmla="*/ 917745 w 1030534"/>
                                <a:gd name="connsiteY42" fmla="*/ 324385 h 324385"/>
                                <a:gd name="connsiteX43" fmla="*/ 970435 w 1030534"/>
                                <a:gd name="connsiteY43" fmla="*/ 324385 h 324385"/>
                                <a:gd name="connsiteX44" fmla="*/ 1030535 w 1030534"/>
                                <a:gd name="connsiteY44" fmla="*/ 256802 h 324385"/>
                                <a:gd name="connsiteX45" fmla="*/ 1030535 w 1030534"/>
                                <a:gd name="connsiteY45" fmla="*/ 121484 h 324385"/>
                                <a:gd name="connsiteX46" fmla="*/ 1013526 w 1030534"/>
                                <a:gd name="connsiteY46" fmla="*/ 104475 h 324385"/>
                                <a:gd name="connsiteX47" fmla="*/ 996516 w 1030534"/>
                                <a:gd name="connsiteY47" fmla="*/ 121484 h 324385"/>
                                <a:gd name="connsiteX48" fmla="*/ 996516 w 1030534"/>
                                <a:gd name="connsiteY48" fmla="*/ 256802 h 324385"/>
                                <a:gd name="connsiteX49" fmla="*/ 996894 w 1030534"/>
                                <a:gd name="connsiteY49" fmla="*/ 256802 h 324385"/>
                                <a:gd name="connsiteX50" fmla="*/ 996970 w 1030534"/>
                                <a:gd name="connsiteY50" fmla="*/ 256575 h 324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030534" h="324385">
                                  <a:moveTo>
                                    <a:pt x="996970" y="256575"/>
                                  </a:moveTo>
                                  <a:cubicBezTo>
                                    <a:pt x="996970" y="275097"/>
                                    <a:pt x="985253" y="290065"/>
                                    <a:pt x="970738" y="290065"/>
                                  </a:cubicBezTo>
                                  <a:lnTo>
                                    <a:pt x="917971" y="290065"/>
                                  </a:lnTo>
                                  <a:cubicBezTo>
                                    <a:pt x="903533" y="290065"/>
                                    <a:pt x="891739" y="275097"/>
                                    <a:pt x="891739" y="256575"/>
                                  </a:cubicBezTo>
                                  <a:lnTo>
                                    <a:pt x="891739" y="140988"/>
                                  </a:lnTo>
                                  <a:cubicBezTo>
                                    <a:pt x="891739" y="131614"/>
                                    <a:pt x="884104" y="123978"/>
                                    <a:pt x="874730" y="123978"/>
                                  </a:cubicBezTo>
                                  <a:lnTo>
                                    <a:pt x="874730" y="123978"/>
                                  </a:lnTo>
                                  <a:cubicBezTo>
                                    <a:pt x="865356" y="123978"/>
                                    <a:pt x="857721" y="131538"/>
                                    <a:pt x="857721" y="140988"/>
                                  </a:cubicBezTo>
                                  <a:lnTo>
                                    <a:pt x="857721" y="140988"/>
                                  </a:lnTo>
                                  <a:lnTo>
                                    <a:pt x="857721" y="256651"/>
                                  </a:lnTo>
                                  <a:cubicBezTo>
                                    <a:pt x="857721" y="275172"/>
                                    <a:pt x="846004" y="290140"/>
                                    <a:pt x="831716" y="290140"/>
                                  </a:cubicBezTo>
                                  <a:lnTo>
                                    <a:pt x="789760" y="290140"/>
                                  </a:lnTo>
                                  <a:cubicBezTo>
                                    <a:pt x="776001" y="288628"/>
                                    <a:pt x="765266" y="277440"/>
                                    <a:pt x="764208" y="263606"/>
                                  </a:cubicBezTo>
                                  <a:lnTo>
                                    <a:pt x="764208" y="156107"/>
                                  </a:lnTo>
                                  <a:cubicBezTo>
                                    <a:pt x="764208" y="146733"/>
                                    <a:pt x="756648" y="139098"/>
                                    <a:pt x="747199" y="139098"/>
                                  </a:cubicBezTo>
                                  <a:lnTo>
                                    <a:pt x="747123" y="139098"/>
                                  </a:lnTo>
                                  <a:cubicBezTo>
                                    <a:pt x="737749" y="139098"/>
                                    <a:pt x="730114" y="146582"/>
                                    <a:pt x="730114" y="155956"/>
                                  </a:cubicBezTo>
                                  <a:lnTo>
                                    <a:pt x="729584" y="256500"/>
                                  </a:lnTo>
                                  <a:cubicBezTo>
                                    <a:pt x="729584" y="259524"/>
                                    <a:pt x="729736" y="262623"/>
                                    <a:pt x="730114" y="265722"/>
                                  </a:cubicBezTo>
                                  <a:lnTo>
                                    <a:pt x="730114" y="289158"/>
                                  </a:lnTo>
                                  <a:lnTo>
                                    <a:pt x="367627" y="289158"/>
                                  </a:lnTo>
                                  <a:lnTo>
                                    <a:pt x="367627" y="178862"/>
                                  </a:lnTo>
                                  <a:cubicBezTo>
                                    <a:pt x="367551" y="129951"/>
                                    <a:pt x="327939" y="90413"/>
                                    <a:pt x="278952" y="90413"/>
                                  </a:cubicBezTo>
                                  <a:lnTo>
                                    <a:pt x="190126" y="90413"/>
                                  </a:lnTo>
                                  <a:lnTo>
                                    <a:pt x="190126" y="190050"/>
                                  </a:lnTo>
                                  <a:cubicBezTo>
                                    <a:pt x="190126" y="199500"/>
                                    <a:pt x="197761" y="207060"/>
                                    <a:pt x="207135" y="207060"/>
                                  </a:cubicBezTo>
                                  <a:cubicBezTo>
                                    <a:pt x="216509" y="207060"/>
                                    <a:pt x="224145" y="199424"/>
                                    <a:pt x="224145" y="190050"/>
                                  </a:cubicBezTo>
                                  <a:lnTo>
                                    <a:pt x="224145" y="124281"/>
                                  </a:lnTo>
                                  <a:lnTo>
                                    <a:pt x="278877" y="124281"/>
                                  </a:lnTo>
                                  <a:cubicBezTo>
                                    <a:pt x="309040" y="124281"/>
                                    <a:pt x="333458" y="148774"/>
                                    <a:pt x="333458" y="178862"/>
                                  </a:cubicBezTo>
                                  <a:lnTo>
                                    <a:pt x="333458" y="289158"/>
                                  </a:lnTo>
                                  <a:lnTo>
                                    <a:pt x="34019" y="289158"/>
                                  </a:lnTo>
                                  <a:lnTo>
                                    <a:pt x="34019" y="17009"/>
                                  </a:lnTo>
                                  <a:cubicBezTo>
                                    <a:pt x="34019" y="7560"/>
                                    <a:pt x="26383" y="0"/>
                                    <a:pt x="17009" y="0"/>
                                  </a:cubicBezTo>
                                  <a:cubicBezTo>
                                    <a:pt x="7635" y="0"/>
                                    <a:pt x="0" y="7635"/>
                                    <a:pt x="0" y="17009"/>
                                  </a:cubicBezTo>
                                  <a:lnTo>
                                    <a:pt x="0" y="289006"/>
                                  </a:lnTo>
                                  <a:cubicBezTo>
                                    <a:pt x="0" y="306696"/>
                                    <a:pt x="14364" y="321059"/>
                                    <a:pt x="32053" y="321059"/>
                                  </a:cubicBezTo>
                                  <a:lnTo>
                                    <a:pt x="764056" y="323252"/>
                                  </a:lnTo>
                                  <a:lnTo>
                                    <a:pt x="764056" y="317960"/>
                                  </a:lnTo>
                                  <a:cubicBezTo>
                                    <a:pt x="771919" y="322118"/>
                                    <a:pt x="780688" y="324310"/>
                                    <a:pt x="789533" y="324385"/>
                                  </a:cubicBezTo>
                                  <a:lnTo>
                                    <a:pt x="831489" y="324385"/>
                                  </a:lnTo>
                                  <a:cubicBezTo>
                                    <a:pt x="848196" y="324235"/>
                                    <a:pt x="863920" y="316675"/>
                                    <a:pt x="874503" y="303748"/>
                                  </a:cubicBezTo>
                                  <a:cubicBezTo>
                                    <a:pt x="885163" y="316675"/>
                                    <a:pt x="900962" y="324235"/>
                                    <a:pt x="917745" y="324385"/>
                                  </a:cubicBezTo>
                                  <a:lnTo>
                                    <a:pt x="970435" y="324385"/>
                                  </a:lnTo>
                                  <a:cubicBezTo>
                                    <a:pt x="1003547" y="324385"/>
                                    <a:pt x="1030535" y="294222"/>
                                    <a:pt x="1030535" y="256802"/>
                                  </a:cubicBezTo>
                                  <a:lnTo>
                                    <a:pt x="1030535" y="121484"/>
                                  </a:lnTo>
                                  <a:cubicBezTo>
                                    <a:pt x="1030535" y="112034"/>
                                    <a:pt x="1022900" y="104475"/>
                                    <a:pt x="1013526" y="104475"/>
                                  </a:cubicBezTo>
                                  <a:cubicBezTo>
                                    <a:pt x="1004076" y="104475"/>
                                    <a:pt x="996516" y="112110"/>
                                    <a:pt x="996516" y="121484"/>
                                  </a:cubicBezTo>
                                  <a:lnTo>
                                    <a:pt x="996516" y="256802"/>
                                  </a:lnTo>
                                  <a:lnTo>
                                    <a:pt x="996894" y="256802"/>
                                  </a:lnTo>
                                  <a:lnTo>
                                    <a:pt x="996970" y="256575"/>
                                  </a:lnTo>
                                  <a:close/>
                                </a:path>
                              </a:pathLst>
                            </a:custGeom>
                            <a:solidFill>
                              <a:srgbClr val="63656C"/>
                            </a:solidFill>
                            <a:ln w="7553" cap="flat">
                              <a:noFill/>
                              <a:prstDash val="solid"/>
                              <a:miter/>
                            </a:ln>
                          </wps:spPr>
                          <wps:bodyPr rtlCol="0" anchor="ctr"/>
                        </wps:wsp>
                        <wps:wsp>
                          <wps:cNvPr id="1108989235" name="Freeform: Shape 119">
                            <a:extLst>
                              <a:ext uri="{FF2B5EF4-FFF2-40B4-BE49-F238E27FC236}">
                                <a16:creationId xmlns:a16="http://schemas.microsoft.com/office/drawing/2014/main" id="{4D9CC32D-3AF4-7D9C-7076-D8AFBA31BF9A}"/>
                              </a:ext>
                            </a:extLst>
                          </wps:cNvPr>
                          <wps:cNvSpPr/>
                          <wps:spPr>
                            <a:xfrm>
                              <a:off x="5293057" y="1999308"/>
                              <a:ext cx="34018" cy="295583"/>
                            </a:xfrm>
                            <a:custGeom>
                              <a:avLst/>
                              <a:gdLst>
                                <a:gd name="connsiteX0" fmla="*/ 17009 w 34018"/>
                                <a:gd name="connsiteY0" fmla="*/ 295583 h 295583"/>
                                <a:gd name="connsiteX1" fmla="*/ 17009 w 34018"/>
                                <a:gd name="connsiteY1" fmla="*/ 295583 h 295583"/>
                                <a:gd name="connsiteX2" fmla="*/ 34019 w 34018"/>
                                <a:gd name="connsiteY2" fmla="*/ 278574 h 295583"/>
                                <a:gd name="connsiteX3" fmla="*/ 34019 w 34018"/>
                                <a:gd name="connsiteY3" fmla="*/ 278574 h 295583"/>
                                <a:gd name="connsiteX4" fmla="*/ 34019 w 34018"/>
                                <a:gd name="connsiteY4" fmla="*/ 17009 h 295583"/>
                                <a:gd name="connsiteX5" fmla="*/ 17009 w 34018"/>
                                <a:gd name="connsiteY5" fmla="*/ 0 h 295583"/>
                                <a:gd name="connsiteX6" fmla="*/ 0 w 34018"/>
                                <a:gd name="connsiteY6" fmla="*/ 17009 h 295583"/>
                                <a:gd name="connsiteX7" fmla="*/ 0 w 34018"/>
                                <a:gd name="connsiteY7" fmla="*/ 278574 h 295583"/>
                                <a:gd name="connsiteX8" fmla="*/ 17009 w 34018"/>
                                <a:gd name="connsiteY8" fmla="*/ 295583 h 295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018" h="295583">
                                  <a:moveTo>
                                    <a:pt x="17009" y="295583"/>
                                  </a:moveTo>
                                  <a:lnTo>
                                    <a:pt x="17009" y="295583"/>
                                  </a:lnTo>
                                  <a:cubicBezTo>
                                    <a:pt x="26384" y="295583"/>
                                    <a:pt x="34019" y="288023"/>
                                    <a:pt x="34019" y="278574"/>
                                  </a:cubicBezTo>
                                  <a:lnTo>
                                    <a:pt x="34019" y="278574"/>
                                  </a:lnTo>
                                  <a:lnTo>
                                    <a:pt x="34019" y="17009"/>
                                  </a:lnTo>
                                  <a:cubicBezTo>
                                    <a:pt x="34019" y="7560"/>
                                    <a:pt x="26384" y="0"/>
                                    <a:pt x="17009" y="0"/>
                                  </a:cubicBezTo>
                                  <a:cubicBezTo>
                                    <a:pt x="7560" y="0"/>
                                    <a:pt x="0" y="7635"/>
                                    <a:pt x="0" y="17009"/>
                                  </a:cubicBezTo>
                                  <a:lnTo>
                                    <a:pt x="0" y="278574"/>
                                  </a:lnTo>
                                  <a:cubicBezTo>
                                    <a:pt x="0" y="287873"/>
                                    <a:pt x="7635" y="295507"/>
                                    <a:pt x="17009" y="295583"/>
                                  </a:cubicBezTo>
                                </a:path>
                              </a:pathLst>
                            </a:custGeom>
                            <a:solidFill>
                              <a:srgbClr val="63656C"/>
                            </a:solidFill>
                            <a:ln w="7553" cap="flat">
                              <a:noFill/>
                              <a:prstDash val="solid"/>
                              <a:miter/>
                            </a:ln>
                          </wps:spPr>
                          <wps:bodyPr rtlCol="0" anchor="ctr"/>
                        </wps:wsp>
                        <wps:wsp>
                          <wps:cNvPr id="923492681" name="Freeform: Shape 120">
                            <a:extLst>
                              <a:ext uri="{FF2B5EF4-FFF2-40B4-BE49-F238E27FC236}">
                                <a16:creationId xmlns:a16="http://schemas.microsoft.com/office/drawing/2014/main" id="{812822A1-DADA-E1CA-1BA4-59682E06E702}"/>
                              </a:ext>
                            </a:extLst>
                          </wps:cNvPr>
                          <wps:cNvSpPr/>
                          <wps:spPr>
                            <a:xfrm>
                              <a:off x="4936090" y="1995830"/>
                              <a:ext cx="276306" cy="300648"/>
                            </a:xfrm>
                            <a:custGeom>
                              <a:avLst/>
                              <a:gdLst>
                                <a:gd name="connsiteX0" fmla="*/ 16934 w 276306"/>
                                <a:gd name="connsiteY0" fmla="*/ 300497 h 300648"/>
                                <a:gd name="connsiteX1" fmla="*/ 237449 w 276306"/>
                                <a:gd name="connsiteY1" fmla="*/ 300497 h 300648"/>
                                <a:gd name="connsiteX2" fmla="*/ 276306 w 276306"/>
                                <a:gd name="connsiteY2" fmla="*/ 261640 h 300648"/>
                                <a:gd name="connsiteX3" fmla="*/ 276306 w 276306"/>
                                <a:gd name="connsiteY3" fmla="*/ 17009 h 300648"/>
                                <a:gd name="connsiteX4" fmla="*/ 259297 w 276306"/>
                                <a:gd name="connsiteY4" fmla="*/ 0 h 300648"/>
                                <a:gd name="connsiteX5" fmla="*/ 259297 w 276306"/>
                                <a:gd name="connsiteY5" fmla="*/ 0 h 300648"/>
                                <a:gd name="connsiteX6" fmla="*/ 242287 w 276306"/>
                                <a:gd name="connsiteY6" fmla="*/ 17009 h 300648"/>
                                <a:gd name="connsiteX7" fmla="*/ 242287 w 276306"/>
                                <a:gd name="connsiteY7" fmla="*/ 266630 h 300648"/>
                                <a:gd name="connsiteX8" fmla="*/ 17009 w 276306"/>
                                <a:gd name="connsiteY8" fmla="*/ 266630 h 300648"/>
                                <a:gd name="connsiteX9" fmla="*/ 0 w 276306"/>
                                <a:gd name="connsiteY9" fmla="*/ 283639 h 300648"/>
                                <a:gd name="connsiteX10" fmla="*/ 17009 w 276306"/>
                                <a:gd name="connsiteY10" fmla="*/ 300648 h 300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6306" h="300648">
                                  <a:moveTo>
                                    <a:pt x="16934" y="300497"/>
                                  </a:moveTo>
                                  <a:lnTo>
                                    <a:pt x="237449" y="300497"/>
                                  </a:lnTo>
                                  <a:cubicBezTo>
                                    <a:pt x="258843" y="300497"/>
                                    <a:pt x="276306" y="283110"/>
                                    <a:pt x="276306" y="261640"/>
                                  </a:cubicBezTo>
                                  <a:lnTo>
                                    <a:pt x="276306" y="17009"/>
                                  </a:lnTo>
                                  <a:cubicBezTo>
                                    <a:pt x="276306" y="7635"/>
                                    <a:pt x="268671" y="0"/>
                                    <a:pt x="259297" y="0"/>
                                  </a:cubicBezTo>
                                  <a:lnTo>
                                    <a:pt x="259297" y="0"/>
                                  </a:lnTo>
                                  <a:cubicBezTo>
                                    <a:pt x="249923" y="0"/>
                                    <a:pt x="242287" y="7635"/>
                                    <a:pt x="242287" y="17009"/>
                                  </a:cubicBezTo>
                                  <a:lnTo>
                                    <a:pt x="242287" y="266630"/>
                                  </a:lnTo>
                                  <a:lnTo>
                                    <a:pt x="17009" y="266630"/>
                                  </a:lnTo>
                                  <a:cubicBezTo>
                                    <a:pt x="7560" y="266630"/>
                                    <a:pt x="0" y="274265"/>
                                    <a:pt x="0" y="283639"/>
                                  </a:cubicBezTo>
                                  <a:cubicBezTo>
                                    <a:pt x="0" y="293013"/>
                                    <a:pt x="7635" y="300648"/>
                                    <a:pt x="17009" y="300648"/>
                                  </a:cubicBezTo>
                                </a:path>
                              </a:pathLst>
                            </a:custGeom>
                            <a:solidFill>
                              <a:srgbClr val="63656C"/>
                            </a:solidFill>
                            <a:ln w="7553" cap="flat">
                              <a:noFill/>
                              <a:prstDash val="solid"/>
                              <a:miter/>
                            </a:ln>
                          </wps:spPr>
                          <wps:bodyPr rtlCol="0" anchor="ctr"/>
                        </wps:wsp>
                        <wps:wsp>
                          <wps:cNvPr id="526964909" name="Freeform: Shape 121">
                            <a:extLst>
                              <a:ext uri="{FF2B5EF4-FFF2-40B4-BE49-F238E27FC236}">
                                <a16:creationId xmlns:a16="http://schemas.microsoft.com/office/drawing/2014/main" id="{CDCAB6A2-FCA5-1983-DAD8-64CE29FA8534}"/>
                              </a:ext>
                            </a:extLst>
                          </wps:cNvPr>
                          <wps:cNvSpPr/>
                          <wps:spPr>
                            <a:xfrm>
                              <a:off x="4932461" y="2469066"/>
                              <a:ext cx="173872" cy="318337"/>
                            </a:xfrm>
                            <a:custGeom>
                              <a:avLst/>
                              <a:gdLst>
                                <a:gd name="connsiteX0" fmla="*/ 101677 w 173872"/>
                                <a:gd name="connsiteY0" fmla="*/ 0 h 318337"/>
                                <a:gd name="connsiteX1" fmla="*/ 72195 w 173872"/>
                                <a:gd name="connsiteY1" fmla="*/ 0 h 318337"/>
                                <a:gd name="connsiteX2" fmla="*/ 0 w 173872"/>
                                <a:gd name="connsiteY2" fmla="*/ 72195 h 318337"/>
                                <a:gd name="connsiteX3" fmla="*/ 0 w 173872"/>
                                <a:gd name="connsiteY3" fmla="*/ 173494 h 318337"/>
                                <a:gd name="connsiteX4" fmla="*/ 72195 w 173872"/>
                                <a:gd name="connsiteY4" fmla="*/ 245689 h 318337"/>
                                <a:gd name="connsiteX5" fmla="*/ 84819 w 173872"/>
                                <a:gd name="connsiteY5" fmla="*/ 245689 h 318337"/>
                                <a:gd name="connsiteX6" fmla="*/ 101829 w 173872"/>
                                <a:gd name="connsiteY6" fmla="*/ 228680 h 318337"/>
                                <a:gd name="connsiteX7" fmla="*/ 84819 w 173872"/>
                                <a:gd name="connsiteY7" fmla="*/ 211671 h 318337"/>
                                <a:gd name="connsiteX8" fmla="*/ 72195 w 173872"/>
                                <a:gd name="connsiteY8" fmla="*/ 211671 h 318337"/>
                                <a:gd name="connsiteX9" fmla="*/ 34094 w 173872"/>
                                <a:gd name="connsiteY9" fmla="*/ 173646 h 318337"/>
                                <a:gd name="connsiteX10" fmla="*/ 34094 w 173872"/>
                                <a:gd name="connsiteY10" fmla="*/ 173646 h 318337"/>
                                <a:gd name="connsiteX11" fmla="*/ 34094 w 173872"/>
                                <a:gd name="connsiteY11" fmla="*/ 72270 h 318337"/>
                                <a:gd name="connsiteX12" fmla="*/ 72119 w 173872"/>
                                <a:gd name="connsiteY12" fmla="*/ 34169 h 318337"/>
                                <a:gd name="connsiteX13" fmla="*/ 101677 w 173872"/>
                                <a:gd name="connsiteY13" fmla="*/ 34169 h 318337"/>
                                <a:gd name="connsiteX14" fmla="*/ 139854 w 173872"/>
                                <a:gd name="connsiteY14" fmla="*/ 72119 h 318337"/>
                                <a:gd name="connsiteX15" fmla="*/ 139854 w 173872"/>
                                <a:gd name="connsiteY15" fmla="*/ 301329 h 318337"/>
                                <a:gd name="connsiteX16" fmla="*/ 156863 w 173872"/>
                                <a:gd name="connsiteY16" fmla="*/ 318338 h 318337"/>
                                <a:gd name="connsiteX17" fmla="*/ 173873 w 173872"/>
                                <a:gd name="connsiteY17" fmla="*/ 301329 h 318337"/>
                                <a:gd name="connsiteX18" fmla="*/ 173873 w 173872"/>
                                <a:gd name="connsiteY18" fmla="*/ 301329 h 318337"/>
                                <a:gd name="connsiteX19" fmla="*/ 173873 w 173872"/>
                                <a:gd name="connsiteY19" fmla="*/ 72195 h 318337"/>
                                <a:gd name="connsiteX20" fmla="*/ 101677 w 173872"/>
                                <a:gd name="connsiteY20" fmla="*/ 0 h 318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3872" h="318337">
                                  <a:moveTo>
                                    <a:pt x="101677" y="0"/>
                                  </a:moveTo>
                                  <a:lnTo>
                                    <a:pt x="72195" y="0"/>
                                  </a:lnTo>
                                  <a:cubicBezTo>
                                    <a:pt x="32355" y="75"/>
                                    <a:pt x="151" y="32355"/>
                                    <a:pt x="0" y="72195"/>
                                  </a:cubicBezTo>
                                  <a:lnTo>
                                    <a:pt x="0" y="173494"/>
                                  </a:lnTo>
                                  <a:cubicBezTo>
                                    <a:pt x="0" y="213334"/>
                                    <a:pt x="32279" y="245614"/>
                                    <a:pt x="72195" y="245689"/>
                                  </a:cubicBezTo>
                                  <a:lnTo>
                                    <a:pt x="84819" y="245689"/>
                                  </a:lnTo>
                                  <a:cubicBezTo>
                                    <a:pt x="94269" y="245689"/>
                                    <a:pt x="101829" y="238054"/>
                                    <a:pt x="101829" y="228680"/>
                                  </a:cubicBezTo>
                                  <a:cubicBezTo>
                                    <a:pt x="101829" y="219231"/>
                                    <a:pt x="94193" y="211671"/>
                                    <a:pt x="84819" y="211671"/>
                                  </a:cubicBezTo>
                                  <a:lnTo>
                                    <a:pt x="72195" y="211671"/>
                                  </a:lnTo>
                                  <a:cubicBezTo>
                                    <a:pt x="51179" y="211671"/>
                                    <a:pt x="34094" y="194662"/>
                                    <a:pt x="34094" y="173646"/>
                                  </a:cubicBezTo>
                                  <a:lnTo>
                                    <a:pt x="34094" y="173646"/>
                                  </a:lnTo>
                                  <a:lnTo>
                                    <a:pt x="34094" y="72270"/>
                                  </a:lnTo>
                                  <a:cubicBezTo>
                                    <a:pt x="34094" y="51254"/>
                                    <a:pt x="51103" y="34169"/>
                                    <a:pt x="72119" y="34169"/>
                                  </a:cubicBezTo>
                                  <a:lnTo>
                                    <a:pt x="101677" y="34169"/>
                                  </a:lnTo>
                                  <a:cubicBezTo>
                                    <a:pt x="122693" y="34169"/>
                                    <a:pt x="139778" y="51179"/>
                                    <a:pt x="139854" y="72119"/>
                                  </a:cubicBezTo>
                                  <a:lnTo>
                                    <a:pt x="139854" y="301329"/>
                                  </a:lnTo>
                                  <a:cubicBezTo>
                                    <a:pt x="139854" y="310778"/>
                                    <a:pt x="147489" y="318338"/>
                                    <a:pt x="156863" y="318338"/>
                                  </a:cubicBezTo>
                                  <a:cubicBezTo>
                                    <a:pt x="166313" y="318338"/>
                                    <a:pt x="173873" y="310702"/>
                                    <a:pt x="173873" y="301329"/>
                                  </a:cubicBezTo>
                                  <a:lnTo>
                                    <a:pt x="173873" y="301329"/>
                                  </a:lnTo>
                                  <a:lnTo>
                                    <a:pt x="173873" y="72195"/>
                                  </a:lnTo>
                                  <a:cubicBezTo>
                                    <a:pt x="173873" y="32279"/>
                                    <a:pt x="141593" y="0"/>
                                    <a:pt x="101677" y="0"/>
                                  </a:cubicBezTo>
                                </a:path>
                              </a:pathLst>
                            </a:custGeom>
                            <a:solidFill>
                              <a:srgbClr val="63656C"/>
                            </a:solidFill>
                            <a:ln w="7553" cap="flat">
                              <a:noFill/>
                              <a:prstDash val="solid"/>
                              <a:miter/>
                            </a:ln>
                          </wps:spPr>
                          <wps:bodyPr rtlCol="0" anchor="ctr"/>
                        </wps:wsp>
                        <wps:wsp>
                          <wps:cNvPr id="1653591942" name="Freeform: Shape 122">
                            <a:extLst>
                              <a:ext uri="{FF2B5EF4-FFF2-40B4-BE49-F238E27FC236}">
                                <a16:creationId xmlns:a16="http://schemas.microsoft.com/office/drawing/2014/main" id="{E1E21F4C-5DA9-8AB8-D1BC-A84AFC41019D}"/>
                              </a:ext>
                            </a:extLst>
                          </wps:cNvPr>
                          <wps:cNvSpPr/>
                          <wps:spPr>
                            <a:xfrm>
                              <a:off x="5139294" y="2473979"/>
                              <a:ext cx="186572" cy="234501"/>
                            </a:xfrm>
                            <a:custGeom>
                              <a:avLst/>
                              <a:gdLst>
                                <a:gd name="connsiteX0" fmla="*/ 98049 w 186572"/>
                                <a:gd name="connsiteY0" fmla="*/ 0 h 234501"/>
                                <a:gd name="connsiteX1" fmla="*/ 34850 w 186572"/>
                                <a:gd name="connsiteY1" fmla="*/ 0 h 234501"/>
                                <a:gd name="connsiteX2" fmla="*/ 9374 w 186572"/>
                                <a:gd name="connsiteY2" fmla="*/ 25326 h 234501"/>
                                <a:gd name="connsiteX3" fmla="*/ 9374 w 186572"/>
                                <a:gd name="connsiteY3" fmla="*/ 25552 h 234501"/>
                                <a:gd name="connsiteX4" fmla="*/ 9374 w 186572"/>
                                <a:gd name="connsiteY4" fmla="*/ 99940 h 234501"/>
                                <a:gd name="connsiteX5" fmla="*/ 26383 w 186572"/>
                                <a:gd name="connsiteY5" fmla="*/ 116949 h 234501"/>
                                <a:gd name="connsiteX6" fmla="*/ 43392 w 186572"/>
                                <a:gd name="connsiteY6" fmla="*/ 99940 h 234501"/>
                                <a:gd name="connsiteX7" fmla="*/ 43392 w 186572"/>
                                <a:gd name="connsiteY7" fmla="*/ 34170 h 234501"/>
                                <a:gd name="connsiteX8" fmla="*/ 97974 w 186572"/>
                                <a:gd name="connsiteY8" fmla="*/ 34170 h 234501"/>
                                <a:gd name="connsiteX9" fmla="*/ 152554 w 186572"/>
                                <a:gd name="connsiteY9" fmla="*/ 88751 h 234501"/>
                                <a:gd name="connsiteX10" fmla="*/ 152554 w 186572"/>
                                <a:gd name="connsiteY10" fmla="*/ 200483 h 234501"/>
                                <a:gd name="connsiteX11" fmla="*/ 17009 w 186572"/>
                                <a:gd name="connsiteY11" fmla="*/ 200483 h 234501"/>
                                <a:gd name="connsiteX12" fmla="*/ 0 w 186572"/>
                                <a:gd name="connsiteY12" fmla="*/ 217492 h 234501"/>
                                <a:gd name="connsiteX13" fmla="*/ 17009 w 186572"/>
                                <a:gd name="connsiteY13" fmla="*/ 234502 h 234501"/>
                                <a:gd name="connsiteX14" fmla="*/ 149228 w 186572"/>
                                <a:gd name="connsiteY14" fmla="*/ 234502 h 234501"/>
                                <a:gd name="connsiteX15" fmla="*/ 186573 w 186572"/>
                                <a:gd name="connsiteY15" fmla="*/ 197157 h 234501"/>
                                <a:gd name="connsiteX16" fmla="*/ 186573 w 186572"/>
                                <a:gd name="connsiteY16" fmla="*/ 88675 h 234501"/>
                                <a:gd name="connsiteX17" fmla="*/ 98049 w 186572"/>
                                <a:gd name="connsiteY17" fmla="*/ 0 h 2345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6572" h="234501">
                                  <a:moveTo>
                                    <a:pt x="98049" y="0"/>
                                  </a:moveTo>
                                  <a:lnTo>
                                    <a:pt x="34850" y="0"/>
                                  </a:lnTo>
                                  <a:cubicBezTo>
                                    <a:pt x="20789" y="-75"/>
                                    <a:pt x="9374" y="11264"/>
                                    <a:pt x="9374" y="25326"/>
                                  </a:cubicBezTo>
                                  <a:cubicBezTo>
                                    <a:pt x="9374" y="25401"/>
                                    <a:pt x="9374" y="25476"/>
                                    <a:pt x="9374" y="25552"/>
                                  </a:cubicBezTo>
                                  <a:lnTo>
                                    <a:pt x="9374" y="99940"/>
                                  </a:lnTo>
                                  <a:cubicBezTo>
                                    <a:pt x="9374" y="109389"/>
                                    <a:pt x="17009" y="116949"/>
                                    <a:pt x="26383" y="116949"/>
                                  </a:cubicBezTo>
                                  <a:cubicBezTo>
                                    <a:pt x="35757" y="116949"/>
                                    <a:pt x="43392" y="109313"/>
                                    <a:pt x="43392" y="99940"/>
                                  </a:cubicBezTo>
                                  <a:lnTo>
                                    <a:pt x="43392" y="34170"/>
                                  </a:lnTo>
                                  <a:lnTo>
                                    <a:pt x="97974" y="34170"/>
                                  </a:lnTo>
                                  <a:cubicBezTo>
                                    <a:pt x="128061" y="34246"/>
                                    <a:pt x="152479" y="58664"/>
                                    <a:pt x="152554" y="88751"/>
                                  </a:cubicBezTo>
                                  <a:lnTo>
                                    <a:pt x="152554" y="200483"/>
                                  </a:lnTo>
                                  <a:lnTo>
                                    <a:pt x="17009" y="200483"/>
                                  </a:lnTo>
                                  <a:cubicBezTo>
                                    <a:pt x="7560" y="200483"/>
                                    <a:pt x="0" y="208118"/>
                                    <a:pt x="0" y="217492"/>
                                  </a:cubicBezTo>
                                  <a:cubicBezTo>
                                    <a:pt x="0" y="226942"/>
                                    <a:pt x="7635" y="234502"/>
                                    <a:pt x="17009" y="234502"/>
                                  </a:cubicBezTo>
                                  <a:lnTo>
                                    <a:pt x="149228" y="234502"/>
                                  </a:lnTo>
                                  <a:cubicBezTo>
                                    <a:pt x="169866" y="234502"/>
                                    <a:pt x="186573" y="217795"/>
                                    <a:pt x="186573" y="197157"/>
                                  </a:cubicBezTo>
                                  <a:lnTo>
                                    <a:pt x="186573" y="88675"/>
                                  </a:lnTo>
                                  <a:cubicBezTo>
                                    <a:pt x="186648" y="39764"/>
                                    <a:pt x="147036" y="152"/>
                                    <a:pt x="98049" y="0"/>
                                  </a:cubicBezTo>
                                </a:path>
                              </a:pathLst>
                            </a:custGeom>
                            <a:solidFill>
                              <a:srgbClr val="63656C"/>
                            </a:solidFill>
                            <a:ln w="7553" cap="flat">
                              <a:noFill/>
                              <a:prstDash val="solid"/>
                              <a:miter/>
                            </a:ln>
                          </wps:spPr>
                          <wps:bodyPr rtlCol="0" anchor="ctr"/>
                        </wps:wsp>
                        <wps:wsp>
                          <wps:cNvPr id="95120797" name="Freeform: Shape 123">
                            <a:extLst>
                              <a:ext uri="{FF2B5EF4-FFF2-40B4-BE49-F238E27FC236}">
                                <a16:creationId xmlns:a16="http://schemas.microsoft.com/office/drawing/2014/main" id="{72B0EC2A-BF12-461C-9F42-A740334DA854}"/>
                              </a:ext>
                            </a:extLst>
                          </wps:cNvPr>
                          <wps:cNvSpPr/>
                          <wps:spPr>
                            <a:xfrm>
                              <a:off x="4981674" y="1967557"/>
                              <a:ext cx="105835" cy="265495"/>
                            </a:xfrm>
                            <a:custGeom>
                              <a:avLst/>
                              <a:gdLst>
                                <a:gd name="connsiteX0" fmla="*/ 94572 w 105835"/>
                                <a:gd name="connsiteY0" fmla="*/ 46946 h 265495"/>
                                <a:gd name="connsiteX1" fmla="*/ 94572 w 105835"/>
                                <a:gd name="connsiteY1" fmla="*/ 0 h 265495"/>
                                <a:gd name="connsiteX2" fmla="*/ 58361 w 105835"/>
                                <a:gd name="connsiteY2" fmla="*/ 0 h 265495"/>
                                <a:gd name="connsiteX3" fmla="*/ 22150 w 105835"/>
                                <a:gd name="connsiteY3" fmla="*/ 36211 h 265495"/>
                                <a:gd name="connsiteX4" fmla="*/ 22150 w 105835"/>
                                <a:gd name="connsiteY4" fmla="*/ 63274 h 265495"/>
                                <a:gd name="connsiteX5" fmla="*/ 0 w 105835"/>
                                <a:gd name="connsiteY5" fmla="*/ 63274 h 265495"/>
                                <a:gd name="connsiteX6" fmla="*/ 0 w 105835"/>
                                <a:gd name="connsiteY6" fmla="*/ 81039 h 265495"/>
                                <a:gd name="connsiteX7" fmla="*/ 44149 w 105835"/>
                                <a:gd name="connsiteY7" fmla="*/ 81039 h 265495"/>
                                <a:gd name="connsiteX8" fmla="*/ 44149 w 105835"/>
                                <a:gd name="connsiteY8" fmla="*/ 248486 h 265495"/>
                                <a:gd name="connsiteX9" fmla="*/ 61158 w 105835"/>
                                <a:gd name="connsiteY9" fmla="*/ 265496 h 265495"/>
                                <a:gd name="connsiteX10" fmla="*/ 78167 w 105835"/>
                                <a:gd name="connsiteY10" fmla="*/ 248486 h 265495"/>
                                <a:gd name="connsiteX11" fmla="*/ 78167 w 105835"/>
                                <a:gd name="connsiteY11" fmla="*/ 81115 h 265495"/>
                                <a:gd name="connsiteX12" fmla="*/ 105835 w 105835"/>
                                <a:gd name="connsiteY12" fmla="*/ 81115 h 265495"/>
                                <a:gd name="connsiteX13" fmla="*/ 105835 w 105835"/>
                                <a:gd name="connsiteY13" fmla="*/ 63350 h 265495"/>
                                <a:gd name="connsiteX14" fmla="*/ 40293 w 105835"/>
                                <a:gd name="connsiteY14" fmla="*/ 63350 h 265495"/>
                                <a:gd name="connsiteX15" fmla="*/ 40293 w 105835"/>
                                <a:gd name="connsiteY15" fmla="*/ 36286 h 265495"/>
                                <a:gd name="connsiteX16" fmla="*/ 58437 w 105835"/>
                                <a:gd name="connsiteY16" fmla="*/ 17916 h 265495"/>
                                <a:gd name="connsiteX17" fmla="*/ 58663 w 105835"/>
                                <a:gd name="connsiteY17" fmla="*/ 17916 h 265495"/>
                                <a:gd name="connsiteX18" fmla="*/ 77184 w 105835"/>
                                <a:gd name="connsiteY18" fmla="*/ 17916 h 265495"/>
                                <a:gd name="connsiteX19" fmla="*/ 77184 w 105835"/>
                                <a:gd name="connsiteY19" fmla="*/ 47097 h 265495"/>
                                <a:gd name="connsiteX20" fmla="*/ 94950 w 105835"/>
                                <a:gd name="connsiteY20" fmla="*/ 47097 h 265495"/>
                                <a:gd name="connsiteX21" fmla="*/ 94723 w 105835"/>
                                <a:gd name="connsiteY21" fmla="*/ 46946 h 265495"/>
                                <a:gd name="connsiteX22" fmla="*/ 94572 w 105835"/>
                                <a:gd name="connsiteY22" fmla="*/ 46946 h 265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05835" h="265495">
                                  <a:moveTo>
                                    <a:pt x="94572" y="46946"/>
                                  </a:moveTo>
                                  <a:lnTo>
                                    <a:pt x="94572" y="0"/>
                                  </a:lnTo>
                                  <a:lnTo>
                                    <a:pt x="58361" y="0"/>
                                  </a:lnTo>
                                  <a:cubicBezTo>
                                    <a:pt x="38403" y="0"/>
                                    <a:pt x="22150" y="16253"/>
                                    <a:pt x="22150" y="36211"/>
                                  </a:cubicBezTo>
                                  <a:lnTo>
                                    <a:pt x="22150" y="63274"/>
                                  </a:lnTo>
                                  <a:lnTo>
                                    <a:pt x="0" y="63274"/>
                                  </a:lnTo>
                                  <a:lnTo>
                                    <a:pt x="0" y="81039"/>
                                  </a:lnTo>
                                  <a:lnTo>
                                    <a:pt x="44149" y="81039"/>
                                  </a:lnTo>
                                  <a:lnTo>
                                    <a:pt x="44149" y="248486"/>
                                  </a:lnTo>
                                  <a:cubicBezTo>
                                    <a:pt x="44149" y="257936"/>
                                    <a:pt x="51784" y="265496"/>
                                    <a:pt x="61158" y="265496"/>
                                  </a:cubicBezTo>
                                  <a:cubicBezTo>
                                    <a:pt x="70532" y="265496"/>
                                    <a:pt x="78167" y="257860"/>
                                    <a:pt x="78167" y="248486"/>
                                  </a:cubicBezTo>
                                  <a:lnTo>
                                    <a:pt x="78167" y="81115"/>
                                  </a:lnTo>
                                  <a:lnTo>
                                    <a:pt x="105835" y="81115"/>
                                  </a:lnTo>
                                  <a:lnTo>
                                    <a:pt x="105835" y="63350"/>
                                  </a:lnTo>
                                  <a:lnTo>
                                    <a:pt x="40293" y="63350"/>
                                  </a:lnTo>
                                  <a:lnTo>
                                    <a:pt x="40293" y="36286"/>
                                  </a:lnTo>
                                  <a:cubicBezTo>
                                    <a:pt x="40218" y="26157"/>
                                    <a:pt x="48306" y="17992"/>
                                    <a:pt x="58437" y="17916"/>
                                  </a:cubicBezTo>
                                  <a:cubicBezTo>
                                    <a:pt x="58512" y="17916"/>
                                    <a:pt x="58587" y="17916"/>
                                    <a:pt x="58663" y="17916"/>
                                  </a:cubicBezTo>
                                  <a:lnTo>
                                    <a:pt x="77184" y="17916"/>
                                  </a:lnTo>
                                  <a:lnTo>
                                    <a:pt x="77184" y="47097"/>
                                  </a:lnTo>
                                  <a:lnTo>
                                    <a:pt x="94950" y="47097"/>
                                  </a:lnTo>
                                  <a:lnTo>
                                    <a:pt x="94723" y="46946"/>
                                  </a:lnTo>
                                  <a:lnTo>
                                    <a:pt x="94572" y="46946"/>
                                  </a:lnTo>
                                  <a:close/>
                                </a:path>
                              </a:pathLst>
                            </a:custGeom>
                            <a:solidFill>
                              <a:srgbClr val="63656C"/>
                            </a:solidFill>
                            <a:ln w="7553" cap="flat">
                              <a:noFill/>
                              <a:prstDash val="solid"/>
                              <a:miter/>
                            </a:ln>
                          </wps:spPr>
                          <wps:bodyPr rtlCol="0" anchor="ctr"/>
                        </wps:wsp>
                        <wps:wsp>
                          <wps:cNvPr id="610848866" name="Freeform: Shape 124">
                            <a:extLst>
                              <a:ext uri="{FF2B5EF4-FFF2-40B4-BE49-F238E27FC236}">
                                <a16:creationId xmlns:a16="http://schemas.microsoft.com/office/drawing/2014/main" id="{F02348B3-2C77-4BB9-1D7C-5EB9FE7B4D3E}"/>
                              </a:ext>
                            </a:extLst>
                          </wps:cNvPr>
                          <wps:cNvSpPr/>
                          <wps:spPr>
                            <a:xfrm>
                              <a:off x="4331917" y="2750739"/>
                              <a:ext cx="105314" cy="81039"/>
                            </a:xfrm>
                            <a:custGeom>
                              <a:avLst/>
                              <a:gdLst>
                                <a:gd name="connsiteX0" fmla="*/ 39919 w 105314"/>
                                <a:gd name="connsiteY0" fmla="*/ 62972 h 81039"/>
                                <a:gd name="connsiteX1" fmla="*/ 39919 w 105314"/>
                                <a:gd name="connsiteY1" fmla="*/ 36060 h 81039"/>
                                <a:gd name="connsiteX2" fmla="*/ 58289 w 105314"/>
                                <a:gd name="connsiteY2" fmla="*/ 17690 h 81039"/>
                                <a:gd name="connsiteX3" fmla="*/ 76584 w 105314"/>
                                <a:gd name="connsiteY3" fmla="*/ 17690 h 81039"/>
                                <a:gd name="connsiteX4" fmla="*/ 76584 w 105314"/>
                                <a:gd name="connsiteY4" fmla="*/ 37874 h 81039"/>
                                <a:gd name="connsiteX5" fmla="*/ 85580 w 105314"/>
                                <a:gd name="connsiteY5" fmla="*/ 46870 h 81039"/>
                                <a:gd name="connsiteX6" fmla="*/ 94349 w 105314"/>
                                <a:gd name="connsiteY6" fmla="*/ 37950 h 81039"/>
                                <a:gd name="connsiteX7" fmla="*/ 94349 w 105314"/>
                                <a:gd name="connsiteY7" fmla="*/ 37874 h 81039"/>
                                <a:gd name="connsiteX8" fmla="*/ 94349 w 105314"/>
                                <a:gd name="connsiteY8" fmla="*/ 0 h 81039"/>
                                <a:gd name="connsiteX9" fmla="*/ 58289 w 105314"/>
                                <a:gd name="connsiteY9" fmla="*/ 0 h 81039"/>
                                <a:gd name="connsiteX10" fmla="*/ 22078 w 105314"/>
                                <a:gd name="connsiteY10" fmla="*/ 36211 h 81039"/>
                                <a:gd name="connsiteX11" fmla="*/ 22078 w 105314"/>
                                <a:gd name="connsiteY11" fmla="*/ 63124 h 81039"/>
                                <a:gd name="connsiteX12" fmla="*/ 8698 w 105314"/>
                                <a:gd name="connsiteY12" fmla="*/ 63124 h 81039"/>
                                <a:gd name="connsiteX13" fmla="*/ 4 w 105314"/>
                                <a:gd name="connsiteY13" fmla="*/ 72346 h 81039"/>
                                <a:gd name="connsiteX14" fmla="*/ 8698 w 105314"/>
                                <a:gd name="connsiteY14" fmla="*/ 81040 h 81039"/>
                                <a:gd name="connsiteX15" fmla="*/ 96617 w 105314"/>
                                <a:gd name="connsiteY15" fmla="*/ 81040 h 81039"/>
                                <a:gd name="connsiteX16" fmla="*/ 105310 w 105314"/>
                                <a:gd name="connsiteY16" fmla="*/ 71817 h 81039"/>
                                <a:gd name="connsiteX17" fmla="*/ 96617 w 105314"/>
                                <a:gd name="connsiteY17" fmla="*/ 63124 h 81039"/>
                                <a:gd name="connsiteX18" fmla="*/ 39995 w 105314"/>
                                <a:gd name="connsiteY18" fmla="*/ 63124 h 81039"/>
                                <a:gd name="connsiteX19" fmla="*/ 39919 w 105314"/>
                                <a:gd name="connsiteY19" fmla="*/ 62972 h 81039"/>
                                <a:gd name="connsiteX20" fmla="*/ 39919 w 105314"/>
                                <a:gd name="connsiteY20" fmla="*/ 62972 h 81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5314" h="81039">
                                  <a:moveTo>
                                    <a:pt x="39919" y="62972"/>
                                  </a:moveTo>
                                  <a:lnTo>
                                    <a:pt x="39919" y="36060"/>
                                  </a:lnTo>
                                  <a:cubicBezTo>
                                    <a:pt x="39919" y="25930"/>
                                    <a:pt x="48159" y="17690"/>
                                    <a:pt x="58289" y="17690"/>
                                  </a:cubicBezTo>
                                  <a:lnTo>
                                    <a:pt x="76584" y="17690"/>
                                  </a:lnTo>
                                  <a:lnTo>
                                    <a:pt x="76584" y="37874"/>
                                  </a:lnTo>
                                  <a:cubicBezTo>
                                    <a:pt x="76584" y="42788"/>
                                    <a:pt x="80590" y="46870"/>
                                    <a:pt x="85580" y="46870"/>
                                  </a:cubicBezTo>
                                  <a:cubicBezTo>
                                    <a:pt x="90493" y="46870"/>
                                    <a:pt x="94424" y="42864"/>
                                    <a:pt x="94349" y="37950"/>
                                  </a:cubicBezTo>
                                  <a:cubicBezTo>
                                    <a:pt x="94349" y="37950"/>
                                    <a:pt x="94349" y="37874"/>
                                    <a:pt x="94349" y="37874"/>
                                  </a:cubicBezTo>
                                  <a:lnTo>
                                    <a:pt x="94349" y="0"/>
                                  </a:lnTo>
                                  <a:lnTo>
                                    <a:pt x="58289" y="0"/>
                                  </a:lnTo>
                                  <a:cubicBezTo>
                                    <a:pt x="38332" y="0"/>
                                    <a:pt x="22078" y="16253"/>
                                    <a:pt x="22078" y="36211"/>
                                  </a:cubicBezTo>
                                  <a:lnTo>
                                    <a:pt x="22078" y="63124"/>
                                  </a:lnTo>
                                  <a:lnTo>
                                    <a:pt x="8698" y="63124"/>
                                  </a:lnTo>
                                  <a:cubicBezTo>
                                    <a:pt x="3784" y="63274"/>
                                    <a:pt x="-147" y="67433"/>
                                    <a:pt x="4" y="72346"/>
                                  </a:cubicBezTo>
                                  <a:cubicBezTo>
                                    <a:pt x="155" y="77109"/>
                                    <a:pt x="3935" y="80889"/>
                                    <a:pt x="8698" y="81040"/>
                                  </a:cubicBezTo>
                                  <a:lnTo>
                                    <a:pt x="96617" y="81040"/>
                                  </a:lnTo>
                                  <a:cubicBezTo>
                                    <a:pt x="101531" y="80889"/>
                                    <a:pt x="105461" y="76731"/>
                                    <a:pt x="105310" y="71817"/>
                                  </a:cubicBezTo>
                                  <a:cubicBezTo>
                                    <a:pt x="105159" y="67054"/>
                                    <a:pt x="101379" y="63274"/>
                                    <a:pt x="96617" y="63124"/>
                                  </a:cubicBezTo>
                                  <a:lnTo>
                                    <a:pt x="39995" y="63124"/>
                                  </a:lnTo>
                                  <a:lnTo>
                                    <a:pt x="39919" y="62972"/>
                                  </a:lnTo>
                                  <a:lnTo>
                                    <a:pt x="39919" y="62972"/>
                                  </a:lnTo>
                                  <a:close/>
                                </a:path>
                              </a:pathLst>
                            </a:custGeom>
                            <a:solidFill>
                              <a:srgbClr val="63656C"/>
                            </a:solidFill>
                            <a:ln w="7553" cap="flat">
                              <a:noFill/>
                              <a:prstDash val="solid"/>
                              <a:miter/>
                            </a:ln>
                          </wps:spPr>
                          <wps:bodyPr rtlCol="0" anchor="ctr"/>
                        </wps:wsp>
                        <wps:wsp>
                          <wps:cNvPr id="496103222" name="Freeform: Shape 125">
                            <a:extLst>
                              <a:ext uri="{FF2B5EF4-FFF2-40B4-BE49-F238E27FC236}">
                                <a16:creationId xmlns:a16="http://schemas.microsoft.com/office/drawing/2014/main" id="{64CC2A7A-9746-907E-4913-EC4D3B4A6A73}"/>
                              </a:ext>
                            </a:extLst>
                          </wps:cNvPr>
                          <wps:cNvSpPr/>
                          <wps:spPr>
                            <a:xfrm>
                              <a:off x="3837669" y="2375931"/>
                              <a:ext cx="342906" cy="332550"/>
                            </a:xfrm>
                            <a:custGeom>
                              <a:avLst/>
                              <a:gdLst>
                                <a:gd name="connsiteX0" fmla="*/ 170244 w 342906"/>
                                <a:gd name="connsiteY0" fmla="*/ 298456 h 332550"/>
                                <a:gd name="connsiteX1" fmla="*/ 170244 w 342906"/>
                                <a:gd name="connsiteY1" fmla="*/ 186724 h 332550"/>
                                <a:gd name="connsiteX2" fmla="*/ 224825 w 342906"/>
                                <a:gd name="connsiteY2" fmla="*/ 132143 h 332550"/>
                                <a:gd name="connsiteX3" fmla="*/ 279557 w 342906"/>
                                <a:gd name="connsiteY3" fmla="*/ 132143 h 332550"/>
                                <a:gd name="connsiteX4" fmla="*/ 279557 w 342906"/>
                                <a:gd name="connsiteY4" fmla="*/ 197912 h 332550"/>
                                <a:gd name="connsiteX5" fmla="*/ 296566 w 342906"/>
                                <a:gd name="connsiteY5" fmla="*/ 214922 h 332550"/>
                                <a:gd name="connsiteX6" fmla="*/ 313575 w 342906"/>
                                <a:gd name="connsiteY6" fmla="*/ 197912 h 332550"/>
                                <a:gd name="connsiteX7" fmla="*/ 313575 w 342906"/>
                                <a:gd name="connsiteY7" fmla="*/ 98124 h 332550"/>
                                <a:gd name="connsiteX8" fmla="*/ 224900 w 342906"/>
                                <a:gd name="connsiteY8" fmla="*/ 98124 h 332550"/>
                                <a:gd name="connsiteX9" fmla="*/ 136225 w 342906"/>
                                <a:gd name="connsiteY9" fmla="*/ 186799 h 332550"/>
                                <a:gd name="connsiteX10" fmla="*/ 136225 w 342906"/>
                                <a:gd name="connsiteY10" fmla="*/ 298532 h 332550"/>
                                <a:gd name="connsiteX11" fmla="*/ 34019 w 342906"/>
                                <a:gd name="connsiteY11" fmla="*/ 298532 h 332550"/>
                                <a:gd name="connsiteX12" fmla="*/ 34019 w 342906"/>
                                <a:gd name="connsiteY12" fmla="*/ 17009 h 332550"/>
                                <a:gd name="connsiteX13" fmla="*/ 17009 w 342906"/>
                                <a:gd name="connsiteY13" fmla="*/ 0 h 332550"/>
                                <a:gd name="connsiteX14" fmla="*/ 0 w 342906"/>
                                <a:gd name="connsiteY14" fmla="*/ 17009 h 332550"/>
                                <a:gd name="connsiteX15" fmla="*/ 0 w 342906"/>
                                <a:gd name="connsiteY15" fmla="*/ 302160 h 332550"/>
                                <a:gd name="connsiteX16" fmla="*/ 30239 w 342906"/>
                                <a:gd name="connsiteY16" fmla="*/ 332550 h 332550"/>
                                <a:gd name="connsiteX17" fmla="*/ 30390 w 342906"/>
                                <a:gd name="connsiteY17" fmla="*/ 332550 h 332550"/>
                                <a:gd name="connsiteX18" fmla="*/ 325897 w 342906"/>
                                <a:gd name="connsiteY18" fmla="*/ 332550 h 332550"/>
                                <a:gd name="connsiteX19" fmla="*/ 342907 w 342906"/>
                                <a:gd name="connsiteY19" fmla="*/ 315541 h 332550"/>
                                <a:gd name="connsiteX20" fmla="*/ 325897 w 342906"/>
                                <a:gd name="connsiteY20" fmla="*/ 298532 h 332550"/>
                                <a:gd name="connsiteX21" fmla="*/ 170244 w 342906"/>
                                <a:gd name="connsiteY21" fmla="*/ 298456 h 332550"/>
                                <a:gd name="connsiteX22" fmla="*/ 170244 w 342906"/>
                                <a:gd name="connsiteY22" fmla="*/ 298456 h 33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42906" h="332550">
                                  <a:moveTo>
                                    <a:pt x="170244" y="298456"/>
                                  </a:moveTo>
                                  <a:lnTo>
                                    <a:pt x="170244" y="186724"/>
                                  </a:lnTo>
                                  <a:cubicBezTo>
                                    <a:pt x="170319" y="156636"/>
                                    <a:pt x="194737" y="132219"/>
                                    <a:pt x="224825" y="132143"/>
                                  </a:cubicBezTo>
                                  <a:lnTo>
                                    <a:pt x="279557" y="132143"/>
                                  </a:lnTo>
                                  <a:lnTo>
                                    <a:pt x="279557" y="197912"/>
                                  </a:lnTo>
                                  <a:cubicBezTo>
                                    <a:pt x="279557" y="207362"/>
                                    <a:pt x="287192" y="214922"/>
                                    <a:pt x="296566" y="214922"/>
                                  </a:cubicBezTo>
                                  <a:cubicBezTo>
                                    <a:pt x="305940" y="214922"/>
                                    <a:pt x="313575" y="207286"/>
                                    <a:pt x="313575" y="197912"/>
                                  </a:cubicBezTo>
                                  <a:lnTo>
                                    <a:pt x="313575" y="98124"/>
                                  </a:lnTo>
                                  <a:lnTo>
                                    <a:pt x="224900" y="98124"/>
                                  </a:lnTo>
                                  <a:cubicBezTo>
                                    <a:pt x="175989" y="98200"/>
                                    <a:pt x="136301" y="137813"/>
                                    <a:pt x="136225" y="186799"/>
                                  </a:cubicBezTo>
                                  <a:lnTo>
                                    <a:pt x="136225" y="298532"/>
                                  </a:lnTo>
                                  <a:lnTo>
                                    <a:pt x="34019" y="298532"/>
                                  </a:lnTo>
                                  <a:lnTo>
                                    <a:pt x="34019" y="17009"/>
                                  </a:lnTo>
                                  <a:cubicBezTo>
                                    <a:pt x="34019" y="7560"/>
                                    <a:pt x="26383" y="0"/>
                                    <a:pt x="17009" y="0"/>
                                  </a:cubicBezTo>
                                  <a:cubicBezTo>
                                    <a:pt x="7635" y="0"/>
                                    <a:pt x="0" y="7635"/>
                                    <a:pt x="0" y="17009"/>
                                  </a:cubicBezTo>
                                  <a:lnTo>
                                    <a:pt x="0" y="302160"/>
                                  </a:lnTo>
                                  <a:cubicBezTo>
                                    <a:pt x="0" y="318867"/>
                                    <a:pt x="13532" y="332550"/>
                                    <a:pt x="30239" y="332550"/>
                                  </a:cubicBezTo>
                                  <a:cubicBezTo>
                                    <a:pt x="30314" y="332550"/>
                                    <a:pt x="30314" y="332550"/>
                                    <a:pt x="30390" y="332550"/>
                                  </a:cubicBezTo>
                                  <a:lnTo>
                                    <a:pt x="325897" y="332550"/>
                                  </a:lnTo>
                                  <a:cubicBezTo>
                                    <a:pt x="335347" y="332550"/>
                                    <a:pt x="342907" y="324915"/>
                                    <a:pt x="342907" y="315541"/>
                                  </a:cubicBezTo>
                                  <a:cubicBezTo>
                                    <a:pt x="342907" y="306091"/>
                                    <a:pt x="335271" y="298532"/>
                                    <a:pt x="325897" y="298532"/>
                                  </a:cubicBezTo>
                                  <a:lnTo>
                                    <a:pt x="170244" y="298456"/>
                                  </a:lnTo>
                                  <a:lnTo>
                                    <a:pt x="170244" y="298456"/>
                                  </a:lnTo>
                                  <a:close/>
                                </a:path>
                              </a:pathLst>
                            </a:custGeom>
                            <a:solidFill>
                              <a:srgbClr val="63656C"/>
                            </a:solidFill>
                            <a:ln w="7553" cap="flat">
                              <a:noFill/>
                              <a:prstDash val="solid"/>
                              <a:miter/>
                            </a:ln>
                          </wps:spPr>
                          <wps:bodyPr rtlCol="0" anchor="ctr"/>
                        </wps:wsp>
                        <wps:wsp>
                          <wps:cNvPr id="798111058" name="Freeform: Shape 126">
                            <a:extLst>
                              <a:ext uri="{FF2B5EF4-FFF2-40B4-BE49-F238E27FC236}">
                                <a16:creationId xmlns:a16="http://schemas.microsoft.com/office/drawing/2014/main" id="{90561475-AC7E-55E1-A559-810767D3B438}"/>
                              </a:ext>
                            </a:extLst>
                          </wps:cNvPr>
                          <wps:cNvSpPr/>
                          <wps:spPr>
                            <a:xfrm>
                              <a:off x="3339864" y="2450545"/>
                              <a:ext cx="442770" cy="284319"/>
                            </a:xfrm>
                            <a:custGeom>
                              <a:avLst/>
                              <a:gdLst>
                                <a:gd name="connsiteX0" fmla="*/ 370651 w 442770"/>
                                <a:gd name="connsiteY0" fmla="*/ 227 h 284319"/>
                                <a:gd name="connsiteX1" fmla="*/ 341017 w 442770"/>
                                <a:gd name="connsiteY1" fmla="*/ 227 h 284319"/>
                                <a:gd name="connsiteX2" fmla="*/ 268822 w 442770"/>
                                <a:gd name="connsiteY2" fmla="*/ 72421 h 284319"/>
                                <a:gd name="connsiteX3" fmla="*/ 268822 w 442770"/>
                                <a:gd name="connsiteY3" fmla="*/ 139627 h 284319"/>
                                <a:gd name="connsiteX4" fmla="*/ 341017 w 442770"/>
                                <a:gd name="connsiteY4" fmla="*/ 211822 h 284319"/>
                                <a:gd name="connsiteX5" fmla="*/ 373297 w 442770"/>
                                <a:gd name="connsiteY5" fmla="*/ 211822 h 284319"/>
                                <a:gd name="connsiteX6" fmla="*/ 390306 w 442770"/>
                                <a:gd name="connsiteY6" fmla="*/ 194813 h 284319"/>
                                <a:gd name="connsiteX7" fmla="*/ 373297 w 442770"/>
                                <a:gd name="connsiteY7" fmla="*/ 177803 h 284319"/>
                                <a:gd name="connsiteX8" fmla="*/ 341017 w 442770"/>
                                <a:gd name="connsiteY8" fmla="*/ 177803 h 284319"/>
                                <a:gd name="connsiteX9" fmla="*/ 302916 w 442770"/>
                                <a:gd name="connsiteY9" fmla="*/ 139476 h 284319"/>
                                <a:gd name="connsiteX10" fmla="*/ 302916 w 442770"/>
                                <a:gd name="connsiteY10" fmla="*/ 72270 h 284319"/>
                                <a:gd name="connsiteX11" fmla="*/ 341017 w 442770"/>
                                <a:gd name="connsiteY11" fmla="*/ 34169 h 284319"/>
                                <a:gd name="connsiteX12" fmla="*/ 370651 w 442770"/>
                                <a:gd name="connsiteY12" fmla="*/ 34169 h 284319"/>
                                <a:gd name="connsiteX13" fmla="*/ 408752 w 442770"/>
                                <a:gd name="connsiteY13" fmla="*/ 72195 h 284319"/>
                                <a:gd name="connsiteX14" fmla="*/ 408752 w 442770"/>
                                <a:gd name="connsiteY14" fmla="*/ 72195 h 284319"/>
                                <a:gd name="connsiteX15" fmla="*/ 408752 w 442770"/>
                                <a:gd name="connsiteY15" fmla="*/ 223540 h 284319"/>
                                <a:gd name="connsiteX16" fmla="*/ 160643 w 442770"/>
                                <a:gd name="connsiteY16" fmla="*/ 223540 h 284319"/>
                                <a:gd name="connsiteX17" fmla="*/ 160643 w 442770"/>
                                <a:gd name="connsiteY17" fmla="*/ 25552 h 284319"/>
                                <a:gd name="connsiteX18" fmla="*/ 144692 w 442770"/>
                                <a:gd name="connsiteY18" fmla="*/ 9450 h 284319"/>
                                <a:gd name="connsiteX19" fmla="*/ 144466 w 442770"/>
                                <a:gd name="connsiteY19" fmla="*/ 9450 h 284319"/>
                                <a:gd name="connsiteX20" fmla="*/ 142651 w 442770"/>
                                <a:gd name="connsiteY20" fmla="*/ 9450 h 284319"/>
                                <a:gd name="connsiteX21" fmla="*/ 126549 w 442770"/>
                                <a:gd name="connsiteY21" fmla="*/ 25400 h 284319"/>
                                <a:gd name="connsiteX22" fmla="*/ 126549 w 442770"/>
                                <a:gd name="connsiteY22" fmla="*/ 25627 h 284319"/>
                                <a:gd name="connsiteX23" fmla="*/ 126549 w 442770"/>
                                <a:gd name="connsiteY23" fmla="*/ 45962 h 284319"/>
                                <a:gd name="connsiteX24" fmla="*/ 86634 w 442770"/>
                                <a:gd name="connsiteY24" fmla="*/ 33867 h 284319"/>
                                <a:gd name="connsiteX25" fmla="*/ 72195 w 442770"/>
                                <a:gd name="connsiteY25" fmla="*/ 33867 h 284319"/>
                                <a:gd name="connsiteX26" fmla="*/ 0 w 442770"/>
                                <a:gd name="connsiteY26" fmla="*/ 106062 h 284319"/>
                                <a:gd name="connsiteX27" fmla="*/ 0 w 442770"/>
                                <a:gd name="connsiteY27" fmla="*/ 184607 h 284319"/>
                                <a:gd name="connsiteX28" fmla="*/ 72195 w 442770"/>
                                <a:gd name="connsiteY28" fmla="*/ 256802 h 284319"/>
                                <a:gd name="connsiteX29" fmla="*/ 86634 w 442770"/>
                                <a:gd name="connsiteY29" fmla="*/ 256802 h 284319"/>
                                <a:gd name="connsiteX30" fmla="*/ 126549 w 442770"/>
                                <a:gd name="connsiteY30" fmla="*/ 244555 h 284319"/>
                                <a:gd name="connsiteX31" fmla="*/ 126549 w 442770"/>
                                <a:gd name="connsiteY31" fmla="*/ 257785 h 284319"/>
                                <a:gd name="connsiteX32" fmla="*/ 408752 w 442770"/>
                                <a:gd name="connsiteY32" fmla="*/ 257785 h 284319"/>
                                <a:gd name="connsiteX33" fmla="*/ 408752 w 442770"/>
                                <a:gd name="connsiteY33" fmla="*/ 267310 h 284319"/>
                                <a:gd name="connsiteX34" fmla="*/ 425761 w 442770"/>
                                <a:gd name="connsiteY34" fmla="*/ 284319 h 284319"/>
                                <a:gd name="connsiteX35" fmla="*/ 442770 w 442770"/>
                                <a:gd name="connsiteY35" fmla="*/ 267310 h 284319"/>
                                <a:gd name="connsiteX36" fmla="*/ 442770 w 442770"/>
                                <a:gd name="connsiteY36" fmla="*/ 72195 h 284319"/>
                                <a:gd name="connsiteX37" fmla="*/ 370575 w 442770"/>
                                <a:gd name="connsiteY37" fmla="*/ 0 h 284319"/>
                                <a:gd name="connsiteX38" fmla="*/ 124735 w 442770"/>
                                <a:gd name="connsiteY38" fmla="*/ 184607 h 284319"/>
                                <a:gd name="connsiteX39" fmla="*/ 86710 w 442770"/>
                                <a:gd name="connsiteY39" fmla="*/ 222708 h 284319"/>
                                <a:gd name="connsiteX40" fmla="*/ 72195 w 442770"/>
                                <a:gd name="connsiteY40" fmla="*/ 222708 h 284319"/>
                                <a:gd name="connsiteX41" fmla="*/ 34094 w 442770"/>
                                <a:gd name="connsiteY41" fmla="*/ 184607 h 284319"/>
                                <a:gd name="connsiteX42" fmla="*/ 34094 w 442770"/>
                                <a:gd name="connsiteY42" fmla="*/ 106062 h 284319"/>
                                <a:gd name="connsiteX43" fmla="*/ 72120 w 442770"/>
                                <a:gd name="connsiteY43" fmla="*/ 67961 h 284319"/>
                                <a:gd name="connsiteX44" fmla="*/ 86634 w 442770"/>
                                <a:gd name="connsiteY44" fmla="*/ 67961 h 284319"/>
                                <a:gd name="connsiteX45" fmla="*/ 124735 w 442770"/>
                                <a:gd name="connsiteY45" fmla="*/ 105986 h 284319"/>
                                <a:gd name="connsiteX46" fmla="*/ 124735 w 442770"/>
                                <a:gd name="connsiteY46" fmla="*/ 105986 h 284319"/>
                                <a:gd name="connsiteX47" fmla="*/ 124735 w 442770"/>
                                <a:gd name="connsiteY47" fmla="*/ 184607 h 284319"/>
                                <a:gd name="connsiteX48" fmla="*/ 124735 w 442770"/>
                                <a:gd name="connsiteY48" fmla="*/ 184607 h 2843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442770" h="284319">
                                  <a:moveTo>
                                    <a:pt x="370651" y="227"/>
                                  </a:moveTo>
                                  <a:lnTo>
                                    <a:pt x="341017" y="227"/>
                                  </a:lnTo>
                                  <a:cubicBezTo>
                                    <a:pt x="301178" y="302"/>
                                    <a:pt x="268973" y="32582"/>
                                    <a:pt x="268822" y="72421"/>
                                  </a:cubicBezTo>
                                  <a:lnTo>
                                    <a:pt x="268822" y="139627"/>
                                  </a:lnTo>
                                  <a:cubicBezTo>
                                    <a:pt x="268898" y="179467"/>
                                    <a:pt x="301178" y="211671"/>
                                    <a:pt x="341017" y="211822"/>
                                  </a:cubicBezTo>
                                  <a:lnTo>
                                    <a:pt x="373297" y="211822"/>
                                  </a:lnTo>
                                  <a:cubicBezTo>
                                    <a:pt x="382746" y="211822"/>
                                    <a:pt x="390306" y="204187"/>
                                    <a:pt x="390306" y="194813"/>
                                  </a:cubicBezTo>
                                  <a:cubicBezTo>
                                    <a:pt x="390306" y="185439"/>
                                    <a:pt x="382671" y="177803"/>
                                    <a:pt x="373297" y="177803"/>
                                  </a:cubicBezTo>
                                  <a:lnTo>
                                    <a:pt x="341017" y="177803"/>
                                  </a:lnTo>
                                  <a:cubicBezTo>
                                    <a:pt x="319926" y="177728"/>
                                    <a:pt x="302841" y="160567"/>
                                    <a:pt x="302916" y="139476"/>
                                  </a:cubicBezTo>
                                  <a:lnTo>
                                    <a:pt x="302916" y="72270"/>
                                  </a:lnTo>
                                  <a:cubicBezTo>
                                    <a:pt x="302916" y="51254"/>
                                    <a:pt x="320001" y="34245"/>
                                    <a:pt x="341017" y="34169"/>
                                  </a:cubicBezTo>
                                  <a:lnTo>
                                    <a:pt x="370651" y="34169"/>
                                  </a:lnTo>
                                  <a:cubicBezTo>
                                    <a:pt x="391667" y="34169"/>
                                    <a:pt x="408752" y="51179"/>
                                    <a:pt x="408752" y="72195"/>
                                  </a:cubicBezTo>
                                  <a:lnTo>
                                    <a:pt x="408752" y="72195"/>
                                  </a:lnTo>
                                  <a:lnTo>
                                    <a:pt x="408752" y="223540"/>
                                  </a:lnTo>
                                  <a:lnTo>
                                    <a:pt x="160643" y="223540"/>
                                  </a:lnTo>
                                  <a:lnTo>
                                    <a:pt x="160643" y="25552"/>
                                  </a:lnTo>
                                  <a:cubicBezTo>
                                    <a:pt x="160643" y="16707"/>
                                    <a:pt x="153537" y="9525"/>
                                    <a:pt x="144692" y="9450"/>
                                  </a:cubicBezTo>
                                  <a:cubicBezTo>
                                    <a:pt x="144617" y="9450"/>
                                    <a:pt x="144617" y="9450"/>
                                    <a:pt x="144466" y="9450"/>
                                  </a:cubicBezTo>
                                  <a:lnTo>
                                    <a:pt x="142651" y="9450"/>
                                  </a:lnTo>
                                  <a:cubicBezTo>
                                    <a:pt x="133806" y="9450"/>
                                    <a:pt x="126625" y="16556"/>
                                    <a:pt x="126549" y="25400"/>
                                  </a:cubicBezTo>
                                  <a:cubicBezTo>
                                    <a:pt x="126549" y="25476"/>
                                    <a:pt x="126549" y="25476"/>
                                    <a:pt x="126549" y="25627"/>
                                  </a:cubicBezTo>
                                  <a:lnTo>
                                    <a:pt x="126549" y="45962"/>
                                  </a:lnTo>
                                  <a:cubicBezTo>
                                    <a:pt x="114681" y="38101"/>
                                    <a:pt x="100846" y="33867"/>
                                    <a:pt x="86634" y="33867"/>
                                  </a:cubicBezTo>
                                  <a:lnTo>
                                    <a:pt x="72195" y="33867"/>
                                  </a:lnTo>
                                  <a:cubicBezTo>
                                    <a:pt x="32356" y="33943"/>
                                    <a:pt x="151" y="66223"/>
                                    <a:pt x="0" y="106062"/>
                                  </a:cubicBezTo>
                                  <a:lnTo>
                                    <a:pt x="0" y="184607"/>
                                  </a:lnTo>
                                  <a:cubicBezTo>
                                    <a:pt x="0" y="224447"/>
                                    <a:pt x="32280" y="256726"/>
                                    <a:pt x="72195" y="256802"/>
                                  </a:cubicBezTo>
                                  <a:lnTo>
                                    <a:pt x="86634" y="256802"/>
                                  </a:lnTo>
                                  <a:cubicBezTo>
                                    <a:pt x="100922" y="256802"/>
                                    <a:pt x="114756" y="252569"/>
                                    <a:pt x="126549" y="244555"/>
                                  </a:cubicBezTo>
                                  <a:lnTo>
                                    <a:pt x="126549" y="257785"/>
                                  </a:lnTo>
                                  <a:lnTo>
                                    <a:pt x="408752" y="257785"/>
                                  </a:lnTo>
                                  <a:lnTo>
                                    <a:pt x="408752" y="267310"/>
                                  </a:lnTo>
                                  <a:cubicBezTo>
                                    <a:pt x="408752" y="276760"/>
                                    <a:pt x="416387" y="284319"/>
                                    <a:pt x="425761" y="284319"/>
                                  </a:cubicBezTo>
                                  <a:cubicBezTo>
                                    <a:pt x="435211" y="284319"/>
                                    <a:pt x="442770" y="276684"/>
                                    <a:pt x="442770" y="267310"/>
                                  </a:cubicBezTo>
                                  <a:lnTo>
                                    <a:pt x="442770" y="72195"/>
                                  </a:lnTo>
                                  <a:cubicBezTo>
                                    <a:pt x="442695" y="32355"/>
                                    <a:pt x="410415" y="151"/>
                                    <a:pt x="370575" y="0"/>
                                  </a:cubicBezTo>
                                  <a:moveTo>
                                    <a:pt x="124735" y="184607"/>
                                  </a:moveTo>
                                  <a:cubicBezTo>
                                    <a:pt x="124735" y="205623"/>
                                    <a:pt x="107725" y="222708"/>
                                    <a:pt x="86710" y="222708"/>
                                  </a:cubicBezTo>
                                  <a:lnTo>
                                    <a:pt x="72195" y="222708"/>
                                  </a:lnTo>
                                  <a:cubicBezTo>
                                    <a:pt x="51179" y="222708"/>
                                    <a:pt x="34170" y="205623"/>
                                    <a:pt x="34094" y="184607"/>
                                  </a:cubicBezTo>
                                  <a:lnTo>
                                    <a:pt x="34094" y="106062"/>
                                  </a:lnTo>
                                  <a:cubicBezTo>
                                    <a:pt x="34094" y="85046"/>
                                    <a:pt x="51103" y="67961"/>
                                    <a:pt x="72120" y="67961"/>
                                  </a:cubicBezTo>
                                  <a:lnTo>
                                    <a:pt x="86634" y="67961"/>
                                  </a:lnTo>
                                  <a:cubicBezTo>
                                    <a:pt x="107650" y="67961"/>
                                    <a:pt x="124735" y="84971"/>
                                    <a:pt x="124735" y="105986"/>
                                  </a:cubicBezTo>
                                  <a:lnTo>
                                    <a:pt x="124735" y="105986"/>
                                  </a:lnTo>
                                  <a:lnTo>
                                    <a:pt x="124735" y="184607"/>
                                  </a:lnTo>
                                  <a:lnTo>
                                    <a:pt x="124735" y="184607"/>
                                  </a:lnTo>
                                  <a:close/>
                                </a:path>
                              </a:pathLst>
                            </a:custGeom>
                            <a:solidFill>
                              <a:srgbClr val="63656C"/>
                            </a:solidFill>
                            <a:ln w="7553" cap="flat">
                              <a:noFill/>
                              <a:prstDash val="solid"/>
                              <a:miter/>
                            </a:ln>
                          </wps:spPr>
                          <wps:bodyPr rtlCol="0" anchor="ctr"/>
                        </wps:wsp>
                        <wps:wsp>
                          <wps:cNvPr id="1203276732" name="Freeform: Shape 127">
                            <a:extLst>
                              <a:ext uri="{FF2B5EF4-FFF2-40B4-BE49-F238E27FC236}">
                                <a16:creationId xmlns:a16="http://schemas.microsoft.com/office/drawing/2014/main" id="{DBD0CEC5-AA0A-C5B5-2E03-3E86741EB07C}"/>
                              </a:ext>
                            </a:extLst>
                          </wps:cNvPr>
                          <wps:cNvSpPr/>
                          <wps:spPr>
                            <a:xfrm>
                              <a:off x="4599911" y="2416578"/>
                              <a:ext cx="294827" cy="291826"/>
                            </a:xfrm>
                            <a:custGeom>
                              <a:avLst/>
                              <a:gdLst>
                                <a:gd name="connsiteX0" fmla="*/ 206530 w 294827"/>
                                <a:gd name="connsiteY0" fmla="*/ 57477 h 291826"/>
                                <a:gd name="connsiteX1" fmla="*/ 201919 w 294827"/>
                                <a:gd name="connsiteY1" fmla="*/ 57477 h 291826"/>
                                <a:gd name="connsiteX2" fmla="*/ 227395 w 294827"/>
                                <a:gd name="connsiteY2" fmla="*/ 27843 h 291826"/>
                                <a:gd name="connsiteX3" fmla="*/ 225052 w 294827"/>
                                <a:gd name="connsiteY3" fmla="*/ 3879 h 291826"/>
                                <a:gd name="connsiteX4" fmla="*/ 201617 w 294827"/>
                                <a:gd name="connsiteY4" fmla="*/ 5693 h 291826"/>
                                <a:gd name="connsiteX5" fmla="*/ 125264 w 294827"/>
                                <a:gd name="connsiteY5" fmla="*/ 94671 h 291826"/>
                                <a:gd name="connsiteX6" fmla="*/ 127607 w 294827"/>
                                <a:gd name="connsiteY6" fmla="*/ 118635 h 291826"/>
                                <a:gd name="connsiteX7" fmla="*/ 151043 w 294827"/>
                                <a:gd name="connsiteY7" fmla="*/ 116820 h 291826"/>
                                <a:gd name="connsiteX8" fmla="*/ 174100 w 294827"/>
                                <a:gd name="connsiteY8" fmla="*/ 89908 h 291826"/>
                                <a:gd name="connsiteX9" fmla="*/ 174100 w 294827"/>
                                <a:gd name="connsiteY9" fmla="*/ 91571 h 291826"/>
                                <a:gd name="connsiteX10" fmla="*/ 206380 w 294827"/>
                                <a:gd name="connsiteY10" fmla="*/ 91571 h 291826"/>
                                <a:gd name="connsiteX11" fmla="*/ 260960 w 294827"/>
                                <a:gd name="connsiteY11" fmla="*/ 146152 h 291826"/>
                                <a:gd name="connsiteX12" fmla="*/ 260960 w 294827"/>
                                <a:gd name="connsiteY12" fmla="*/ 257884 h 291826"/>
                                <a:gd name="connsiteX13" fmla="*/ 34019 w 294827"/>
                                <a:gd name="connsiteY13" fmla="*/ 257884 h 291826"/>
                                <a:gd name="connsiteX14" fmla="*/ 34019 w 294827"/>
                                <a:gd name="connsiteY14" fmla="*/ 119844 h 291826"/>
                                <a:gd name="connsiteX15" fmla="*/ 17009 w 294827"/>
                                <a:gd name="connsiteY15" fmla="*/ 102835 h 291826"/>
                                <a:gd name="connsiteX16" fmla="*/ 0 w 294827"/>
                                <a:gd name="connsiteY16" fmla="*/ 119844 h 291826"/>
                                <a:gd name="connsiteX17" fmla="*/ 0 w 294827"/>
                                <a:gd name="connsiteY17" fmla="*/ 261437 h 291826"/>
                                <a:gd name="connsiteX18" fmla="*/ 30239 w 294827"/>
                                <a:gd name="connsiteY18" fmla="*/ 291827 h 291826"/>
                                <a:gd name="connsiteX19" fmla="*/ 30390 w 294827"/>
                                <a:gd name="connsiteY19" fmla="*/ 291827 h 291826"/>
                                <a:gd name="connsiteX20" fmla="*/ 263682 w 294827"/>
                                <a:gd name="connsiteY20" fmla="*/ 291827 h 291826"/>
                                <a:gd name="connsiteX21" fmla="*/ 294827 w 294827"/>
                                <a:gd name="connsiteY21" fmla="*/ 260757 h 291826"/>
                                <a:gd name="connsiteX22" fmla="*/ 294827 w 294827"/>
                                <a:gd name="connsiteY22" fmla="*/ 260757 h 291826"/>
                                <a:gd name="connsiteX23" fmla="*/ 294827 w 294827"/>
                                <a:gd name="connsiteY23" fmla="*/ 146001 h 291826"/>
                                <a:gd name="connsiteX24" fmla="*/ 206152 w 294827"/>
                                <a:gd name="connsiteY24" fmla="*/ 57326 h 2918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94827" h="291826">
                                  <a:moveTo>
                                    <a:pt x="206530" y="57477"/>
                                  </a:moveTo>
                                  <a:lnTo>
                                    <a:pt x="201919" y="57477"/>
                                  </a:lnTo>
                                  <a:lnTo>
                                    <a:pt x="227395" y="27843"/>
                                  </a:lnTo>
                                  <a:cubicBezTo>
                                    <a:pt x="233368" y="20586"/>
                                    <a:pt x="232309" y="9851"/>
                                    <a:pt x="225052" y="3879"/>
                                  </a:cubicBezTo>
                                  <a:cubicBezTo>
                                    <a:pt x="218021" y="-1942"/>
                                    <a:pt x="207665" y="-1110"/>
                                    <a:pt x="201617" y="5693"/>
                                  </a:cubicBezTo>
                                  <a:lnTo>
                                    <a:pt x="125264" y="94671"/>
                                  </a:lnTo>
                                  <a:cubicBezTo>
                                    <a:pt x="119292" y="101928"/>
                                    <a:pt x="120350" y="112663"/>
                                    <a:pt x="127607" y="118635"/>
                                  </a:cubicBezTo>
                                  <a:cubicBezTo>
                                    <a:pt x="134638" y="124456"/>
                                    <a:pt x="144995" y="123624"/>
                                    <a:pt x="151043" y="116820"/>
                                  </a:cubicBezTo>
                                  <a:lnTo>
                                    <a:pt x="174100" y="89908"/>
                                  </a:lnTo>
                                  <a:lnTo>
                                    <a:pt x="174100" y="91571"/>
                                  </a:lnTo>
                                  <a:lnTo>
                                    <a:pt x="206380" y="91571"/>
                                  </a:lnTo>
                                  <a:cubicBezTo>
                                    <a:pt x="236467" y="91647"/>
                                    <a:pt x="260884" y="116065"/>
                                    <a:pt x="260960" y="146152"/>
                                  </a:cubicBezTo>
                                  <a:lnTo>
                                    <a:pt x="260960" y="257884"/>
                                  </a:lnTo>
                                  <a:lnTo>
                                    <a:pt x="34019" y="257884"/>
                                  </a:lnTo>
                                  <a:lnTo>
                                    <a:pt x="34019" y="119844"/>
                                  </a:lnTo>
                                  <a:cubicBezTo>
                                    <a:pt x="34019" y="110395"/>
                                    <a:pt x="26384" y="102835"/>
                                    <a:pt x="17009" y="102835"/>
                                  </a:cubicBezTo>
                                  <a:cubicBezTo>
                                    <a:pt x="7560" y="102835"/>
                                    <a:pt x="0" y="110470"/>
                                    <a:pt x="0" y="119844"/>
                                  </a:cubicBezTo>
                                  <a:lnTo>
                                    <a:pt x="0" y="261437"/>
                                  </a:lnTo>
                                  <a:cubicBezTo>
                                    <a:pt x="0" y="278144"/>
                                    <a:pt x="13532" y="291827"/>
                                    <a:pt x="30239" y="291827"/>
                                  </a:cubicBezTo>
                                  <a:cubicBezTo>
                                    <a:pt x="30314" y="291827"/>
                                    <a:pt x="30314" y="291827"/>
                                    <a:pt x="30390" y="291827"/>
                                  </a:cubicBezTo>
                                  <a:lnTo>
                                    <a:pt x="263682" y="291827"/>
                                  </a:lnTo>
                                  <a:cubicBezTo>
                                    <a:pt x="280918" y="291827"/>
                                    <a:pt x="294827" y="277917"/>
                                    <a:pt x="294827" y="260757"/>
                                  </a:cubicBezTo>
                                  <a:lnTo>
                                    <a:pt x="294827" y="260757"/>
                                  </a:lnTo>
                                  <a:lnTo>
                                    <a:pt x="294827" y="146001"/>
                                  </a:lnTo>
                                  <a:cubicBezTo>
                                    <a:pt x="294752" y="97090"/>
                                    <a:pt x="255139" y="57401"/>
                                    <a:pt x="206152" y="57326"/>
                                  </a:cubicBezTo>
                                </a:path>
                              </a:pathLst>
                            </a:custGeom>
                            <a:solidFill>
                              <a:srgbClr val="63656C"/>
                            </a:solidFill>
                            <a:ln w="7553" cap="flat">
                              <a:noFill/>
                              <a:prstDash val="solid"/>
                              <a:miter/>
                            </a:ln>
                          </wps:spPr>
                          <wps:bodyPr rtlCol="0" anchor="ctr"/>
                        </wps:wsp>
                        <wps:wsp>
                          <wps:cNvPr id="1262343903" name="Freeform: Shape 128">
                            <a:extLst>
                              <a:ext uri="{FF2B5EF4-FFF2-40B4-BE49-F238E27FC236}">
                                <a16:creationId xmlns:a16="http://schemas.microsoft.com/office/drawing/2014/main" id="{E96F9DC2-B03C-04C2-5655-0763EB35FB67}"/>
                              </a:ext>
                            </a:extLst>
                          </wps:cNvPr>
                          <wps:cNvSpPr/>
                          <wps:spPr>
                            <a:xfrm>
                              <a:off x="3338201" y="2061901"/>
                              <a:ext cx="468624" cy="278196"/>
                            </a:xfrm>
                            <a:custGeom>
                              <a:avLst/>
                              <a:gdLst>
                                <a:gd name="connsiteX0" fmla="*/ 93891 w 468624"/>
                                <a:gd name="connsiteY0" fmla="*/ 278196 h 278196"/>
                                <a:gd name="connsiteX1" fmla="*/ 173192 w 468624"/>
                                <a:gd name="connsiteY1" fmla="*/ 234048 h 278196"/>
                                <a:gd name="connsiteX2" fmla="*/ 429994 w 468624"/>
                                <a:gd name="connsiteY2" fmla="*/ 234048 h 278196"/>
                                <a:gd name="connsiteX3" fmla="*/ 468624 w 468624"/>
                                <a:gd name="connsiteY3" fmla="*/ 195569 h 278196"/>
                                <a:gd name="connsiteX4" fmla="*/ 468624 w 468624"/>
                                <a:gd name="connsiteY4" fmla="*/ 195342 h 278196"/>
                                <a:gd name="connsiteX5" fmla="*/ 468624 w 468624"/>
                                <a:gd name="connsiteY5" fmla="*/ 22150 h 278196"/>
                                <a:gd name="connsiteX6" fmla="*/ 244026 w 468624"/>
                                <a:gd name="connsiteY6" fmla="*/ 22150 h 278196"/>
                                <a:gd name="connsiteX7" fmla="*/ 187404 w 468624"/>
                                <a:gd name="connsiteY7" fmla="*/ 43015 h 278196"/>
                                <a:gd name="connsiteX8" fmla="*/ 187404 w 468624"/>
                                <a:gd name="connsiteY8" fmla="*/ 17009 h 278196"/>
                                <a:gd name="connsiteX9" fmla="*/ 170395 w 468624"/>
                                <a:gd name="connsiteY9" fmla="*/ 0 h 278196"/>
                                <a:gd name="connsiteX10" fmla="*/ 153386 w 468624"/>
                                <a:gd name="connsiteY10" fmla="*/ 17009 h 278196"/>
                                <a:gd name="connsiteX11" fmla="*/ 153386 w 468624"/>
                                <a:gd name="connsiteY11" fmla="*/ 183322 h 278196"/>
                                <a:gd name="connsiteX12" fmla="*/ 95176 w 468624"/>
                                <a:gd name="connsiteY12" fmla="*/ 244102 h 278196"/>
                                <a:gd name="connsiteX13" fmla="*/ 34019 w 468624"/>
                                <a:gd name="connsiteY13" fmla="*/ 185893 h 278196"/>
                                <a:gd name="connsiteX14" fmla="*/ 34019 w 468624"/>
                                <a:gd name="connsiteY14" fmla="*/ 184381 h 278196"/>
                                <a:gd name="connsiteX15" fmla="*/ 34019 w 468624"/>
                                <a:gd name="connsiteY15" fmla="*/ 77562 h 278196"/>
                                <a:gd name="connsiteX16" fmla="*/ 17009 w 468624"/>
                                <a:gd name="connsiteY16" fmla="*/ 60553 h 278196"/>
                                <a:gd name="connsiteX17" fmla="*/ 0 w 468624"/>
                                <a:gd name="connsiteY17" fmla="*/ 77562 h 278196"/>
                                <a:gd name="connsiteX18" fmla="*/ 0 w 468624"/>
                                <a:gd name="connsiteY18" fmla="*/ 184381 h 278196"/>
                                <a:gd name="connsiteX19" fmla="*/ 93815 w 468624"/>
                                <a:gd name="connsiteY19" fmla="*/ 278196 h 278196"/>
                                <a:gd name="connsiteX20" fmla="*/ 190655 w 468624"/>
                                <a:gd name="connsiteY20" fmla="*/ 109615 h 278196"/>
                                <a:gd name="connsiteX21" fmla="*/ 244102 w 468624"/>
                                <a:gd name="connsiteY21" fmla="*/ 56168 h 278196"/>
                                <a:gd name="connsiteX22" fmla="*/ 434606 w 468624"/>
                                <a:gd name="connsiteY22" fmla="*/ 56168 h 278196"/>
                                <a:gd name="connsiteX23" fmla="*/ 434606 w 468624"/>
                                <a:gd name="connsiteY23" fmla="*/ 200331 h 278196"/>
                                <a:gd name="connsiteX24" fmla="*/ 190655 w 468624"/>
                                <a:gd name="connsiteY24" fmla="*/ 200331 h 278196"/>
                                <a:gd name="connsiteX25" fmla="*/ 190655 w 468624"/>
                                <a:gd name="connsiteY25" fmla="*/ 109615 h 278196"/>
                                <a:gd name="connsiteX26" fmla="*/ 190655 w 468624"/>
                                <a:gd name="connsiteY26" fmla="*/ 109615 h 278196"/>
                                <a:gd name="connsiteX27" fmla="*/ 190655 w 468624"/>
                                <a:gd name="connsiteY27" fmla="*/ 109615 h 2781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68624" h="278196">
                                  <a:moveTo>
                                    <a:pt x="93891" y="278196"/>
                                  </a:moveTo>
                                  <a:cubicBezTo>
                                    <a:pt x="126171" y="278196"/>
                                    <a:pt x="156258" y="261489"/>
                                    <a:pt x="173192" y="234048"/>
                                  </a:cubicBezTo>
                                  <a:lnTo>
                                    <a:pt x="429994" y="234048"/>
                                  </a:lnTo>
                                  <a:cubicBezTo>
                                    <a:pt x="451313" y="234123"/>
                                    <a:pt x="468549" y="216887"/>
                                    <a:pt x="468624" y="195569"/>
                                  </a:cubicBezTo>
                                  <a:cubicBezTo>
                                    <a:pt x="468624" y="195494"/>
                                    <a:pt x="468624" y="195418"/>
                                    <a:pt x="468624" y="195342"/>
                                  </a:cubicBezTo>
                                  <a:lnTo>
                                    <a:pt x="468624" y="22150"/>
                                  </a:lnTo>
                                  <a:lnTo>
                                    <a:pt x="244026" y="22150"/>
                                  </a:lnTo>
                                  <a:cubicBezTo>
                                    <a:pt x="223237" y="22150"/>
                                    <a:pt x="203204" y="29483"/>
                                    <a:pt x="187404" y="43015"/>
                                  </a:cubicBezTo>
                                  <a:lnTo>
                                    <a:pt x="187404" y="17009"/>
                                  </a:lnTo>
                                  <a:cubicBezTo>
                                    <a:pt x="187404" y="7560"/>
                                    <a:pt x="179769" y="0"/>
                                    <a:pt x="170395" y="0"/>
                                  </a:cubicBezTo>
                                  <a:cubicBezTo>
                                    <a:pt x="160945" y="0"/>
                                    <a:pt x="153386" y="7635"/>
                                    <a:pt x="153386" y="17009"/>
                                  </a:cubicBezTo>
                                  <a:lnTo>
                                    <a:pt x="153386" y="183322"/>
                                  </a:lnTo>
                                  <a:cubicBezTo>
                                    <a:pt x="153613" y="215980"/>
                                    <a:pt x="127834" y="242968"/>
                                    <a:pt x="95176" y="244102"/>
                                  </a:cubicBezTo>
                                  <a:cubicBezTo>
                                    <a:pt x="62216" y="244934"/>
                                    <a:pt x="34850" y="218928"/>
                                    <a:pt x="34019" y="185893"/>
                                  </a:cubicBezTo>
                                  <a:cubicBezTo>
                                    <a:pt x="34019" y="185363"/>
                                    <a:pt x="34019" y="184834"/>
                                    <a:pt x="34019" y="184381"/>
                                  </a:cubicBezTo>
                                  <a:lnTo>
                                    <a:pt x="34019" y="77562"/>
                                  </a:lnTo>
                                  <a:cubicBezTo>
                                    <a:pt x="34019" y="68113"/>
                                    <a:pt x="26383" y="60553"/>
                                    <a:pt x="17009" y="60553"/>
                                  </a:cubicBezTo>
                                  <a:cubicBezTo>
                                    <a:pt x="7560" y="60553"/>
                                    <a:pt x="0" y="68188"/>
                                    <a:pt x="0" y="77562"/>
                                  </a:cubicBezTo>
                                  <a:lnTo>
                                    <a:pt x="0" y="184381"/>
                                  </a:lnTo>
                                  <a:cubicBezTo>
                                    <a:pt x="76" y="236164"/>
                                    <a:pt x="42032" y="278045"/>
                                    <a:pt x="93815" y="278196"/>
                                  </a:cubicBezTo>
                                  <a:moveTo>
                                    <a:pt x="190655" y="109615"/>
                                  </a:moveTo>
                                  <a:cubicBezTo>
                                    <a:pt x="190655" y="80133"/>
                                    <a:pt x="214619" y="56168"/>
                                    <a:pt x="244102" y="56168"/>
                                  </a:cubicBezTo>
                                  <a:lnTo>
                                    <a:pt x="434606" y="56168"/>
                                  </a:lnTo>
                                  <a:lnTo>
                                    <a:pt x="434606" y="200331"/>
                                  </a:lnTo>
                                  <a:lnTo>
                                    <a:pt x="190655" y="200331"/>
                                  </a:lnTo>
                                  <a:lnTo>
                                    <a:pt x="190655" y="109615"/>
                                  </a:lnTo>
                                  <a:lnTo>
                                    <a:pt x="190655" y="109615"/>
                                  </a:lnTo>
                                  <a:lnTo>
                                    <a:pt x="190655" y="109615"/>
                                  </a:lnTo>
                                  <a:close/>
                                </a:path>
                              </a:pathLst>
                            </a:custGeom>
                            <a:solidFill>
                              <a:srgbClr val="63656C"/>
                            </a:solidFill>
                            <a:ln w="7553" cap="flat">
                              <a:noFill/>
                              <a:prstDash val="solid"/>
                              <a:miter/>
                            </a:ln>
                          </wps:spPr>
                          <wps:bodyPr rtlCol="0" anchor="ctr"/>
                        </wps:wsp>
                        <wps:wsp>
                          <wps:cNvPr id="1574447054" name="Freeform: Shape 129">
                            <a:extLst>
                              <a:ext uri="{FF2B5EF4-FFF2-40B4-BE49-F238E27FC236}">
                                <a16:creationId xmlns:a16="http://schemas.microsoft.com/office/drawing/2014/main" id="{7250BCC1-C1E2-67AF-53B5-27915B7B5B2B}"/>
                              </a:ext>
                            </a:extLst>
                          </wps:cNvPr>
                          <wps:cNvSpPr/>
                          <wps:spPr>
                            <a:xfrm>
                              <a:off x="4202447" y="2379952"/>
                              <a:ext cx="333282" cy="355213"/>
                            </a:xfrm>
                            <a:custGeom>
                              <a:avLst/>
                              <a:gdLst>
                                <a:gd name="connsiteX0" fmla="*/ 308109 w 333282"/>
                                <a:gd name="connsiteY0" fmla="*/ 8527 h 355213"/>
                                <a:gd name="connsiteX1" fmla="*/ 165836 w 333282"/>
                                <a:gd name="connsiteY1" fmla="*/ 175747 h 355213"/>
                                <a:gd name="connsiteX2" fmla="*/ 29762 w 333282"/>
                                <a:gd name="connsiteY2" fmla="*/ 5806 h 355213"/>
                                <a:gd name="connsiteX3" fmla="*/ 5797 w 333282"/>
                                <a:gd name="connsiteY3" fmla="*/ 4143 h 355213"/>
                                <a:gd name="connsiteX4" fmla="*/ 3303 w 333282"/>
                                <a:gd name="connsiteY4" fmla="*/ 26973 h 355213"/>
                                <a:gd name="connsiteX5" fmla="*/ 143610 w 333282"/>
                                <a:gd name="connsiteY5" fmla="*/ 201904 h 355213"/>
                                <a:gd name="connsiteX6" fmla="*/ 64838 w 333282"/>
                                <a:gd name="connsiteY6" fmla="*/ 294359 h 355213"/>
                                <a:gd name="connsiteX7" fmla="*/ 44881 w 333282"/>
                                <a:gd name="connsiteY7" fmla="*/ 294359 h 355213"/>
                                <a:gd name="connsiteX8" fmla="*/ 27872 w 333282"/>
                                <a:gd name="connsiteY8" fmla="*/ 311368 h 355213"/>
                                <a:gd name="connsiteX9" fmla="*/ 44881 w 333282"/>
                                <a:gd name="connsiteY9" fmla="*/ 328377 h 355213"/>
                                <a:gd name="connsiteX10" fmla="*/ 246497 w 333282"/>
                                <a:gd name="connsiteY10" fmla="*/ 328377 h 355213"/>
                                <a:gd name="connsiteX11" fmla="*/ 246497 w 333282"/>
                                <a:gd name="connsiteY11" fmla="*/ 271604 h 355213"/>
                                <a:gd name="connsiteX12" fmla="*/ 188061 w 333282"/>
                                <a:gd name="connsiteY12" fmla="*/ 202206 h 355213"/>
                                <a:gd name="connsiteX13" fmla="*/ 299264 w 333282"/>
                                <a:gd name="connsiteY13" fmla="*/ 71575 h 355213"/>
                                <a:gd name="connsiteX14" fmla="*/ 299264 w 333282"/>
                                <a:gd name="connsiteY14" fmla="*/ 338205 h 355213"/>
                                <a:gd name="connsiteX15" fmla="*/ 316273 w 333282"/>
                                <a:gd name="connsiteY15" fmla="*/ 355214 h 355213"/>
                                <a:gd name="connsiteX16" fmla="*/ 333282 w 333282"/>
                                <a:gd name="connsiteY16" fmla="*/ 338205 h 355213"/>
                                <a:gd name="connsiteX17" fmla="*/ 333282 w 333282"/>
                                <a:gd name="connsiteY17" fmla="*/ 9435 h 355213"/>
                                <a:gd name="connsiteX18" fmla="*/ 308411 w 333282"/>
                                <a:gd name="connsiteY18" fmla="*/ 8527 h 355213"/>
                                <a:gd name="connsiteX19" fmla="*/ 308109 w 333282"/>
                                <a:gd name="connsiteY19" fmla="*/ 8527 h 355213"/>
                                <a:gd name="connsiteX20" fmla="*/ 308109 w 333282"/>
                                <a:gd name="connsiteY20" fmla="*/ 8527 h 355213"/>
                                <a:gd name="connsiteX21" fmla="*/ 212252 w 333282"/>
                                <a:gd name="connsiteY21" fmla="*/ 284002 h 355213"/>
                                <a:gd name="connsiteX22" fmla="*/ 212252 w 333282"/>
                                <a:gd name="connsiteY22" fmla="*/ 294434 h 355213"/>
                                <a:gd name="connsiteX23" fmla="*/ 109138 w 333282"/>
                                <a:gd name="connsiteY23" fmla="*/ 294434 h 355213"/>
                                <a:gd name="connsiteX24" fmla="*/ 165382 w 333282"/>
                                <a:gd name="connsiteY24" fmla="*/ 228287 h 355213"/>
                                <a:gd name="connsiteX25" fmla="*/ 212252 w 333282"/>
                                <a:gd name="connsiteY25" fmla="*/ 284002 h 355213"/>
                                <a:gd name="connsiteX26" fmla="*/ 212252 w 333282"/>
                                <a:gd name="connsiteY26" fmla="*/ 284002 h 3552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33282" h="355213">
                                  <a:moveTo>
                                    <a:pt x="308109" y="8527"/>
                                  </a:moveTo>
                                  <a:lnTo>
                                    <a:pt x="165836" y="175747"/>
                                  </a:lnTo>
                                  <a:lnTo>
                                    <a:pt x="29762" y="5806"/>
                                  </a:lnTo>
                                  <a:cubicBezTo>
                                    <a:pt x="23563" y="-1224"/>
                                    <a:pt x="12828" y="-1981"/>
                                    <a:pt x="5797" y="4143"/>
                                  </a:cubicBezTo>
                                  <a:cubicBezTo>
                                    <a:pt x="-855" y="9964"/>
                                    <a:pt x="-1913" y="19867"/>
                                    <a:pt x="3303" y="26973"/>
                                  </a:cubicBezTo>
                                  <a:lnTo>
                                    <a:pt x="143610" y="201904"/>
                                  </a:lnTo>
                                  <a:lnTo>
                                    <a:pt x="64838" y="294359"/>
                                  </a:lnTo>
                                  <a:lnTo>
                                    <a:pt x="44881" y="294359"/>
                                  </a:lnTo>
                                  <a:cubicBezTo>
                                    <a:pt x="35431" y="294359"/>
                                    <a:pt x="27872" y="301994"/>
                                    <a:pt x="27872" y="311368"/>
                                  </a:cubicBezTo>
                                  <a:cubicBezTo>
                                    <a:pt x="27872" y="320818"/>
                                    <a:pt x="35507" y="328377"/>
                                    <a:pt x="44881" y="328377"/>
                                  </a:cubicBezTo>
                                  <a:lnTo>
                                    <a:pt x="246497" y="328377"/>
                                  </a:lnTo>
                                  <a:lnTo>
                                    <a:pt x="246497" y="271604"/>
                                  </a:lnTo>
                                  <a:lnTo>
                                    <a:pt x="188061" y="202206"/>
                                  </a:lnTo>
                                  <a:lnTo>
                                    <a:pt x="299264" y="71575"/>
                                  </a:lnTo>
                                  <a:lnTo>
                                    <a:pt x="299264" y="338205"/>
                                  </a:lnTo>
                                  <a:cubicBezTo>
                                    <a:pt x="299264" y="347654"/>
                                    <a:pt x="306899" y="355214"/>
                                    <a:pt x="316273" y="355214"/>
                                  </a:cubicBezTo>
                                  <a:cubicBezTo>
                                    <a:pt x="325723" y="355214"/>
                                    <a:pt x="333282" y="347579"/>
                                    <a:pt x="333282" y="338205"/>
                                  </a:cubicBezTo>
                                  <a:lnTo>
                                    <a:pt x="333282" y="9435"/>
                                  </a:lnTo>
                                  <a:lnTo>
                                    <a:pt x="308411" y="8527"/>
                                  </a:lnTo>
                                  <a:lnTo>
                                    <a:pt x="308109" y="8527"/>
                                  </a:lnTo>
                                  <a:lnTo>
                                    <a:pt x="308109" y="8527"/>
                                  </a:lnTo>
                                  <a:close/>
                                  <a:moveTo>
                                    <a:pt x="212252" y="284002"/>
                                  </a:moveTo>
                                  <a:lnTo>
                                    <a:pt x="212252" y="294434"/>
                                  </a:lnTo>
                                  <a:lnTo>
                                    <a:pt x="109138" y="294434"/>
                                  </a:lnTo>
                                  <a:lnTo>
                                    <a:pt x="165382" y="228287"/>
                                  </a:lnTo>
                                  <a:lnTo>
                                    <a:pt x="212252" y="284002"/>
                                  </a:lnTo>
                                  <a:lnTo>
                                    <a:pt x="212252" y="284002"/>
                                  </a:lnTo>
                                  <a:close/>
                                </a:path>
                              </a:pathLst>
                            </a:custGeom>
                            <a:solidFill>
                              <a:srgbClr val="63656C"/>
                            </a:solidFill>
                            <a:ln w="7553" cap="flat">
                              <a:noFill/>
                              <a:prstDash val="solid"/>
                              <a:miter/>
                            </a:ln>
                          </wps:spPr>
                          <wps:bodyPr rtlCol="0" anchor="ctr"/>
                        </wps:wsp>
                        <wps:wsp>
                          <wps:cNvPr id="356956977" name="Freeform: Shape 130">
                            <a:extLst>
                              <a:ext uri="{FF2B5EF4-FFF2-40B4-BE49-F238E27FC236}">
                                <a16:creationId xmlns:a16="http://schemas.microsoft.com/office/drawing/2014/main" id="{53D644FA-A5CF-47B1-D8F7-A9871BE4DF00}"/>
                              </a:ext>
                            </a:extLst>
                          </wps:cNvPr>
                          <wps:cNvSpPr/>
                          <wps:spPr>
                            <a:xfrm>
                              <a:off x="4669158" y="2731008"/>
                              <a:ext cx="60628" cy="61082"/>
                            </a:xfrm>
                            <a:custGeom>
                              <a:avLst/>
                              <a:gdLst>
                                <a:gd name="connsiteX0" fmla="*/ 36362 w 60628"/>
                                <a:gd name="connsiteY0" fmla="*/ 2495 h 61082"/>
                                <a:gd name="connsiteX1" fmla="*/ 24267 w 60628"/>
                                <a:gd name="connsiteY1" fmla="*/ 2495 h 61082"/>
                                <a:gd name="connsiteX2" fmla="*/ 2495 w 60628"/>
                                <a:gd name="connsiteY2" fmla="*/ 24493 h 61082"/>
                                <a:gd name="connsiteX3" fmla="*/ 2495 w 60628"/>
                                <a:gd name="connsiteY3" fmla="*/ 36589 h 61082"/>
                                <a:gd name="connsiteX4" fmla="*/ 24267 w 60628"/>
                                <a:gd name="connsiteY4" fmla="*/ 58587 h 61082"/>
                                <a:gd name="connsiteX5" fmla="*/ 36362 w 60628"/>
                                <a:gd name="connsiteY5" fmla="*/ 58587 h 61082"/>
                                <a:gd name="connsiteX6" fmla="*/ 58134 w 60628"/>
                                <a:gd name="connsiteY6" fmla="*/ 36589 h 61082"/>
                                <a:gd name="connsiteX7" fmla="*/ 58134 w 60628"/>
                                <a:gd name="connsiteY7" fmla="*/ 24493 h 61082"/>
                                <a:gd name="connsiteX8" fmla="*/ 36362 w 60628"/>
                                <a:gd name="connsiteY8" fmla="*/ 2495 h 61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628" h="61082">
                                  <a:moveTo>
                                    <a:pt x="36362" y="2495"/>
                                  </a:moveTo>
                                  <a:cubicBezTo>
                                    <a:pt x="32960" y="-832"/>
                                    <a:pt x="27593" y="-832"/>
                                    <a:pt x="24267" y="2495"/>
                                  </a:cubicBezTo>
                                  <a:lnTo>
                                    <a:pt x="2495" y="24493"/>
                                  </a:lnTo>
                                  <a:cubicBezTo>
                                    <a:pt x="-832" y="27895"/>
                                    <a:pt x="-832" y="33263"/>
                                    <a:pt x="2495" y="36589"/>
                                  </a:cubicBezTo>
                                  <a:lnTo>
                                    <a:pt x="24267" y="58587"/>
                                  </a:lnTo>
                                  <a:cubicBezTo>
                                    <a:pt x="27668" y="61914"/>
                                    <a:pt x="33036" y="61914"/>
                                    <a:pt x="36362" y="58587"/>
                                  </a:cubicBezTo>
                                  <a:lnTo>
                                    <a:pt x="58134" y="36589"/>
                                  </a:lnTo>
                                  <a:cubicBezTo>
                                    <a:pt x="61460" y="33187"/>
                                    <a:pt x="61460" y="27819"/>
                                    <a:pt x="58134" y="24493"/>
                                  </a:cubicBezTo>
                                  <a:lnTo>
                                    <a:pt x="36362" y="2495"/>
                                  </a:lnTo>
                                  <a:close/>
                                </a:path>
                              </a:pathLst>
                            </a:custGeom>
                            <a:solidFill>
                              <a:srgbClr val="63656C"/>
                            </a:solidFill>
                            <a:ln w="7553" cap="flat">
                              <a:noFill/>
                              <a:prstDash val="solid"/>
                              <a:miter/>
                            </a:ln>
                          </wps:spPr>
                          <wps:bodyPr rtlCol="0" anchor="ctr"/>
                        </wps:wsp>
                        <wps:wsp>
                          <wps:cNvPr id="1669730740" name="Freeform: Shape 131">
                            <a:extLst>
                              <a:ext uri="{FF2B5EF4-FFF2-40B4-BE49-F238E27FC236}">
                                <a16:creationId xmlns:a16="http://schemas.microsoft.com/office/drawing/2014/main" id="{42E62726-DE2D-E5EA-AF8D-76322F06D7EA}"/>
                              </a:ext>
                            </a:extLst>
                          </wps:cNvPr>
                          <wps:cNvSpPr/>
                          <wps:spPr>
                            <a:xfrm>
                              <a:off x="4742581" y="2731179"/>
                              <a:ext cx="60969" cy="60968"/>
                            </a:xfrm>
                            <a:custGeom>
                              <a:avLst/>
                              <a:gdLst>
                                <a:gd name="connsiteX0" fmla="*/ 2551 w 60969"/>
                                <a:gd name="connsiteY0" fmla="*/ 24399 h 60968"/>
                                <a:gd name="connsiteX1" fmla="*/ 24399 w 60969"/>
                                <a:gd name="connsiteY1" fmla="*/ 2551 h 60968"/>
                                <a:gd name="connsiteX2" fmla="*/ 36570 w 60969"/>
                                <a:gd name="connsiteY2" fmla="*/ 2551 h 60968"/>
                                <a:gd name="connsiteX3" fmla="*/ 36570 w 60969"/>
                                <a:gd name="connsiteY3" fmla="*/ 2551 h 60968"/>
                                <a:gd name="connsiteX4" fmla="*/ 58418 w 60969"/>
                                <a:gd name="connsiteY4" fmla="*/ 24399 h 60968"/>
                                <a:gd name="connsiteX5" fmla="*/ 58418 w 60969"/>
                                <a:gd name="connsiteY5" fmla="*/ 36570 h 60968"/>
                                <a:gd name="connsiteX6" fmla="*/ 58418 w 60969"/>
                                <a:gd name="connsiteY6" fmla="*/ 36570 h 60968"/>
                                <a:gd name="connsiteX7" fmla="*/ 36570 w 60969"/>
                                <a:gd name="connsiteY7" fmla="*/ 58417 h 60968"/>
                                <a:gd name="connsiteX8" fmla="*/ 24399 w 60969"/>
                                <a:gd name="connsiteY8" fmla="*/ 58417 h 60968"/>
                                <a:gd name="connsiteX9" fmla="*/ 24399 w 60969"/>
                                <a:gd name="connsiteY9" fmla="*/ 58417 h 60968"/>
                                <a:gd name="connsiteX10" fmla="*/ 2551 w 60969"/>
                                <a:gd name="connsiteY10" fmla="*/ 36570 h 60968"/>
                                <a:gd name="connsiteX11" fmla="*/ 2551 w 60969"/>
                                <a:gd name="connsiteY11" fmla="*/ 24399 h 60968"/>
                                <a:gd name="connsiteX12" fmla="*/ 2551 w 60969"/>
                                <a:gd name="connsiteY12" fmla="*/ 24399 h 6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0969" h="60968">
                                  <a:moveTo>
                                    <a:pt x="2551" y="24399"/>
                                  </a:moveTo>
                                  <a:lnTo>
                                    <a:pt x="24399" y="2551"/>
                                  </a:lnTo>
                                  <a:cubicBezTo>
                                    <a:pt x="27801" y="-850"/>
                                    <a:pt x="33168" y="-850"/>
                                    <a:pt x="36570" y="2551"/>
                                  </a:cubicBezTo>
                                  <a:lnTo>
                                    <a:pt x="36570" y="2551"/>
                                  </a:lnTo>
                                  <a:lnTo>
                                    <a:pt x="58418" y="24399"/>
                                  </a:lnTo>
                                  <a:cubicBezTo>
                                    <a:pt x="61820" y="27801"/>
                                    <a:pt x="61820" y="33168"/>
                                    <a:pt x="58418" y="36570"/>
                                  </a:cubicBezTo>
                                  <a:lnTo>
                                    <a:pt x="58418" y="36570"/>
                                  </a:lnTo>
                                  <a:lnTo>
                                    <a:pt x="36570" y="58417"/>
                                  </a:lnTo>
                                  <a:cubicBezTo>
                                    <a:pt x="33168" y="61819"/>
                                    <a:pt x="27801" y="61819"/>
                                    <a:pt x="24399" y="58417"/>
                                  </a:cubicBezTo>
                                  <a:lnTo>
                                    <a:pt x="24399" y="58417"/>
                                  </a:lnTo>
                                  <a:lnTo>
                                    <a:pt x="2551" y="36570"/>
                                  </a:lnTo>
                                  <a:cubicBezTo>
                                    <a:pt x="-850" y="33168"/>
                                    <a:pt x="-850" y="27725"/>
                                    <a:pt x="2551" y="24399"/>
                                  </a:cubicBezTo>
                                  <a:lnTo>
                                    <a:pt x="2551" y="24399"/>
                                  </a:lnTo>
                                  <a:close/>
                                </a:path>
                              </a:pathLst>
                            </a:custGeom>
                            <a:solidFill>
                              <a:srgbClr val="63656C"/>
                            </a:solidFill>
                            <a:ln w="7553" cap="flat">
                              <a:noFill/>
                              <a:prstDash val="solid"/>
                              <a:miter/>
                            </a:ln>
                          </wps:spPr>
                          <wps:bodyPr rtlCol="0" anchor="ctr"/>
                        </wps:wsp>
                        <wps:wsp>
                          <wps:cNvPr id="1480393023" name="Freeform: Shape 132">
                            <a:extLst>
                              <a:ext uri="{FF2B5EF4-FFF2-40B4-BE49-F238E27FC236}">
                                <a16:creationId xmlns:a16="http://schemas.microsoft.com/office/drawing/2014/main" id="{89C3715B-B58A-80BC-0119-A89DF3997CB5}"/>
                              </a:ext>
                            </a:extLst>
                          </wps:cNvPr>
                          <wps:cNvSpPr/>
                          <wps:spPr>
                            <a:xfrm>
                              <a:off x="3368667" y="2375004"/>
                              <a:ext cx="61082" cy="60798"/>
                            </a:xfrm>
                            <a:custGeom>
                              <a:avLst/>
                              <a:gdLst>
                                <a:gd name="connsiteX0" fmla="*/ 24494 w 61082"/>
                                <a:gd name="connsiteY0" fmla="*/ 2438 h 60798"/>
                                <a:gd name="connsiteX1" fmla="*/ 2495 w 61082"/>
                                <a:gd name="connsiteY1" fmla="*/ 24210 h 60798"/>
                                <a:gd name="connsiteX2" fmla="*/ 2495 w 61082"/>
                                <a:gd name="connsiteY2" fmla="*/ 36306 h 60798"/>
                                <a:gd name="connsiteX3" fmla="*/ 24494 w 61082"/>
                                <a:gd name="connsiteY3" fmla="*/ 58304 h 60798"/>
                                <a:gd name="connsiteX4" fmla="*/ 36589 w 61082"/>
                                <a:gd name="connsiteY4" fmla="*/ 58304 h 60798"/>
                                <a:gd name="connsiteX5" fmla="*/ 58587 w 61082"/>
                                <a:gd name="connsiteY5" fmla="*/ 36306 h 60798"/>
                                <a:gd name="connsiteX6" fmla="*/ 58587 w 61082"/>
                                <a:gd name="connsiteY6" fmla="*/ 24210 h 60798"/>
                                <a:gd name="connsiteX7" fmla="*/ 36589 w 61082"/>
                                <a:gd name="connsiteY7" fmla="*/ 2438 h 60798"/>
                                <a:gd name="connsiteX8" fmla="*/ 24494 w 61082"/>
                                <a:gd name="connsiteY8" fmla="*/ 2438 h 60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082" h="60798">
                                  <a:moveTo>
                                    <a:pt x="24494" y="2438"/>
                                  </a:moveTo>
                                  <a:lnTo>
                                    <a:pt x="2495" y="24210"/>
                                  </a:lnTo>
                                  <a:cubicBezTo>
                                    <a:pt x="-832" y="27612"/>
                                    <a:pt x="-832" y="32979"/>
                                    <a:pt x="2495" y="36306"/>
                                  </a:cubicBezTo>
                                  <a:lnTo>
                                    <a:pt x="24494" y="58304"/>
                                  </a:lnTo>
                                  <a:cubicBezTo>
                                    <a:pt x="27895" y="61630"/>
                                    <a:pt x="33263" y="61630"/>
                                    <a:pt x="36589" y="58304"/>
                                  </a:cubicBezTo>
                                  <a:lnTo>
                                    <a:pt x="58587" y="36306"/>
                                  </a:lnTo>
                                  <a:cubicBezTo>
                                    <a:pt x="61914" y="32904"/>
                                    <a:pt x="61914" y="27536"/>
                                    <a:pt x="58587" y="24210"/>
                                  </a:cubicBezTo>
                                  <a:lnTo>
                                    <a:pt x="36589" y="2438"/>
                                  </a:lnTo>
                                  <a:cubicBezTo>
                                    <a:pt x="33187" y="-813"/>
                                    <a:pt x="27820" y="-813"/>
                                    <a:pt x="24494" y="2438"/>
                                  </a:cubicBezTo>
                                </a:path>
                              </a:pathLst>
                            </a:custGeom>
                            <a:solidFill>
                              <a:srgbClr val="63656C"/>
                            </a:solidFill>
                            <a:ln w="7553" cap="flat">
                              <a:noFill/>
                              <a:prstDash val="solid"/>
                              <a:miter/>
                            </a:ln>
                          </wps:spPr>
                          <wps:bodyPr rtlCol="0" anchor="ctr"/>
                        </wps:wsp>
                        <wps:wsp>
                          <wps:cNvPr id="451970585" name="Freeform: Shape 133">
                            <a:extLst>
                              <a:ext uri="{FF2B5EF4-FFF2-40B4-BE49-F238E27FC236}">
                                <a16:creationId xmlns:a16="http://schemas.microsoft.com/office/drawing/2014/main" id="{1F9D22B6-EA01-BFCD-DC3A-C6B20488CCCA}"/>
                              </a:ext>
                            </a:extLst>
                          </wps:cNvPr>
                          <wps:cNvSpPr/>
                          <wps:spPr>
                            <a:xfrm>
                              <a:off x="3442341" y="2375004"/>
                              <a:ext cx="60963" cy="60798"/>
                            </a:xfrm>
                            <a:custGeom>
                              <a:avLst/>
                              <a:gdLst>
                                <a:gd name="connsiteX0" fmla="*/ 24375 w 60963"/>
                                <a:gd name="connsiteY0" fmla="*/ 2438 h 60798"/>
                                <a:gd name="connsiteX1" fmla="*/ 2603 w 60963"/>
                                <a:gd name="connsiteY1" fmla="*/ 24210 h 60798"/>
                                <a:gd name="connsiteX2" fmla="*/ 2225 w 60963"/>
                                <a:gd name="connsiteY2" fmla="*/ 35928 h 60798"/>
                                <a:gd name="connsiteX3" fmla="*/ 2603 w 60963"/>
                                <a:gd name="connsiteY3" fmla="*/ 36306 h 60798"/>
                                <a:gd name="connsiteX4" fmla="*/ 24375 w 60963"/>
                                <a:gd name="connsiteY4" fmla="*/ 58304 h 60798"/>
                                <a:gd name="connsiteX5" fmla="*/ 36470 w 60963"/>
                                <a:gd name="connsiteY5" fmla="*/ 58304 h 60798"/>
                                <a:gd name="connsiteX6" fmla="*/ 58469 w 60963"/>
                                <a:gd name="connsiteY6" fmla="*/ 36306 h 60798"/>
                                <a:gd name="connsiteX7" fmla="*/ 58469 w 60963"/>
                                <a:gd name="connsiteY7" fmla="*/ 24210 h 60798"/>
                                <a:gd name="connsiteX8" fmla="*/ 36470 w 60963"/>
                                <a:gd name="connsiteY8" fmla="*/ 2438 h 60798"/>
                                <a:gd name="connsiteX9" fmla="*/ 24375 w 60963"/>
                                <a:gd name="connsiteY9" fmla="*/ 2438 h 60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0963" h="60798">
                                  <a:moveTo>
                                    <a:pt x="24375" y="2438"/>
                                  </a:moveTo>
                                  <a:lnTo>
                                    <a:pt x="2603" y="24210"/>
                                  </a:lnTo>
                                  <a:cubicBezTo>
                                    <a:pt x="-723" y="27385"/>
                                    <a:pt x="-875" y="32601"/>
                                    <a:pt x="2225" y="35928"/>
                                  </a:cubicBezTo>
                                  <a:cubicBezTo>
                                    <a:pt x="2301" y="36003"/>
                                    <a:pt x="2451" y="36154"/>
                                    <a:pt x="2603" y="36306"/>
                                  </a:cubicBezTo>
                                  <a:lnTo>
                                    <a:pt x="24375" y="58304"/>
                                  </a:lnTo>
                                  <a:cubicBezTo>
                                    <a:pt x="27777" y="61630"/>
                                    <a:pt x="33144" y="61630"/>
                                    <a:pt x="36470" y="58304"/>
                                  </a:cubicBezTo>
                                  <a:lnTo>
                                    <a:pt x="58469" y="36306"/>
                                  </a:lnTo>
                                  <a:cubicBezTo>
                                    <a:pt x="61795" y="32904"/>
                                    <a:pt x="61795" y="27536"/>
                                    <a:pt x="58469" y="24210"/>
                                  </a:cubicBezTo>
                                  <a:lnTo>
                                    <a:pt x="36470" y="2438"/>
                                  </a:lnTo>
                                  <a:cubicBezTo>
                                    <a:pt x="33144" y="-813"/>
                                    <a:pt x="27777" y="-813"/>
                                    <a:pt x="24375" y="2438"/>
                                  </a:cubicBezTo>
                                </a:path>
                              </a:pathLst>
                            </a:custGeom>
                            <a:solidFill>
                              <a:srgbClr val="63656C"/>
                            </a:solidFill>
                            <a:ln w="7553" cap="flat">
                              <a:noFill/>
                              <a:prstDash val="solid"/>
                              <a:miter/>
                            </a:ln>
                          </wps:spPr>
                          <wps:bodyPr rtlCol="0" anchor="ctr"/>
                        </wps:wsp>
                        <wps:wsp>
                          <wps:cNvPr id="1575317597" name="Freeform: Shape 134">
                            <a:extLst>
                              <a:ext uri="{FF2B5EF4-FFF2-40B4-BE49-F238E27FC236}">
                                <a16:creationId xmlns:a16="http://schemas.microsoft.com/office/drawing/2014/main" id="{D711E8F9-83AF-7734-1025-ECDD0DC1E646}"/>
                              </a:ext>
                            </a:extLst>
                          </wps:cNvPr>
                          <wps:cNvSpPr/>
                          <wps:spPr>
                            <a:xfrm>
                              <a:off x="3623050" y="2375004"/>
                              <a:ext cx="60855" cy="60798"/>
                            </a:xfrm>
                            <a:custGeom>
                              <a:avLst/>
                              <a:gdLst>
                                <a:gd name="connsiteX0" fmla="*/ 24267 w 60855"/>
                                <a:gd name="connsiteY0" fmla="*/ 2438 h 60798"/>
                                <a:gd name="connsiteX1" fmla="*/ 2495 w 60855"/>
                                <a:gd name="connsiteY1" fmla="*/ 24210 h 60798"/>
                                <a:gd name="connsiteX2" fmla="*/ 2495 w 60855"/>
                                <a:gd name="connsiteY2" fmla="*/ 36306 h 60798"/>
                                <a:gd name="connsiteX3" fmla="*/ 24267 w 60855"/>
                                <a:gd name="connsiteY3" fmla="*/ 58304 h 60798"/>
                                <a:gd name="connsiteX4" fmla="*/ 36362 w 60855"/>
                                <a:gd name="connsiteY4" fmla="*/ 58304 h 60798"/>
                                <a:gd name="connsiteX5" fmla="*/ 58360 w 60855"/>
                                <a:gd name="connsiteY5" fmla="*/ 36306 h 60798"/>
                                <a:gd name="connsiteX6" fmla="*/ 58360 w 60855"/>
                                <a:gd name="connsiteY6" fmla="*/ 24210 h 60798"/>
                                <a:gd name="connsiteX7" fmla="*/ 36362 w 60855"/>
                                <a:gd name="connsiteY7" fmla="*/ 2438 h 60798"/>
                                <a:gd name="connsiteX8" fmla="*/ 24267 w 60855"/>
                                <a:gd name="connsiteY8" fmla="*/ 2438 h 60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855" h="60798">
                                  <a:moveTo>
                                    <a:pt x="24267" y="2438"/>
                                  </a:moveTo>
                                  <a:lnTo>
                                    <a:pt x="2495" y="24210"/>
                                  </a:lnTo>
                                  <a:cubicBezTo>
                                    <a:pt x="-832" y="27612"/>
                                    <a:pt x="-832" y="32979"/>
                                    <a:pt x="2495" y="36306"/>
                                  </a:cubicBezTo>
                                  <a:lnTo>
                                    <a:pt x="24267" y="58304"/>
                                  </a:lnTo>
                                  <a:cubicBezTo>
                                    <a:pt x="27668" y="61630"/>
                                    <a:pt x="33036" y="61630"/>
                                    <a:pt x="36362" y="58304"/>
                                  </a:cubicBezTo>
                                  <a:lnTo>
                                    <a:pt x="58360" y="36306"/>
                                  </a:lnTo>
                                  <a:cubicBezTo>
                                    <a:pt x="61687" y="32904"/>
                                    <a:pt x="61687" y="27536"/>
                                    <a:pt x="58360" y="24210"/>
                                  </a:cubicBezTo>
                                  <a:lnTo>
                                    <a:pt x="36362" y="2438"/>
                                  </a:lnTo>
                                  <a:cubicBezTo>
                                    <a:pt x="33036" y="-813"/>
                                    <a:pt x="27668" y="-813"/>
                                    <a:pt x="24267" y="2438"/>
                                  </a:cubicBezTo>
                                </a:path>
                              </a:pathLst>
                            </a:custGeom>
                            <a:solidFill>
                              <a:srgbClr val="63656C"/>
                            </a:solidFill>
                            <a:ln w="7553" cap="flat">
                              <a:noFill/>
                              <a:prstDash val="solid"/>
                              <a:miter/>
                            </a:ln>
                          </wps:spPr>
                          <wps:bodyPr rtlCol="0" anchor="ctr"/>
                        </wps:wsp>
                        <wps:wsp>
                          <wps:cNvPr id="1647363479" name="Freeform: Shape 135">
                            <a:extLst>
                              <a:ext uri="{FF2B5EF4-FFF2-40B4-BE49-F238E27FC236}">
                                <a16:creationId xmlns:a16="http://schemas.microsoft.com/office/drawing/2014/main" id="{7BD83D54-C1A2-F88F-7DD7-F1F58886891E}"/>
                              </a:ext>
                            </a:extLst>
                          </wps:cNvPr>
                          <wps:cNvSpPr/>
                          <wps:spPr>
                            <a:xfrm>
                              <a:off x="3696681" y="2374938"/>
                              <a:ext cx="60855" cy="60788"/>
                            </a:xfrm>
                            <a:custGeom>
                              <a:avLst/>
                              <a:gdLst>
                                <a:gd name="connsiteX0" fmla="*/ 24267 w 60855"/>
                                <a:gd name="connsiteY0" fmla="*/ 2504 h 60788"/>
                                <a:gd name="connsiteX1" fmla="*/ 2495 w 60855"/>
                                <a:gd name="connsiteY1" fmla="*/ 24276 h 60788"/>
                                <a:gd name="connsiteX2" fmla="*/ 2495 w 60855"/>
                                <a:gd name="connsiteY2" fmla="*/ 36372 h 60788"/>
                                <a:gd name="connsiteX3" fmla="*/ 24267 w 60855"/>
                                <a:gd name="connsiteY3" fmla="*/ 58294 h 60788"/>
                                <a:gd name="connsiteX4" fmla="*/ 36362 w 60855"/>
                                <a:gd name="connsiteY4" fmla="*/ 58294 h 60788"/>
                                <a:gd name="connsiteX5" fmla="*/ 58361 w 60855"/>
                                <a:gd name="connsiteY5" fmla="*/ 36296 h 60788"/>
                                <a:gd name="connsiteX6" fmla="*/ 58361 w 60855"/>
                                <a:gd name="connsiteY6" fmla="*/ 24201 h 60788"/>
                                <a:gd name="connsiteX7" fmla="*/ 36362 w 60855"/>
                                <a:gd name="connsiteY7" fmla="*/ 2429 h 60788"/>
                                <a:gd name="connsiteX8" fmla="*/ 24267 w 60855"/>
                                <a:gd name="connsiteY8" fmla="*/ 2504 h 60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855" h="60788">
                                  <a:moveTo>
                                    <a:pt x="24267" y="2504"/>
                                  </a:moveTo>
                                  <a:lnTo>
                                    <a:pt x="2495" y="24276"/>
                                  </a:lnTo>
                                  <a:cubicBezTo>
                                    <a:pt x="-832" y="27678"/>
                                    <a:pt x="-832" y="33045"/>
                                    <a:pt x="2495" y="36372"/>
                                  </a:cubicBezTo>
                                  <a:lnTo>
                                    <a:pt x="24267" y="58294"/>
                                  </a:lnTo>
                                  <a:cubicBezTo>
                                    <a:pt x="27669" y="61621"/>
                                    <a:pt x="33036" y="61621"/>
                                    <a:pt x="36362" y="58294"/>
                                  </a:cubicBezTo>
                                  <a:lnTo>
                                    <a:pt x="58361" y="36296"/>
                                  </a:lnTo>
                                  <a:cubicBezTo>
                                    <a:pt x="61687" y="32894"/>
                                    <a:pt x="61687" y="27527"/>
                                    <a:pt x="58361" y="24201"/>
                                  </a:cubicBezTo>
                                  <a:lnTo>
                                    <a:pt x="36362" y="2429"/>
                                  </a:lnTo>
                                  <a:cubicBezTo>
                                    <a:pt x="32960" y="-822"/>
                                    <a:pt x="27593" y="-822"/>
                                    <a:pt x="24267" y="2504"/>
                                  </a:cubicBezTo>
                                </a:path>
                              </a:pathLst>
                            </a:custGeom>
                            <a:solidFill>
                              <a:srgbClr val="63656C"/>
                            </a:solidFill>
                            <a:ln w="7553" cap="flat">
                              <a:noFill/>
                              <a:prstDash val="solid"/>
                              <a:miter/>
                            </a:ln>
                          </wps:spPr>
                          <wps:bodyPr rtlCol="0" anchor="ctr"/>
                        </wps:wsp>
                        <wps:wsp>
                          <wps:cNvPr id="1535786844" name="Freeform: Shape 136">
                            <a:extLst>
                              <a:ext uri="{FF2B5EF4-FFF2-40B4-BE49-F238E27FC236}">
                                <a16:creationId xmlns:a16="http://schemas.microsoft.com/office/drawing/2014/main" id="{B75FCA01-D9F6-3AB2-4623-D1B23A0E7441}"/>
                              </a:ext>
                            </a:extLst>
                          </wps:cNvPr>
                          <wps:cNvSpPr/>
                          <wps:spPr>
                            <a:xfrm>
                              <a:off x="5187146" y="2375175"/>
                              <a:ext cx="60855" cy="60855"/>
                            </a:xfrm>
                            <a:custGeom>
                              <a:avLst/>
                              <a:gdLst>
                                <a:gd name="connsiteX0" fmla="*/ 2495 w 60855"/>
                                <a:gd name="connsiteY0" fmla="*/ 24267 h 60855"/>
                                <a:gd name="connsiteX1" fmla="*/ 2495 w 60855"/>
                                <a:gd name="connsiteY1" fmla="*/ 36362 h 60855"/>
                                <a:gd name="connsiteX2" fmla="*/ 24267 w 60855"/>
                                <a:gd name="connsiteY2" fmla="*/ 58361 h 60855"/>
                                <a:gd name="connsiteX3" fmla="*/ 36362 w 60855"/>
                                <a:gd name="connsiteY3" fmla="*/ 58361 h 60855"/>
                                <a:gd name="connsiteX4" fmla="*/ 58361 w 60855"/>
                                <a:gd name="connsiteY4" fmla="*/ 36362 h 60855"/>
                                <a:gd name="connsiteX5" fmla="*/ 58361 w 60855"/>
                                <a:gd name="connsiteY5" fmla="*/ 24267 h 60855"/>
                                <a:gd name="connsiteX6" fmla="*/ 36362 w 60855"/>
                                <a:gd name="connsiteY6" fmla="*/ 2495 h 60855"/>
                                <a:gd name="connsiteX7" fmla="*/ 24267 w 60855"/>
                                <a:gd name="connsiteY7" fmla="*/ 2495 h 60855"/>
                                <a:gd name="connsiteX8" fmla="*/ 2495 w 60855"/>
                                <a:gd name="connsiteY8" fmla="*/ 24267 h 60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855" h="60855">
                                  <a:moveTo>
                                    <a:pt x="2495" y="24267"/>
                                  </a:moveTo>
                                  <a:cubicBezTo>
                                    <a:pt x="-832" y="27669"/>
                                    <a:pt x="-832" y="33036"/>
                                    <a:pt x="2495" y="36362"/>
                                  </a:cubicBezTo>
                                  <a:lnTo>
                                    <a:pt x="24267" y="58361"/>
                                  </a:lnTo>
                                  <a:cubicBezTo>
                                    <a:pt x="27669" y="61687"/>
                                    <a:pt x="33036" y="61687"/>
                                    <a:pt x="36362" y="58361"/>
                                  </a:cubicBezTo>
                                  <a:lnTo>
                                    <a:pt x="58361" y="36362"/>
                                  </a:lnTo>
                                  <a:cubicBezTo>
                                    <a:pt x="61687" y="32960"/>
                                    <a:pt x="61687" y="27593"/>
                                    <a:pt x="58361" y="24267"/>
                                  </a:cubicBezTo>
                                  <a:lnTo>
                                    <a:pt x="36362" y="2495"/>
                                  </a:lnTo>
                                  <a:cubicBezTo>
                                    <a:pt x="32960" y="-832"/>
                                    <a:pt x="27593" y="-832"/>
                                    <a:pt x="24267" y="2495"/>
                                  </a:cubicBezTo>
                                  <a:lnTo>
                                    <a:pt x="2495" y="24267"/>
                                  </a:lnTo>
                                  <a:close/>
                                </a:path>
                              </a:pathLst>
                            </a:custGeom>
                            <a:solidFill>
                              <a:srgbClr val="63656C"/>
                            </a:solidFill>
                            <a:ln w="7553" cap="flat">
                              <a:noFill/>
                              <a:prstDash val="solid"/>
                              <a:miter/>
                            </a:ln>
                          </wps:spPr>
                          <wps:bodyPr rtlCol="0" anchor="ctr"/>
                        </wps:wsp>
                        <wps:wsp>
                          <wps:cNvPr id="1409197112" name="Freeform: Shape 137">
                            <a:extLst>
                              <a:ext uri="{FF2B5EF4-FFF2-40B4-BE49-F238E27FC236}">
                                <a16:creationId xmlns:a16="http://schemas.microsoft.com/office/drawing/2014/main" id="{078B5D9D-4E20-C67C-6BB3-41F9289AF014}"/>
                              </a:ext>
                            </a:extLst>
                          </wps:cNvPr>
                          <wps:cNvSpPr/>
                          <wps:spPr>
                            <a:xfrm>
                              <a:off x="4638616" y="1996813"/>
                              <a:ext cx="60855" cy="61082"/>
                            </a:xfrm>
                            <a:custGeom>
                              <a:avLst/>
                              <a:gdLst>
                                <a:gd name="connsiteX0" fmla="*/ 24267 w 60855"/>
                                <a:gd name="connsiteY0" fmla="*/ 2495 h 61082"/>
                                <a:gd name="connsiteX1" fmla="*/ 2495 w 60855"/>
                                <a:gd name="connsiteY1" fmla="*/ 24493 h 61082"/>
                                <a:gd name="connsiteX2" fmla="*/ 2495 w 60855"/>
                                <a:gd name="connsiteY2" fmla="*/ 36589 h 61082"/>
                                <a:gd name="connsiteX3" fmla="*/ 24267 w 60855"/>
                                <a:gd name="connsiteY3" fmla="*/ 58587 h 61082"/>
                                <a:gd name="connsiteX4" fmla="*/ 36362 w 60855"/>
                                <a:gd name="connsiteY4" fmla="*/ 58587 h 61082"/>
                                <a:gd name="connsiteX5" fmla="*/ 58361 w 60855"/>
                                <a:gd name="connsiteY5" fmla="*/ 36589 h 61082"/>
                                <a:gd name="connsiteX6" fmla="*/ 58361 w 60855"/>
                                <a:gd name="connsiteY6" fmla="*/ 24493 h 61082"/>
                                <a:gd name="connsiteX7" fmla="*/ 36362 w 60855"/>
                                <a:gd name="connsiteY7" fmla="*/ 2495 h 61082"/>
                                <a:gd name="connsiteX8" fmla="*/ 24267 w 60855"/>
                                <a:gd name="connsiteY8" fmla="*/ 2495 h 61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855" h="61082">
                                  <a:moveTo>
                                    <a:pt x="24267" y="2495"/>
                                  </a:moveTo>
                                  <a:lnTo>
                                    <a:pt x="2495" y="24493"/>
                                  </a:lnTo>
                                  <a:cubicBezTo>
                                    <a:pt x="-832" y="27895"/>
                                    <a:pt x="-832" y="33263"/>
                                    <a:pt x="2495" y="36589"/>
                                  </a:cubicBezTo>
                                  <a:lnTo>
                                    <a:pt x="24267" y="58587"/>
                                  </a:lnTo>
                                  <a:cubicBezTo>
                                    <a:pt x="27669" y="61914"/>
                                    <a:pt x="33036" y="61914"/>
                                    <a:pt x="36362" y="58587"/>
                                  </a:cubicBezTo>
                                  <a:lnTo>
                                    <a:pt x="58361" y="36589"/>
                                  </a:lnTo>
                                  <a:cubicBezTo>
                                    <a:pt x="61687" y="33187"/>
                                    <a:pt x="61687" y="27819"/>
                                    <a:pt x="58361" y="24493"/>
                                  </a:cubicBezTo>
                                  <a:lnTo>
                                    <a:pt x="36362" y="2495"/>
                                  </a:lnTo>
                                  <a:cubicBezTo>
                                    <a:pt x="32960" y="-832"/>
                                    <a:pt x="27593" y="-832"/>
                                    <a:pt x="24267" y="2495"/>
                                  </a:cubicBezTo>
                                </a:path>
                              </a:pathLst>
                            </a:custGeom>
                            <a:solidFill>
                              <a:srgbClr val="63656C"/>
                            </a:solidFill>
                            <a:ln w="7553" cap="flat">
                              <a:noFill/>
                              <a:prstDash val="solid"/>
                              <a:miter/>
                            </a:ln>
                          </wps:spPr>
                          <wps:bodyPr rtlCol="0" anchor="ctr"/>
                        </wps:wsp>
                        <wps:wsp>
                          <wps:cNvPr id="574615389" name="Freeform: Shape 138">
                            <a:extLst>
                              <a:ext uri="{FF2B5EF4-FFF2-40B4-BE49-F238E27FC236}">
                                <a16:creationId xmlns:a16="http://schemas.microsoft.com/office/drawing/2014/main" id="{7EA0667A-EFC5-FB67-4D4D-EB23373D2B39}"/>
                              </a:ext>
                            </a:extLst>
                          </wps:cNvPr>
                          <wps:cNvSpPr/>
                          <wps:spPr>
                            <a:xfrm>
                              <a:off x="4081620" y="1990614"/>
                              <a:ext cx="61082" cy="60855"/>
                            </a:xfrm>
                            <a:custGeom>
                              <a:avLst/>
                              <a:gdLst>
                                <a:gd name="connsiteX0" fmla="*/ 24494 w 61082"/>
                                <a:gd name="connsiteY0" fmla="*/ 2495 h 60855"/>
                                <a:gd name="connsiteX1" fmla="*/ 2495 w 61082"/>
                                <a:gd name="connsiteY1" fmla="*/ 24267 h 60855"/>
                                <a:gd name="connsiteX2" fmla="*/ 2495 w 61082"/>
                                <a:gd name="connsiteY2" fmla="*/ 36362 h 60855"/>
                                <a:gd name="connsiteX3" fmla="*/ 24494 w 61082"/>
                                <a:gd name="connsiteY3" fmla="*/ 58361 h 60855"/>
                                <a:gd name="connsiteX4" fmla="*/ 36589 w 61082"/>
                                <a:gd name="connsiteY4" fmla="*/ 58361 h 60855"/>
                                <a:gd name="connsiteX5" fmla="*/ 58587 w 61082"/>
                                <a:gd name="connsiteY5" fmla="*/ 36362 h 60855"/>
                                <a:gd name="connsiteX6" fmla="*/ 58587 w 61082"/>
                                <a:gd name="connsiteY6" fmla="*/ 24267 h 60855"/>
                                <a:gd name="connsiteX7" fmla="*/ 36589 w 61082"/>
                                <a:gd name="connsiteY7" fmla="*/ 2495 h 60855"/>
                                <a:gd name="connsiteX8" fmla="*/ 24494 w 61082"/>
                                <a:gd name="connsiteY8" fmla="*/ 2495 h 60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082" h="60855">
                                  <a:moveTo>
                                    <a:pt x="24494" y="2495"/>
                                  </a:moveTo>
                                  <a:lnTo>
                                    <a:pt x="2495" y="24267"/>
                                  </a:lnTo>
                                  <a:cubicBezTo>
                                    <a:pt x="-832" y="27669"/>
                                    <a:pt x="-832" y="33036"/>
                                    <a:pt x="2495" y="36362"/>
                                  </a:cubicBezTo>
                                  <a:lnTo>
                                    <a:pt x="24494" y="58361"/>
                                  </a:lnTo>
                                  <a:cubicBezTo>
                                    <a:pt x="27895" y="61687"/>
                                    <a:pt x="33263" y="61687"/>
                                    <a:pt x="36589" y="58361"/>
                                  </a:cubicBezTo>
                                  <a:lnTo>
                                    <a:pt x="58587" y="36362"/>
                                  </a:lnTo>
                                  <a:cubicBezTo>
                                    <a:pt x="61914" y="32960"/>
                                    <a:pt x="61914" y="27593"/>
                                    <a:pt x="58587" y="24267"/>
                                  </a:cubicBezTo>
                                  <a:lnTo>
                                    <a:pt x="36589" y="2495"/>
                                  </a:lnTo>
                                  <a:cubicBezTo>
                                    <a:pt x="33187" y="-832"/>
                                    <a:pt x="27820" y="-832"/>
                                    <a:pt x="24494" y="2495"/>
                                  </a:cubicBezTo>
                                </a:path>
                              </a:pathLst>
                            </a:custGeom>
                            <a:solidFill>
                              <a:srgbClr val="63656C"/>
                            </a:solidFill>
                            <a:ln w="7553" cap="flat">
                              <a:noFill/>
                              <a:prstDash val="solid"/>
                              <a:miter/>
                            </a:ln>
                          </wps:spPr>
                          <wps:bodyPr rtlCol="0" anchor="ctr"/>
                        </wps:wsp>
                        <wps:wsp>
                          <wps:cNvPr id="1266527800" name="Freeform: Shape 139">
                            <a:extLst>
                              <a:ext uri="{FF2B5EF4-FFF2-40B4-BE49-F238E27FC236}">
                                <a16:creationId xmlns:a16="http://schemas.microsoft.com/office/drawing/2014/main" id="{9F006C42-7EA5-B0B3-878C-EB25CC71804B}"/>
                              </a:ext>
                            </a:extLst>
                          </wps:cNvPr>
                          <wps:cNvSpPr/>
                          <wps:spPr>
                            <a:xfrm>
                              <a:off x="4712172" y="1996813"/>
                              <a:ext cx="60855" cy="60855"/>
                            </a:xfrm>
                            <a:custGeom>
                              <a:avLst/>
                              <a:gdLst>
                                <a:gd name="connsiteX0" fmla="*/ 2495 w 60855"/>
                                <a:gd name="connsiteY0" fmla="*/ 36589 h 60855"/>
                                <a:gd name="connsiteX1" fmla="*/ 24267 w 60855"/>
                                <a:gd name="connsiteY1" fmla="*/ 58361 h 60855"/>
                                <a:gd name="connsiteX2" fmla="*/ 36362 w 60855"/>
                                <a:gd name="connsiteY2" fmla="*/ 58361 h 60855"/>
                                <a:gd name="connsiteX3" fmla="*/ 58360 w 60855"/>
                                <a:gd name="connsiteY3" fmla="*/ 36589 h 60855"/>
                                <a:gd name="connsiteX4" fmla="*/ 58360 w 60855"/>
                                <a:gd name="connsiteY4" fmla="*/ 24493 h 60855"/>
                                <a:gd name="connsiteX5" fmla="*/ 36362 w 60855"/>
                                <a:gd name="connsiteY5" fmla="*/ 2495 h 60855"/>
                                <a:gd name="connsiteX6" fmla="*/ 24267 w 60855"/>
                                <a:gd name="connsiteY6" fmla="*/ 2495 h 60855"/>
                                <a:gd name="connsiteX7" fmla="*/ 2495 w 60855"/>
                                <a:gd name="connsiteY7" fmla="*/ 24493 h 60855"/>
                                <a:gd name="connsiteX8" fmla="*/ 2495 w 60855"/>
                                <a:gd name="connsiteY8" fmla="*/ 36589 h 60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855" h="60855">
                                  <a:moveTo>
                                    <a:pt x="2495" y="36589"/>
                                  </a:moveTo>
                                  <a:lnTo>
                                    <a:pt x="24267" y="58361"/>
                                  </a:lnTo>
                                  <a:cubicBezTo>
                                    <a:pt x="27668" y="61687"/>
                                    <a:pt x="33036" y="61687"/>
                                    <a:pt x="36362" y="58361"/>
                                  </a:cubicBezTo>
                                  <a:lnTo>
                                    <a:pt x="58360" y="36589"/>
                                  </a:lnTo>
                                  <a:cubicBezTo>
                                    <a:pt x="61687" y="33187"/>
                                    <a:pt x="61687" y="27819"/>
                                    <a:pt x="58360" y="24493"/>
                                  </a:cubicBezTo>
                                  <a:lnTo>
                                    <a:pt x="36362" y="2495"/>
                                  </a:lnTo>
                                  <a:cubicBezTo>
                                    <a:pt x="32960" y="-832"/>
                                    <a:pt x="27592" y="-832"/>
                                    <a:pt x="24267" y="2495"/>
                                  </a:cubicBezTo>
                                  <a:lnTo>
                                    <a:pt x="2495" y="24493"/>
                                  </a:lnTo>
                                  <a:cubicBezTo>
                                    <a:pt x="-832" y="27819"/>
                                    <a:pt x="-832" y="33187"/>
                                    <a:pt x="2495" y="36589"/>
                                  </a:cubicBezTo>
                                </a:path>
                              </a:pathLst>
                            </a:custGeom>
                            <a:solidFill>
                              <a:srgbClr val="63656C"/>
                            </a:solidFill>
                            <a:ln w="7553" cap="flat">
                              <a:noFill/>
                              <a:prstDash val="solid"/>
                              <a:miter/>
                            </a:ln>
                          </wps:spPr>
                          <wps:bodyPr rtlCol="0" anchor="ctr"/>
                        </wps:wsp>
                        <wps:wsp>
                          <wps:cNvPr id="282895742" name="Freeform: Shape 140">
                            <a:extLst>
                              <a:ext uri="{FF2B5EF4-FFF2-40B4-BE49-F238E27FC236}">
                                <a16:creationId xmlns:a16="http://schemas.microsoft.com/office/drawing/2014/main" id="{C0081D70-4577-ED1B-9AC8-26A38BB28341}"/>
                              </a:ext>
                            </a:extLst>
                          </wps:cNvPr>
                          <wps:cNvSpPr/>
                          <wps:spPr>
                            <a:xfrm>
                              <a:off x="3372144" y="1551548"/>
                              <a:ext cx="61025" cy="61082"/>
                            </a:xfrm>
                            <a:custGeom>
                              <a:avLst/>
                              <a:gdLst>
                                <a:gd name="connsiteX0" fmla="*/ 58587 w 61025"/>
                                <a:gd name="connsiteY0" fmla="*/ 24493 h 61082"/>
                                <a:gd name="connsiteX1" fmla="*/ 36589 w 61025"/>
                                <a:gd name="connsiteY1" fmla="*/ 2495 h 61082"/>
                                <a:gd name="connsiteX2" fmla="*/ 24493 w 61025"/>
                                <a:gd name="connsiteY2" fmla="*/ 2495 h 61082"/>
                                <a:gd name="connsiteX3" fmla="*/ 2495 w 61025"/>
                                <a:gd name="connsiteY3" fmla="*/ 24493 h 61082"/>
                                <a:gd name="connsiteX4" fmla="*/ 2495 w 61025"/>
                                <a:gd name="connsiteY4" fmla="*/ 36589 h 61082"/>
                                <a:gd name="connsiteX5" fmla="*/ 24493 w 61025"/>
                                <a:gd name="connsiteY5" fmla="*/ 58588 h 61082"/>
                                <a:gd name="connsiteX6" fmla="*/ 36589 w 61025"/>
                                <a:gd name="connsiteY6" fmla="*/ 58588 h 61082"/>
                                <a:gd name="connsiteX7" fmla="*/ 58587 w 61025"/>
                                <a:gd name="connsiteY7" fmla="*/ 36589 h 61082"/>
                                <a:gd name="connsiteX8" fmla="*/ 58587 w 61025"/>
                                <a:gd name="connsiteY8" fmla="*/ 24493 h 61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025" h="61082">
                                  <a:moveTo>
                                    <a:pt x="58587" y="24493"/>
                                  </a:moveTo>
                                  <a:lnTo>
                                    <a:pt x="36589" y="2495"/>
                                  </a:lnTo>
                                  <a:cubicBezTo>
                                    <a:pt x="33187" y="-832"/>
                                    <a:pt x="27819" y="-832"/>
                                    <a:pt x="24493" y="2495"/>
                                  </a:cubicBezTo>
                                  <a:lnTo>
                                    <a:pt x="2495" y="24493"/>
                                  </a:lnTo>
                                  <a:cubicBezTo>
                                    <a:pt x="-832" y="27895"/>
                                    <a:pt x="-832" y="33263"/>
                                    <a:pt x="2495" y="36589"/>
                                  </a:cubicBezTo>
                                  <a:lnTo>
                                    <a:pt x="24493" y="58588"/>
                                  </a:lnTo>
                                  <a:cubicBezTo>
                                    <a:pt x="27895" y="61914"/>
                                    <a:pt x="33263" y="61914"/>
                                    <a:pt x="36589" y="58588"/>
                                  </a:cubicBezTo>
                                  <a:lnTo>
                                    <a:pt x="58587" y="36589"/>
                                  </a:lnTo>
                                  <a:cubicBezTo>
                                    <a:pt x="61838" y="33187"/>
                                    <a:pt x="61838" y="27820"/>
                                    <a:pt x="58587" y="24493"/>
                                  </a:cubicBezTo>
                                </a:path>
                              </a:pathLst>
                            </a:custGeom>
                            <a:solidFill>
                              <a:srgbClr val="63656C"/>
                            </a:solidFill>
                            <a:ln w="7553" cap="flat">
                              <a:noFill/>
                              <a:prstDash val="solid"/>
                              <a:miter/>
                            </a:ln>
                          </wps:spPr>
                          <wps:bodyPr rtlCol="0" anchor="ctr"/>
                        </wps:wsp>
                        <wps:wsp>
                          <wps:cNvPr id="590975700" name="Freeform: Shape 141">
                            <a:extLst>
                              <a:ext uri="{FF2B5EF4-FFF2-40B4-BE49-F238E27FC236}">
                                <a16:creationId xmlns:a16="http://schemas.microsoft.com/office/drawing/2014/main" id="{54069CC8-0B5D-8D59-B1BC-DE96D3458067}"/>
                              </a:ext>
                            </a:extLst>
                          </wps:cNvPr>
                          <wps:cNvSpPr/>
                          <wps:spPr>
                            <a:xfrm>
                              <a:off x="3445700" y="1551548"/>
                              <a:ext cx="61082" cy="61082"/>
                            </a:xfrm>
                            <a:custGeom>
                              <a:avLst/>
                              <a:gdLst>
                                <a:gd name="connsiteX0" fmla="*/ 58587 w 61082"/>
                                <a:gd name="connsiteY0" fmla="*/ 24493 h 61082"/>
                                <a:gd name="connsiteX1" fmla="*/ 36589 w 61082"/>
                                <a:gd name="connsiteY1" fmla="*/ 2495 h 61082"/>
                                <a:gd name="connsiteX2" fmla="*/ 24494 w 61082"/>
                                <a:gd name="connsiteY2" fmla="*/ 2495 h 61082"/>
                                <a:gd name="connsiteX3" fmla="*/ 2495 w 61082"/>
                                <a:gd name="connsiteY3" fmla="*/ 24493 h 61082"/>
                                <a:gd name="connsiteX4" fmla="*/ 2495 w 61082"/>
                                <a:gd name="connsiteY4" fmla="*/ 36589 h 61082"/>
                                <a:gd name="connsiteX5" fmla="*/ 24494 w 61082"/>
                                <a:gd name="connsiteY5" fmla="*/ 58588 h 61082"/>
                                <a:gd name="connsiteX6" fmla="*/ 36589 w 61082"/>
                                <a:gd name="connsiteY6" fmla="*/ 58588 h 61082"/>
                                <a:gd name="connsiteX7" fmla="*/ 58587 w 61082"/>
                                <a:gd name="connsiteY7" fmla="*/ 36589 h 61082"/>
                                <a:gd name="connsiteX8" fmla="*/ 58587 w 61082"/>
                                <a:gd name="connsiteY8" fmla="*/ 24493 h 61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082" h="61082">
                                  <a:moveTo>
                                    <a:pt x="58587" y="24493"/>
                                  </a:moveTo>
                                  <a:lnTo>
                                    <a:pt x="36589" y="2495"/>
                                  </a:lnTo>
                                  <a:cubicBezTo>
                                    <a:pt x="33187" y="-832"/>
                                    <a:pt x="27819" y="-832"/>
                                    <a:pt x="24494" y="2495"/>
                                  </a:cubicBezTo>
                                  <a:lnTo>
                                    <a:pt x="2495" y="24493"/>
                                  </a:lnTo>
                                  <a:cubicBezTo>
                                    <a:pt x="-832" y="27895"/>
                                    <a:pt x="-832" y="33263"/>
                                    <a:pt x="2495" y="36589"/>
                                  </a:cubicBezTo>
                                  <a:lnTo>
                                    <a:pt x="24494" y="58588"/>
                                  </a:lnTo>
                                  <a:cubicBezTo>
                                    <a:pt x="27895" y="61914"/>
                                    <a:pt x="33263" y="61914"/>
                                    <a:pt x="36589" y="58588"/>
                                  </a:cubicBezTo>
                                  <a:lnTo>
                                    <a:pt x="58587" y="36589"/>
                                  </a:lnTo>
                                  <a:cubicBezTo>
                                    <a:pt x="61914" y="33187"/>
                                    <a:pt x="61914" y="27820"/>
                                    <a:pt x="58587" y="24493"/>
                                  </a:cubicBezTo>
                                </a:path>
                              </a:pathLst>
                            </a:custGeom>
                            <a:solidFill>
                              <a:srgbClr val="63656C"/>
                            </a:solidFill>
                            <a:ln w="7553" cap="flat">
                              <a:noFill/>
                              <a:prstDash val="solid"/>
                              <a:miter/>
                            </a:ln>
                          </wps:spPr>
                          <wps:bodyPr rtlCol="0" anchor="ctr"/>
                        </wps:wsp>
                        <wps:wsp>
                          <wps:cNvPr id="1974332479" name="Freeform: Shape 142">
                            <a:extLst>
                              <a:ext uri="{FF2B5EF4-FFF2-40B4-BE49-F238E27FC236}">
                                <a16:creationId xmlns:a16="http://schemas.microsoft.com/office/drawing/2014/main" id="{41DC89AF-7397-6A7E-7760-7333ED666B76}"/>
                              </a:ext>
                            </a:extLst>
                          </wps:cNvPr>
                          <wps:cNvSpPr/>
                          <wps:spPr>
                            <a:xfrm>
                              <a:off x="4384536" y="1551548"/>
                              <a:ext cx="61025" cy="61082"/>
                            </a:xfrm>
                            <a:custGeom>
                              <a:avLst/>
                              <a:gdLst>
                                <a:gd name="connsiteX0" fmla="*/ 58587 w 61025"/>
                                <a:gd name="connsiteY0" fmla="*/ 24493 h 61082"/>
                                <a:gd name="connsiteX1" fmla="*/ 36589 w 61025"/>
                                <a:gd name="connsiteY1" fmla="*/ 2495 h 61082"/>
                                <a:gd name="connsiteX2" fmla="*/ 24493 w 61025"/>
                                <a:gd name="connsiteY2" fmla="*/ 2495 h 61082"/>
                                <a:gd name="connsiteX3" fmla="*/ 2495 w 61025"/>
                                <a:gd name="connsiteY3" fmla="*/ 24493 h 61082"/>
                                <a:gd name="connsiteX4" fmla="*/ 2495 w 61025"/>
                                <a:gd name="connsiteY4" fmla="*/ 36589 h 61082"/>
                                <a:gd name="connsiteX5" fmla="*/ 24493 w 61025"/>
                                <a:gd name="connsiteY5" fmla="*/ 58588 h 61082"/>
                                <a:gd name="connsiteX6" fmla="*/ 36589 w 61025"/>
                                <a:gd name="connsiteY6" fmla="*/ 58588 h 61082"/>
                                <a:gd name="connsiteX7" fmla="*/ 58587 w 61025"/>
                                <a:gd name="connsiteY7" fmla="*/ 36589 h 61082"/>
                                <a:gd name="connsiteX8" fmla="*/ 58587 w 61025"/>
                                <a:gd name="connsiteY8" fmla="*/ 24493 h 61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025" h="61082">
                                  <a:moveTo>
                                    <a:pt x="58587" y="24493"/>
                                  </a:moveTo>
                                  <a:lnTo>
                                    <a:pt x="36589" y="2495"/>
                                  </a:lnTo>
                                  <a:cubicBezTo>
                                    <a:pt x="33187" y="-832"/>
                                    <a:pt x="27819" y="-832"/>
                                    <a:pt x="24493" y="2495"/>
                                  </a:cubicBezTo>
                                  <a:lnTo>
                                    <a:pt x="2495" y="24493"/>
                                  </a:lnTo>
                                  <a:cubicBezTo>
                                    <a:pt x="-832" y="27895"/>
                                    <a:pt x="-832" y="33263"/>
                                    <a:pt x="2495" y="36589"/>
                                  </a:cubicBezTo>
                                  <a:lnTo>
                                    <a:pt x="24493" y="58588"/>
                                  </a:lnTo>
                                  <a:cubicBezTo>
                                    <a:pt x="27895" y="61914"/>
                                    <a:pt x="33263" y="61914"/>
                                    <a:pt x="36589" y="58588"/>
                                  </a:cubicBezTo>
                                  <a:lnTo>
                                    <a:pt x="58587" y="36589"/>
                                  </a:lnTo>
                                  <a:cubicBezTo>
                                    <a:pt x="61838" y="33187"/>
                                    <a:pt x="61838" y="27820"/>
                                    <a:pt x="58587" y="24493"/>
                                  </a:cubicBezTo>
                                </a:path>
                              </a:pathLst>
                            </a:custGeom>
                            <a:solidFill>
                              <a:srgbClr val="63656C"/>
                            </a:solidFill>
                            <a:ln w="7553" cap="flat">
                              <a:noFill/>
                              <a:prstDash val="solid"/>
                              <a:miter/>
                            </a:ln>
                          </wps:spPr>
                          <wps:bodyPr rtlCol="0" anchor="ctr"/>
                        </wps:wsp>
                        <wps:wsp>
                          <wps:cNvPr id="1762377908" name="Freeform: Shape 143">
                            <a:extLst>
                              <a:ext uri="{FF2B5EF4-FFF2-40B4-BE49-F238E27FC236}">
                                <a16:creationId xmlns:a16="http://schemas.microsoft.com/office/drawing/2014/main" id="{16817738-515D-06A4-0CA6-446D8A600FA9}"/>
                              </a:ext>
                            </a:extLst>
                          </wps:cNvPr>
                          <wps:cNvSpPr/>
                          <wps:spPr>
                            <a:xfrm>
                              <a:off x="4458167" y="1551548"/>
                              <a:ext cx="61082" cy="61082"/>
                            </a:xfrm>
                            <a:custGeom>
                              <a:avLst/>
                              <a:gdLst>
                                <a:gd name="connsiteX0" fmla="*/ 58587 w 61082"/>
                                <a:gd name="connsiteY0" fmla="*/ 24493 h 61082"/>
                                <a:gd name="connsiteX1" fmla="*/ 36589 w 61082"/>
                                <a:gd name="connsiteY1" fmla="*/ 2495 h 61082"/>
                                <a:gd name="connsiteX2" fmla="*/ 24494 w 61082"/>
                                <a:gd name="connsiteY2" fmla="*/ 2495 h 61082"/>
                                <a:gd name="connsiteX3" fmla="*/ 2495 w 61082"/>
                                <a:gd name="connsiteY3" fmla="*/ 24493 h 61082"/>
                                <a:gd name="connsiteX4" fmla="*/ 2495 w 61082"/>
                                <a:gd name="connsiteY4" fmla="*/ 36589 h 61082"/>
                                <a:gd name="connsiteX5" fmla="*/ 24494 w 61082"/>
                                <a:gd name="connsiteY5" fmla="*/ 58588 h 61082"/>
                                <a:gd name="connsiteX6" fmla="*/ 36589 w 61082"/>
                                <a:gd name="connsiteY6" fmla="*/ 58588 h 61082"/>
                                <a:gd name="connsiteX7" fmla="*/ 58587 w 61082"/>
                                <a:gd name="connsiteY7" fmla="*/ 36589 h 61082"/>
                                <a:gd name="connsiteX8" fmla="*/ 58587 w 61082"/>
                                <a:gd name="connsiteY8" fmla="*/ 24493 h 61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082" h="61082">
                                  <a:moveTo>
                                    <a:pt x="58587" y="24493"/>
                                  </a:moveTo>
                                  <a:lnTo>
                                    <a:pt x="36589" y="2495"/>
                                  </a:lnTo>
                                  <a:cubicBezTo>
                                    <a:pt x="33187" y="-832"/>
                                    <a:pt x="27820" y="-832"/>
                                    <a:pt x="24494" y="2495"/>
                                  </a:cubicBezTo>
                                  <a:lnTo>
                                    <a:pt x="2495" y="24493"/>
                                  </a:lnTo>
                                  <a:cubicBezTo>
                                    <a:pt x="-832" y="27895"/>
                                    <a:pt x="-832" y="33263"/>
                                    <a:pt x="2495" y="36589"/>
                                  </a:cubicBezTo>
                                  <a:lnTo>
                                    <a:pt x="24494" y="58588"/>
                                  </a:lnTo>
                                  <a:cubicBezTo>
                                    <a:pt x="27895" y="61914"/>
                                    <a:pt x="33263" y="61914"/>
                                    <a:pt x="36589" y="58588"/>
                                  </a:cubicBezTo>
                                  <a:lnTo>
                                    <a:pt x="58587" y="36589"/>
                                  </a:lnTo>
                                  <a:cubicBezTo>
                                    <a:pt x="61914" y="33187"/>
                                    <a:pt x="61914" y="27820"/>
                                    <a:pt x="58587" y="24493"/>
                                  </a:cubicBezTo>
                                </a:path>
                              </a:pathLst>
                            </a:custGeom>
                            <a:solidFill>
                              <a:srgbClr val="63656C"/>
                            </a:solidFill>
                            <a:ln w="7553" cap="flat">
                              <a:noFill/>
                              <a:prstDash val="solid"/>
                              <a:miter/>
                            </a:ln>
                          </wps:spPr>
                          <wps:bodyPr rtlCol="0" anchor="ctr"/>
                        </wps:wsp>
                        <wps:wsp>
                          <wps:cNvPr id="2089260832" name="Freeform: Shape 144">
                            <a:extLst>
                              <a:ext uri="{FF2B5EF4-FFF2-40B4-BE49-F238E27FC236}">
                                <a16:creationId xmlns:a16="http://schemas.microsoft.com/office/drawing/2014/main" id="{E5D56C18-F782-4848-B74E-2CCCA3E01F72}"/>
                              </a:ext>
                            </a:extLst>
                          </wps:cNvPr>
                          <wps:cNvSpPr/>
                          <wps:spPr>
                            <a:xfrm>
                              <a:off x="4359589" y="1624272"/>
                              <a:ext cx="967940" cy="250225"/>
                            </a:xfrm>
                            <a:custGeom>
                              <a:avLst/>
                              <a:gdLst>
                                <a:gd name="connsiteX0" fmla="*/ 899753 w 967940"/>
                                <a:gd name="connsiteY0" fmla="*/ 10357 h 250225"/>
                                <a:gd name="connsiteX1" fmla="*/ 850690 w 967940"/>
                                <a:gd name="connsiteY1" fmla="*/ 10357 h 250225"/>
                                <a:gd name="connsiteX2" fmla="*/ 785148 w 967940"/>
                                <a:gd name="connsiteY2" fmla="*/ 61611 h 250225"/>
                                <a:gd name="connsiteX3" fmla="*/ 719606 w 967940"/>
                                <a:gd name="connsiteY3" fmla="*/ 133428 h 250225"/>
                                <a:gd name="connsiteX4" fmla="*/ 719606 w 967940"/>
                                <a:gd name="connsiteY4" fmla="*/ 177955 h 250225"/>
                                <a:gd name="connsiteX5" fmla="*/ 730794 w 967940"/>
                                <a:gd name="connsiteY5" fmla="*/ 216055 h 250225"/>
                                <a:gd name="connsiteX6" fmla="*/ 578239 w 967940"/>
                                <a:gd name="connsiteY6" fmla="*/ 216055 h 250225"/>
                                <a:gd name="connsiteX7" fmla="*/ 586253 w 967940"/>
                                <a:gd name="connsiteY7" fmla="*/ 182566 h 250225"/>
                                <a:gd name="connsiteX8" fmla="*/ 586253 w 967940"/>
                                <a:gd name="connsiteY8" fmla="*/ 66450 h 250225"/>
                                <a:gd name="connsiteX9" fmla="*/ 569924 w 967940"/>
                                <a:gd name="connsiteY9" fmla="*/ 49970 h 250225"/>
                                <a:gd name="connsiteX10" fmla="*/ 569773 w 967940"/>
                                <a:gd name="connsiteY10" fmla="*/ 49970 h 250225"/>
                                <a:gd name="connsiteX11" fmla="*/ 568866 w 967940"/>
                                <a:gd name="connsiteY11" fmla="*/ 49970 h 250225"/>
                                <a:gd name="connsiteX12" fmla="*/ 552386 w 967940"/>
                                <a:gd name="connsiteY12" fmla="*/ 66298 h 250225"/>
                                <a:gd name="connsiteX13" fmla="*/ 552386 w 967940"/>
                                <a:gd name="connsiteY13" fmla="*/ 66450 h 250225"/>
                                <a:gd name="connsiteX14" fmla="*/ 552386 w 967940"/>
                                <a:gd name="connsiteY14" fmla="*/ 182566 h 250225"/>
                                <a:gd name="connsiteX15" fmla="*/ 526154 w 967940"/>
                                <a:gd name="connsiteY15" fmla="*/ 216055 h 250225"/>
                                <a:gd name="connsiteX16" fmla="*/ 484197 w 967940"/>
                                <a:gd name="connsiteY16" fmla="*/ 216055 h 250225"/>
                                <a:gd name="connsiteX17" fmla="*/ 458192 w 967940"/>
                                <a:gd name="connsiteY17" fmla="*/ 182566 h 250225"/>
                                <a:gd name="connsiteX18" fmla="*/ 458192 w 967940"/>
                                <a:gd name="connsiteY18" fmla="*/ 94421 h 250225"/>
                                <a:gd name="connsiteX19" fmla="*/ 441863 w 967940"/>
                                <a:gd name="connsiteY19" fmla="*/ 77940 h 250225"/>
                                <a:gd name="connsiteX20" fmla="*/ 441712 w 967940"/>
                                <a:gd name="connsiteY20" fmla="*/ 77940 h 250225"/>
                                <a:gd name="connsiteX21" fmla="*/ 440805 w 967940"/>
                                <a:gd name="connsiteY21" fmla="*/ 77940 h 250225"/>
                                <a:gd name="connsiteX22" fmla="*/ 424325 w 967940"/>
                                <a:gd name="connsiteY22" fmla="*/ 94269 h 250225"/>
                                <a:gd name="connsiteX23" fmla="*/ 424325 w 967940"/>
                                <a:gd name="connsiteY23" fmla="*/ 94421 h 250225"/>
                                <a:gd name="connsiteX24" fmla="*/ 424325 w 967940"/>
                                <a:gd name="connsiteY24" fmla="*/ 182566 h 250225"/>
                                <a:gd name="connsiteX25" fmla="*/ 432338 w 967940"/>
                                <a:gd name="connsiteY25" fmla="*/ 216055 h 250225"/>
                                <a:gd name="connsiteX26" fmla="*/ 184985 w 967940"/>
                                <a:gd name="connsiteY26" fmla="*/ 216055 h 250225"/>
                                <a:gd name="connsiteX27" fmla="*/ 158980 w 967940"/>
                                <a:gd name="connsiteY27" fmla="*/ 182566 h 250225"/>
                                <a:gd name="connsiteX28" fmla="*/ 158980 w 967940"/>
                                <a:gd name="connsiteY28" fmla="*/ 17009 h 250225"/>
                                <a:gd name="connsiteX29" fmla="*/ 141971 w 967940"/>
                                <a:gd name="connsiteY29" fmla="*/ 0 h 250225"/>
                                <a:gd name="connsiteX30" fmla="*/ 124962 w 967940"/>
                                <a:gd name="connsiteY30" fmla="*/ 17009 h 250225"/>
                                <a:gd name="connsiteX31" fmla="*/ 124962 w 967940"/>
                                <a:gd name="connsiteY31" fmla="*/ 38252 h 250225"/>
                                <a:gd name="connsiteX32" fmla="*/ 86861 w 967940"/>
                                <a:gd name="connsiteY32" fmla="*/ 27291 h 250225"/>
                                <a:gd name="connsiteX33" fmla="*/ 72195 w 967940"/>
                                <a:gd name="connsiteY33" fmla="*/ 27291 h 250225"/>
                                <a:gd name="connsiteX34" fmla="*/ 0 w 967940"/>
                                <a:gd name="connsiteY34" fmla="*/ 99485 h 250225"/>
                                <a:gd name="connsiteX35" fmla="*/ 0 w 967940"/>
                                <a:gd name="connsiteY35" fmla="*/ 178030 h 250225"/>
                                <a:gd name="connsiteX36" fmla="*/ 72195 w 967940"/>
                                <a:gd name="connsiteY36" fmla="*/ 250225 h 250225"/>
                                <a:gd name="connsiteX37" fmla="*/ 86861 w 967940"/>
                                <a:gd name="connsiteY37" fmla="*/ 250225 h 250225"/>
                                <a:gd name="connsiteX38" fmla="*/ 139778 w 967940"/>
                                <a:gd name="connsiteY38" fmla="*/ 226941 h 250225"/>
                                <a:gd name="connsiteX39" fmla="*/ 184985 w 967940"/>
                                <a:gd name="connsiteY39" fmla="*/ 250225 h 250225"/>
                                <a:gd name="connsiteX40" fmla="*/ 526532 w 967940"/>
                                <a:gd name="connsiteY40" fmla="*/ 250225 h 250225"/>
                                <a:gd name="connsiteX41" fmla="*/ 571965 w 967940"/>
                                <a:gd name="connsiteY41" fmla="*/ 226790 h 250225"/>
                                <a:gd name="connsiteX42" fmla="*/ 595400 w 967940"/>
                                <a:gd name="connsiteY42" fmla="*/ 250225 h 250225"/>
                                <a:gd name="connsiteX43" fmla="*/ 900358 w 967940"/>
                                <a:gd name="connsiteY43" fmla="*/ 250225 h 250225"/>
                                <a:gd name="connsiteX44" fmla="*/ 967941 w 967940"/>
                                <a:gd name="connsiteY44" fmla="*/ 182717 h 250225"/>
                                <a:gd name="connsiteX45" fmla="*/ 967941 w 967940"/>
                                <a:gd name="connsiteY45" fmla="*/ 78091 h 250225"/>
                                <a:gd name="connsiteX46" fmla="*/ 900433 w 967940"/>
                                <a:gd name="connsiteY46" fmla="*/ 10508 h 250225"/>
                                <a:gd name="connsiteX47" fmla="*/ 900358 w 967940"/>
                                <a:gd name="connsiteY47" fmla="*/ 10508 h 250225"/>
                                <a:gd name="connsiteX48" fmla="*/ 86785 w 967940"/>
                                <a:gd name="connsiteY48" fmla="*/ 216358 h 250225"/>
                                <a:gd name="connsiteX49" fmla="*/ 72119 w 967940"/>
                                <a:gd name="connsiteY49" fmla="*/ 216358 h 250225"/>
                                <a:gd name="connsiteX50" fmla="*/ 34019 w 967940"/>
                                <a:gd name="connsiteY50" fmla="*/ 178333 h 250225"/>
                                <a:gd name="connsiteX51" fmla="*/ 34019 w 967940"/>
                                <a:gd name="connsiteY51" fmla="*/ 178333 h 250225"/>
                                <a:gd name="connsiteX52" fmla="*/ 34019 w 967940"/>
                                <a:gd name="connsiteY52" fmla="*/ 99712 h 250225"/>
                                <a:gd name="connsiteX53" fmla="*/ 72044 w 967940"/>
                                <a:gd name="connsiteY53" fmla="*/ 61611 h 250225"/>
                                <a:gd name="connsiteX54" fmla="*/ 86785 w 967940"/>
                                <a:gd name="connsiteY54" fmla="*/ 61611 h 250225"/>
                                <a:gd name="connsiteX55" fmla="*/ 124886 w 967940"/>
                                <a:gd name="connsiteY55" fmla="*/ 99637 h 250225"/>
                                <a:gd name="connsiteX56" fmla="*/ 124886 w 967940"/>
                                <a:gd name="connsiteY56" fmla="*/ 99637 h 250225"/>
                                <a:gd name="connsiteX57" fmla="*/ 124886 w 967940"/>
                                <a:gd name="connsiteY57" fmla="*/ 178257 h 250225"/>
                                <a:gd name="connsiteX58" fmla="*/ 86785 w 967940"/>
                                <a:gd name="connsiteY58" fmla="*/ 216358 h 250225"/>
                                <a:gd name="connsiteX59" fmla="*/ 86785 w 967940"/>
                                <a:gd name="connsiteY59" fmla="*/ 216358 h 250225"/>
                                <a:gd name="connsiteX60" fmla="*/ 803064 w 967940"/>
                                <a:gd name="connsiteY60" fmla="*/ 216358 h 250225"/>
                                <a:gd name="connsiteX61" fmla="*/ 792405 w 967940"/>
                                <a:gd name="connsiteY61" fmla="*/ 216358 h 250225"/>
                                <a:gd name="connsiteX62" fmla="*/ 754305 w 967940"/>
                                <a:gd name="connsiteY62" fmla="*/ 178333 h 250225"/>
                                <a:gd name="connsiteX63" fmla="*/ 754305 w 967940"/>
                                <a:gd name="connsiteY63" fmla="*/ 178333 h 250225"/>
                                <a:gd name="connsiteX64" fmla="*/ 754305 w 967940"/>
                                <a:gd name="connsiteY64" fmla="*/ 133806 h 250225"/>
                                <a:gd name="connsiteX65" fmla="*/ 792330 w 967940"/>
                                <a:gd name="connsiteY65" fmla="*/ 95706 h 250225"/>
                                <a:gd name="connsiteX66" fmla="*/ 807071 w 967940"/>
                                <a:gd name="connsiteY66" fmla="*/ 95706 h 250225"/>
                                <a:gd name="connsiteX67" fmla="*/ 845172 w 967940"/>
                                <a:gd name="connsiteY67" fmla="*/ 133731 h 250225"/>
                                <a:gd name="connsiteX68" fmla="*/ 845172 w 967940"/>
                                <a:gd name="connsiteY68" fmla="*/ 133731 h 250225"/>
                                <a:gd name="connsiteX69" fmla="*/ 845172 w 967940"/>
                                <a:gd name="connsiteY69" fmla="*/ 178257 h 250225"/>
                                <a:gd name="connsiteX70" fmla="*/ 807147 w 967940"/>
                                <a:gd name="connsiteY70" fmla="*/ 216358 h 250225"/>
                                <a:gd name="connsiteX71" fmla="*/ 803064 w 967940"/>
                                <a:gd name="connsiteY71" fmla="*/ 216358 h 250225"/>
                                <a:gd name="connsiteX72" fmla="*/ 933998 w 967940"/>
                                <a:gd name="connsiteY72" fmla="*/ 182869 h 250225"/>
                                <a:gd name="connsiteX73" fmla="*/ 900508 w 967940"/>
                                <a:gd name="connsiteY73" fmla="*/ 216358 h 250225"/>
                                <a:gd name="connsiteX74" fmla="*/ 868229 w 967940"/>
                                <a:gd name="connsiteY74" fmla="*/ 216358 h 250225"/>
                                <a:gd name="connsiteX75" fmla="*/ 879190 w 967940"/>
                                <a:gd name="connsiteY75" fmla="*/ 178257 h 250225"/>
                                <a:gd name="connsiteX76" fmla="*/ 879190 w 967940"/>
                                <a:gd name="connsiteY76" fmla="*/ 133731 h 250225"/>
                                <a:gd name="connsiteX77" fmla="*/ 821510 w 967940"/>
                                <a:gd name="connsiteY77" fmla="*/ 63048 h 250225"/>
                                <a:gd name="connsiteX78" fmla="*/ 851371 w 967940"/>
                                <a:gd name="connsiteY78" fmla="*/ 44678 h 250225"/>
                                <a:gd name="connsiteX79" fmla="*/ 900433 w 967940"/>
                                <a:gd name="connsiteY79" fmla="*/ 44678 h 250225"/>
                                <a:gd name="connsiteX80" fmla="*/ 933922 w 967940"/>
                                <a:gd name="connsiteY80" fmla="*/ 78318 h 250225"/>
                                <a:gd name="connsiteX81" fmla="*/ 933922 w 967940"/>
                                <a:gd name="connsiteY81" fmla="*/ 78318 h 250225"/>
                                <a:gd name="connsiteX82" fmla="*/ 933998 w 967940"/>
                                <a:gd name="connsiteY82" fmla="*/ 182869 h 250225"/>
                                <a:gd name="connsiteX83" fmla="*/ 933998 w 967940"/>
                                <a:gd name="connsiteY83" fmla="*/ 182869 h 250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Lst>
                              <a:rect l="l" t="t" r="r" b="b"/>
                              <a:pathLst>
                                <a:path w="967940" h="250225">
                                  <a:moveTo>
                                    <a:pt x="899753" y="10357"/>
                                  </a:moveTo>
                                  <a:lnTo>
                                    <a:pt x="850690" y="10357"/>
                                  </a:lnTo>
                                  <a:cubicBezTo>
                                    <a:pt x="819620" y="10432"/>
                                    <a:pt x="792632" y="31524"/>
                                    <a:pt x="785148" y="61611"/>
                                  </a:cubicBezTo>
                                  <a:cubicBezTo>
                                    <a:pt x="748030" y="65089"/>
                                    <a:pt x="719681" y="96159"/>
                                    <a:pt x="719606" y="133428"/>
                                  </a:cubicBezTo>
                                  <a:lnTo>
                                    <a:pt x="719606" y="177955"/>
                                  </a:lnTo>
                                  <a:cubicBezTo>
                                    <a:pt x="719606" y="191486"/>
                                    <a:pt x="723537" y="204716"/>
                                    <a:pt x="730794" y="216055"/>
                                  </a:cubicBezTo>
                                  <a:lnTo>
                                    <a:pt x="578239" y="216055"/>
                                  </a:lnTo>
                                  <a:cubicBezTo>
                                    <a:pt x="583607" y="205699"/>
                                    <a:pt x="586328" y="194208"/>
                                    <a:pt x="586253" y="182566"/>
                                  </a:cubicBezTo>
                                  <a:lnTo>
                                    <a:pt x="586253" y="66450"/>
                                  </a:lnTo>
                                  <a:cubicBezTo>
                                    <a:pt x="586253" y="57378"/>
                                    <a:pt x="578996" y="49970"/>
                                    <a:pt x="569924" y="49970"/>
                                  </a:cubicBezTo>
                                  <a:cubicBezTo>
                                    <a:pt x="569924" y="49970"/>
                                    <a:pt x="569848" y="49970"/>
                                    <a:pt x="569773" y="49970"/>
                                  </a:cubicBezTo>
                                  <a:lnTo>
                                    <a:pt x="568866" y="49970"/>
                                  </a:lnTo>
                                  <a:cubicBezTo>
                                    <a:pt x="559794" y="49970"/>
                                    <a:pt x="552386" y="57302"/>
                                    <a:pt x="552386" y="66298"/>
                                  </a:cubicBezTo>
                                  <a:cubicBezTo>
                                    <a:pt x="552386" y="66298"/>
                                    <a:pt x="552386" y="66374"/>
                                    <a:pt x="552386" y="66450"/>
                                  </a:cubicBezTo>
                                  <a:lnTo>
                                    <a:pt x="552386" y="182566"/>
                                  </a:lnTo>
                                  <a:cubicBezTo>
                                    <a:pt x="552386" y="201087"/>
                                    <a:pt x="540668" y="216055"/>
                                    <a:pt x="526154" y="216055"/>
                                  </a:cubicBezTo>
                                  <a:lnTo>
                                    <a:pt x="484197" y="216055"/>
                                  </a:lnTo>
                                  <a:cubicBezTo>
                                    <a:pt x="469910" y="216055"/>
                                    <a:pt x="458192" y="201087"/>
                                    <a:pt x="458192" y="182566"/>
                                  </a:cubicBezTo>
                                  <a:lnTo>
                                    <a:pt x="458192" y="94421"/>
                                  </a:lnTo>
                                  <a:cubicBezTo>
                                    <a:pt x="458192" y="85349"/>
                                    <a:pt x="450935" y="77940"/>
                                    <a:pt x="441863" y="77940"/>
                                  </a:cubicBezTo>
                                  <a:cubicBezTo>
                                    <a:pt x="441863" y="77940"/>
                                    <a:pt x="441787" y="77940"/>
                                    <a:pt x="441712" y="77940"/>
                                  </a:cubicBezTo>
                                  <a:lnTo>
                                    <a:pt x="440805" y="77940"/>
                                  </a:lnTo>
                                  <a:cubicBezTo>
                                    <a:pt x="431733" y="77940"/>
                                    <a:pt x="424325" y="85273"/>
                                    <a:pt x="424325" y="94269"/>
                                  </a:cubicBezTo>
                                  <a:cubicBezTo>
                                    <a:pt x="424325" y="94269"/>
                                    <a:pt x="424325" y="94345"/>
                                    <a:pt x="424325" y="94421"/>
                                  </a:cubicBezTo>
                                  <a:lnTo>
                                    <a:pt x="424325" y="182566"/>
                                  </a:lnTo>
                                  <a:cubicBezTo>
                                    <a:pt x="424325" y="194208"/>
                                    <a:pt x="427046" y="205699"/>
                                    <a:pt x="432338" y="216055"/>
                                  </a:cubicBezTo>
                                  <a:lnTo>
                                    <a:pt x="184985" y="216055"/>
                                  </a:lnTo>
                                  <a:cubicBezTo>
                                    <a:pt x="170546" y="216055"/>
                                    <a:pt x="158980" y="201087"/>
                                    <a:pt x="158980" y="182566"/>
                                  </a:cubicBezTo>
                                  <a:lnTo>
                                    <a:pt x="158980" y="17009"/>
                                  </a:lnTo>
                                  <a:cubicBezTo>
                                    <a:pt x="158980" y="7560"/>
                                    <a:pt x="151345" y="0"/>
                                    <a:pt x="141971" y="0"/>
                                  </a:cubicBezTo>
                                  <a:cubicBezTo>
                                    <a:pt x="132521" y="0"/>
                                    <a:pt x="124962" y="7635"/>
                                    <a:pt x="124962" y="17009"/>
                                  </a:cubicBezTo>
                                  <a:lnTo>
                                    <a:pt x="124962" y="38252"/>
                                  </a:lnTo>
                                  <a:cubicBezTo>
                                    <a:pt x="113546" y="31070"/>
                                    <a:pt x="100317" y="27291"/>
                                    <a:pt x="86861" y="27291"/>
                                  </a:cubicBezTo>
                                  <a:lnTo>
                                    <a:pt x="72195" y="27291"/>
                                  </a:lnTo>
                                  <a:cubicBezTo>
                                    <a:pt x="32356" y="27366"/>
                                    <a:pt x="151" y="59646"/>
                                    <a:pt x="0" y="99485"/>
                                  </a:cubicBezTo>
                                  <a:lnTo>
                                    <a:pt x="0" y="178030"/>
                                  </a:lnTo>
                                  <a:cubicBezTo>
                                    <a:pt x="76" y="217870"/>
                                    <a:pt x="32356" y="250074"/>
                                    <a:pt x="72195" y="250225"/>
                                  </a:cubicBezTo>
                                  <a:lnTo>
                                    <a:pt x="86861" y="250225"/>
                                  </a:lnTo>
                                  <a:cubicBezTo>
                                    <a:pt x="107045" y="250225"/>
                                    <a:pt x="126171" y="241758"/>
                                    <a:pt x="139778" y="226941"/>
                                  </a:cubicBezTo>
                                  <a:cubicBezTo>
                                    <a:pt x="150362" y="241381"/>
                                    <a:pt x="167144" y="249998"/>
                                    <a:pt x="184985" y="250225"/>
                                  </a:cubicBezTo>
                                  <a:lnTo>
                                    <a:pt x="526532" y="250225"/>
                                  </a:lnTo>
                                  <a:cubicBezTo>
                                    <a:pt x="544524" y="249923"/>
                                    <a:pt x="561306" y="241229"/>
                                    <a:pt x="571965" y="226790"/>
                                  </a:cubicBezTo>
                                  <a:cubicBezTo>
                                    <a:pt x="571965" y="239717"/>
                                    <a:pt x="582473" y="250225"/>
                                    <a:pt x="595400" y="250225"/>
                                  </a:cubicBezTo>
                                  <a:lnTo>
                                    <a:pt x="900358" y="250225"/>
                                  </a:lnTo>
                                  <a:cubicBezTo>
                                    <a:pt x="937627" y="250225"/>
                                    <a:pt x="967865" y="220062"/>
                                    <a:pt x="967941" y="182717"/>
                                  </a:cubicBezTo>
                                  <a:lnTo>
                                    <a:pt x="967941" y="78091"/>
                                  </a:lnTo>
                                  <a:cubicBezTo>
                                    <a:pt x="967941" y="40822"/>
                                    <a:pt x="937778" y="10583"/>
                                    <a:pt x="900433" y="10508"/>
                                  </a:cubicBezTo>
                                  <a:lnTo>
                                    <a:pt x="900358" y="10508"/>
                                  </a:lnTo>
                                  <a:moveTo>
                                    <a:pt x="86785" y="216358"/>
                                  </a:moveTo>
                                  <a:lnTo>
                                    <a:pt x="72119" y="216358"/>
                                  </a:lnTo>
                                  <a:cubicBezTo>
                                    <a:pt x="51103" y="216358"/>
                                    <a:pt x="34019" y="199349"/>
                                    <a:pt x="34019" y="178333"/>
                                  </a:cubicBezTo>
                                  <a:lnTo>
                                    <a:pt x="34019" y="178333"/>
                                  </a:lnTo>
                                  <a:lnTo>
                                    <a:pt x="34019" y="99712"/>
                                  </a:lnTo>
                                  <a:cubicBezTo>
                                    <a:pt x="34019" y="78696"/>
                                    <a:pt x="51028" y="61611"/>
                                    <a:pt x="72044" y="61611"/>
                                  </a:cubicBezTo>
                                  <a:lnTo>
                                    <a:pt x="86785" y="61611"/>
                                  </a:lnTo>
                                  <a:cubicBezTo>
                                    <a:pt x="107801" y="61611"/>
                                    <a:pt x="124886" y="78621"/>
                                    <a:pt x="124886" y="99637"/>
                                  </a:cubicBezTo>
                                  <a:lnTo>
                                    <a:pt x="124886" y="99637"/>
                                  </a:lnTo>
                                  <a:lnTo>
                                    <a:pt x="124886" y="178257"/>
                                  </a:lnTo>
                                  <a:cubicBezTo>
                                    <a:pt x="124886" y="199349"/>
                                    <a:pt x="107877" y="216358"/>
                                    <a:pt x="86785" y="216358"/>
                                  </a:cubicBezTo>
                                  <a:lnTo>
                                    <a:pt x="86785" y="216358"/>
                                  </a:lnTo>
                                  <a:moveTo>
                                    <a:pt x="803064" y="216358"/>
                                  </a:moveTo>
                                  <a:lnTo>
                                    <a:pt x="792405" y="216358"/>
                                  </a:lnTo>
                                  <a:cubicBezTo>
                                    <a:pt x="771389" y="216358"/>
                                    <a:pt x="754305" y="199349"/>
                                    <a:pt x="754305" y="178333"/>
                                  </a:cubicBezTo>
                                  <a:lnTo>
                                    <a:pt x="754305" y="178333"/>
                                  </a:lnTo>
                                  <a:lnTo>
                                    <a:pt x="754305" y="133806"/>
                                  </a:lnTo>
                                  <a:cubicBezTo>
                                    <a:pt x="754305" y="112790"/>
                                    <a:pt x="771314" y="95706"/>
                                    <a:pt x="792330" y="95706"/>
                                  </a:cubicBezTo>
                                  <a:lnTo>
                                    <a:pt x="807071" y="95706"/>
                                  </a:lnTo>
                                  <a:cubicBezTo>
                                    <a:pt x="828087" y="95706"/>
                                    <a:pt x="845172" y="112715"/>
                                    <a:pt x="845172" y="133731"/>
                                  </a:cubicBezTo>
                                  <a:lnTo>
                                    <a:pt x="845172" y="133731"/>
                                  </a:lnTo>
                                  <a:lnTo>
                                    <a:pt x="845172" y="178257"/>
                                  </a:lnTo>
                                  <a:cubicBezTo>
                                    <a:pt x="845172" y="199273"/>
                                    <a:pt x="828162" y="216358"/>
                                    <a:pt x="807147" y="216358"/>
                                  </a:cubicBezTo>
                                  <a:lnTo>
                                    <a:pt x="803064" y="216358"/>
                                  </a:lnTo>
                                  <a:close/>
                                  <a:moveTo>
                                    <a:pt x="933998" y="182869"/>
                                  </a:moveTo>
                                  <a:cubicBezTo>
                                    <a:pt x="933922" y="201314"/>
                                    <a:pt x="918954" y="216358"/>
                                    <a:pt x="900508" y="216358"/>
                                  </a:cubicBezTo>
                                  <a:lnTo>
                                    <a:pt x="868229" y="216358"/>
                                  </a:lnTo>
                                  <a:cubicBezTo>
                                    <a:pt x="875410" y="204943"/>
                                    <a:pt x="879190" y="191713"/>
                                    <a:pt x="879190" y="178257"/>
                                  </a:cubicBezTo>
                                  <a:lnTo>
                                    <a:pt x="879190" y="133731"/>
                                  </a:lnTo>
                                  <a:cubicBezTo>
                                    <a:pt x="879114" y="99485"/>
                                    <a:pt x="855075" y="70002"/>
                                    <a:pt x="821510" y="63048"/>
                                  </a:cubicBezTo>
                                  <a:cubicBezTo>
                                    <a:pt x="827180" y="51784"/>
                                    <a:pt x="838746" y="44678"/>
                                    <a:pt x="851371" y="44678"/>
                                  </a:cubicBezTo>
                                  <a:lnTo>
                                    <a:pt x="900433" y="44678"/>
                                  </a:lnTo>
                                  <a:cubicBezTo>
                                    <a:pt x="918954" y="44678"/>
                                    <a:pt x="933998" y="59797"/>
                                    <a:pt x="933922" y="78318"/>
                                  </a:cubicBezTo>
                                  <a:lnTo>
                                    <a:pt x="933922" y="78318"/>
                                  </a:lnTo>
                                  <a:lnTo>
                                    <a:pt x="933998" y="182869"/>
                                  </a:lnTo>
                                  <a:lnTo>
                                    <a:pt x="933998" y="182869"/>
                                  </a:lnTo>
                                  <a:close/>
                                </a:path>
                              </a:pathLst>
                            </a:custGeom>
                            <a:solidFill>
                              <a:srgbClr val="63656C"/>
                            </a:solidFill>
                            <a:ln w="7553" cap="flat">
                              <a:noFill/>
                              <a:prstDash val="solid"/>
                              <a:miter/>
                            </a:ln>
                          </wps:spPr>
                          <wps:bodyPr rtlCol="0" anchor="ctr"/>
                        </wps:wsp>
                        <wps:wsp>
                          <wps:cNvPr id="1008752593" name="Freeform: Shape 145">
                            <a:extLst>
                              <a:ext uri="{FF2B5EF4-FFF2-40B4-BE49-F238E27FC236}">
                                <a16:creationId xmlns:a16="http://schemas.microsoft.com/office/drawing/2014/main" id="{3D86D66C-AC46-2086-A88D-AED6E727CE61}"/>
                              </a:ext>
                            </a:extLst>
                          </wps:cNvPr>
                          <wps:cNvSpPr/>
                          <wps:spPr>
                            <a:xfrm>
                              <a:off x="4210236" y="1653377"/>
                              <a:ext cx="49718" cy="292790"/>
                            </a:xfrm>
                            <a:custGeom>
                              <a:avLst/>
                              <a:gdLst>
                                <a:gd name="connsiteX0" fmla="*/ 49716 w 49718"/>
                                <a:gd name="connsiteY0" fmla="*/ 225203 h 292790"/>
                                <a:gd name="connsiteX1" fmla="*/ 49716 w 49718"/>
                                <a:gd name="connsiteY1" fmla="*/ 16480 h 292790"/>
                                <a:gd name="connsiteX2" fmla="*/ 33387 w 49718"/>
                                <a:gd name="connsiteY2" fmla="*/ 0 h 292790"/>
                                <a:gd name="connsiteX3" fmla="*/ 33236 w 49718"/>
                                <a:gd name="connsiteY3" fmla="*/ 0 h 292790"/>
                                <a:gd name="connsiteX4" fmla="*/ 32102 w 49718"/>
                                <a:gd name="connsiteY4" fmla="*/ 0 h 292790"/>
                                <a:gd name="connsiteX5" fmla="*/ 15622 w 49718"/>
                                <a:gd name="connsiteY5" fmla="*/ 16329 h 292790"/>
                                <a:gd name="connsiteX6" fmla="*/ 15622 w 49718"/>
                                <a:gd name="connsiteY6" fmla="*/ 16404 h 292790"/>
                                <a:gd name="connsiteX7" fmla="*/ 15622 w 49718"/>
                                <a:gd name="connsiteY7" fmla="*/ 225203 h 292790"/>
                                <a:gd name="connsiteX8" fmla="*/ 3149 w 49718"/>
                                <a:gd name="connsiteY8" fmla="*/ 265647 h 292790"/>
                                <a:gd name="connsiteX9" fmla="*/ 3904 w 49718"/>
                                <a:gd name="connsiteY9" fmla="*/ 286285 h 292790"/>
                                <a:gd name="connsiteX10" fmla="*/ 4660 w 49718"/>
                                <a:gd name="connsiteY10" fmla="*/ 287041 h 292790"/>
                                <a:gd name="connsiteX11" fmla="*/ 27944 w 49718"/>
                                <a:gd name="connsiteY11" fmla="*/ 288855 h 292790"/>
                                <a:gd name="connsiteX12" fmla="*/ 30288 w 49718"/>
                                <a:gd name="connsiteY12" fmla="*/ 286361 h 292790"/>
                                <a:gd name="connsiteX13" fmla="*/ 49716 w 49718"/>
                                <a:gd name="connsiteY13" fmla="*/ 225354 h 292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9718" h="292790">
                                  <a:moveTo>
                                    <a:pt x="49716" y="225203"/>
                                  </a:moveTo>
                                  <a:lnTo>
                                    <a:pt x="49716" y="16480"/>
                                  </a:lnTo>
                                  <a:cubicBezTo>
                                    <a:pt x="49716" y="7408"/>
                                    <a:pt x="42459" y="0"/>
                                    <a:pt x="33387" y="0"/>
                                  </a:cubicBezTo>
                                  <a:cubicBezTo>
                                    <a:pt x="33387" y="0"/>
                                    <a:pt x="33312" y="0"/>
                                    <a:pt x="33236" y="0"/>
                                  </a:cubicBezTo>
                                  <a:lnTo>
                                    <a:pt x="32102" y="0"/>
                                  </a:lnTo>
                                  <a:cubicBezTo>
                                    <a:pt x="23030" y="0"/>
                                    <a:pt x="15698" y="7333"/>
                                    <a:pt x="15622" y="16329"/>
                                  </a:cubicBezTo>
                                  <a:cubicBezTo>
                                    <a:pt x="15622" y="16329"/>
                                    <a:pt x="15622" y="16404"/>
                                    <a:pt x="15622" y="16404"/>
                                  </a:cubicBezTo>
                                  <a:lnTo>
                                    <a:pt x="15622" y="225203"/>
                                  </a:lnTo>
                                  <a:cubicBezTo>
                                    <a:pt x="15698" y="239642"/>
                                    <a:pt x="11388" y="253778"/>
                                    <a:pt x="3149" y="265647"/>
                                  </a:cubicBezTo>
                                  <a:cubicBezTo>
                                    <a:pt x="-1312" y="271921"/>
                                    <a:pt x="-1009" y="280389"/>
                                    <a:pt x="3904" y="286285"/>
                                  </a:cubicBezTo>
                                  <a:lnTo>
                                    <a:pt x="4660" y="287041"/>
                                  </a:lnTo>
                                  <a:cubicBezTo>
                                    <a:pt x="10633" y="293920"/>
                                    <a:pt x="20989" y="294752"/>
                                    <a:pt x="27944" y="288855"/>
                                  </a:cubicBezTo>
                                  <a:cubicBezTo>
                                    <a:pt x="28851" y="288099"/>
                                    <a:pt x="29608" y="287268"/>
                                    <a:pt x="30288" y="286361"/>
                                  </a:cubicBezTo>
                                  <a:cubicBezTo>
                                    <a:pt x="43064" y="268595"/>
                                    <a:pt x="49867" y="247277"/>
                                    <a:pt x="49716" y="225354"/>
                                  </a:cubicBezTo>
                                </a:path>
                              </a:pathLst>
                            </a:custGeom>
                            <a:solidFill>
                              <a:srgbClr val="63656C"/>
                            </a:solidFill>
                            <a:ln w="7553" cap="flat">
                              <a:noFill/>
                              <a:prstDash val="solid"/>
                              <a:miter/>
                            </a:ln>
                          </wps:spPr>
                          <wps:bodyPr rtlCol="0" anchor="ctr"/>
                        </wps:wsp>
                        <wps:wsp>
                          <wps:cNvPr id="1244904164" name="Freeform: Shape 146">
                            <a:extLst>
                              <a:ext uri="{FF2B5EF4-FFF2-40B4-BE49-F238E27FC236}">
                                <a16:creationId xmlns:a16="http://schemas.microsoft.com/office/drawing/2014/main" id="{BE662529-BC52-F5C4-1A7F-229B0AE8A99A}"/>
                              </a:ext>
                            </a:extLst>
                          </wps:cNvPr>
                          <wps:cNvSpPr/>
                          <wps:spPr>
                            <a:xfrm>
                              <a:off x="3874560" y="1557822"/>
                              <a:ext cx="307905" cy="316674"/>
                            </a:xfrm>
                            <a:custGeom>
                              <a:avLst/>
                              <a:gdLst>
                                <a:gd name="connsiteX0" fmla="*/ 291123 w 307905"/>
                                <a:gd name="connsiteY0" fmla="*/ 282656 h 316674"/>
                                <a:gd name="connsiteX1" fmla="*/ 134335 w 307905"/>
                                <a:gd name="connsiteY1" fmla="*/ 282656 h 316674"/>
                                <a:gd name="connsiteX2" fmla="*/ 134335 w 307905"/>
                                <a:gd name="connsiteY2" fmla="*/ 184003 h 316674"/>
                                <a:gd name="connsiteX3" fmla="*/ 189068 w 307905"/>
                                <a:gd name="connsiteY3" fmla="*/ 129422 h 316674"/>
                                <a:gd name="connsiteX4" fmla="*/ 190201 w 307905"/>
                                <a:gd name="connsiteY4" fmla="*/ 129422 h 316674"/>
                                <a:gd name="connsiteX5" fmla="*/ 243497 w 307905"/>
                                <a:gd name="connsiteY5" fmla="*/ 185061 h 316674"/>
                                <a:gd name="connsiteX6" fmla="*/ 243497 w 307905"/>
                                <a:gd name="connsiteY6" fmla="*/ 195115 h 316674"/>
                                <a:gd name="connsiteX7" fmla="*/ 260506 w 307905"/>
                                <a:gd name="connsiteY7" fmla="*/ 212124 h 316674"/>
                                <a:gd name="connsiteX8" fmla="*/ 277515 w 307905"/>
                                <a:gd name="connsiteY8" fmla="*/ 195115 h 316674"/>
                                <a:gd name="connsiteX9" fmla="*/ 277515 w 307905"/>
                                <a:gd name="connsiteY9" fmla="*/ 184154 h 316674"/>
                                <a:gd name="connsiteX10" fmla="*/ 188236 w 307905"/>
                                <a:gd name="connsiteY10" fmla="*/ 96159 h 316674"/>
                                <a:gd name="connsiteX11" fmla="*/ 100241 w 307905"/>
                                <a:gd name="connsiteY11" fmla="*/ 185439 h 316674"/>
                                <a:gd name="connsiteX12" fmla="*/ 100241 w 307905"/>
                                <a:gd name="connsiteY12" fmla="*/ 282732 h 316674"/>
                                <a:gd name="connsiteX13" fmla="*/ 34094 w 307905"/>
                                <a:gd name="connsiteY13" fmla="*/ 282732 h 316674"/>
                                <a:gd name="connsiteX14" fmla="*/ 34094 w 307905"/>
                                <a:gd name="connsiteY14" fmla="*/ 16480 h 316674"/>
                                <a:gd name="connsiteX15" fmla="*/ 17765 w 307905"/>
                                <a:gd name="connsiteY15" fmla="*/ 0 h 316674"/>
                                <a:gd name="connsiteX16" fmla="*/ 17614 w 307905"/>
                                <a:gd name="connsiteY16" fmla="*/ 0 h 316674"/>
                                <a:gd name="connsiteX17" fmla="*/ 16480 w 307905"/>
                                <a:gd name="connsiteY17" fmla="*/ 0 h 316674"/>
                                <a:gd name="connsiteX18" fmla="*/ 0 w 307905"/>
                                <a:gd name="connsiteY18" fmla="*/ 16329 h 316674"/>
                                <a:gd name="connsiteX19" fmla="*/ 0 w 307905"/>
                                <a:gd name="connsiteY19" fmla="*/ 16480 h 316674"/>
                                <a:gd name="connsiteX20" fmla="*/ 0 w 307905"/>
                                <a:gd name="connsiteY20" fmla="*/ 292862 h 316674"/>
                                <a:gd name="connsiteX21" fmla="*/ 23813 w 307905"/>
                                <a:gd name="connsiteY21" fmla="*/ 316675 h 316674"/>
                                <a:gd name="connsiteX22" fmla="*/ 24040 w 307905"/>
                                <a:gd name="connsiteY22" fmla="*/ 316675 h 316674"/>
                                <a:gd name="connsiteX23" fmla="*/ 290896 w 307905"/>
                                <a:gd name="connsiteY23" fmla="*/ 316675 h 316674"/>
                                <a:gd name="connsiteX24" fmla="*/ 307905 w 307905"/>
                                <a:gd name="connsiteY24" fmla="*/ 299666 h 316674"/>
                                <a:gd name="connsiteX25" fmla="*/ 290896 w 307905"/>
                                <a:gd name="connsiteY25" fmla="*/ 282656 h 3166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07905" h="316674">
                                  <a:moveTo>
                                    <a:pt x="291123" y="282656"/>
                                  </a:moveTo>
                                  <a:lnTo>
                                    <a:pt x="134335" y="282656"/>
                                  </a:lnTo>
                                  <a:lnTo>
                                    <a:pt x="134335" y="184003"/>
                                  </a:lnTo>
                                  <a:cubicBezTo>
                                    <a:pt x="134335" y="153840"/>
                                    <a:pt x="158829" y="129422"/>
                                    <a:pt x="189068" y="129422"/>
                                  </a:cubicBezTo>
                                  <a:cubicBezTo>
                                    <a:pt x="189445" y="129422"/>
                                    <a:pt x="189823" y="129422"/>
                                    <a:pt x="190201" y="129422"/>
                                  </a:cubicBezTo>
                                  <a:cubicBezTo>
                                    <a:pt x="220062" y="130556"/>
                                    <a:pt x="243724" y="155200"/>
                                    <a:pt x="243497" y="185061"/>
                                  </a:cubicBezTo>
                                  <a:lnTo>
                                    <a:pt x="243497" y="195115"/>
                                  </a:lnTo>
                                  <a:cubicBezTo>
                                    <a:pt x="243497" y="204565"/>
                                    <a:pt x="251132" y="212124"/>
                                    <a:pt x="260506" y="212124"/>
                                  </a:cubicBezTo>
                                  <a:cubicBezTo>
                                    <a:pt x="269956" y="212124"/>
                                    <a:pt x="277515" y="204489"/>
                                    <a:pt x="277515" y="195115"/>
                                  </a:cubicBezTo>
                                  <a:lnTo>
                                    <a:pt x="277515" y="184154"/>
                                  </a:lnTo>
                                  <a:cubicBezTo>
                                    <a:pt x="277137" y="135167"/>
                                    <a:pt x="237147" y="95781"/>
                                    <a:pt x="188236" y="96159"/>
                                  </a:cubicBezTo>
                                  <a:cubicBezTo>
                                    <a:pt x="139249" y="96537"/>
                                    <a:pt x="99863" y="136528"/>
                                    <a:pt x="100241" y="185439"/>
                                  </a:cubicBezTo>
                                  <a:lnTo>
                                    <a:pt x="100241" y="282732"/>
                                  </a:lnTo>
                                  <a:lnTo>
                                    <a:pt x="34094" y="282732"/>
                                  </a:lnTo>
                                  <a:lnTo>
                                    <a:pt x="34094" y="16480"/>
                                  </a:lnTo>
                                  <a:cubicBezTo>
                                    <a:pt x="34094" y="7409"/>
                                    <a:pt x="26837" y="0"/>
                                    <a:pt x="17765" y="0"/>
                                  </a:cubicBezTo>
                                  <a:cubicBezTo>
                                    <a:pt x="17765" y="0"/>
                                    <a:pt x="17689" y="0"/>
                                    <a:pt x="17614" y="0"/>
                                  </a:cubicBezTo>
                                  <a:lnTo>
                                    <a:pt x="16480" y="0"/>
                                  </a:lnTo>
                                  <a:cubicBezTo>
                                    <a:pt x="7408" y="0"/>
                                    <a:pt x="0" y="7257"/>
                                    <a:pt x="0" y="16329"/>
                                  </a:cubicBezTo>
                                  <a:cubicBezTo>
                                    <a:pt x="0" y="16329"/>
                                    <a:pt x="0" y="16405"/>
                                    <a:pt x="0" y="16480"/>
                                  </a:cubicBezTo>
                                  <a:lnTo>
                                    <a:pt x="0" y="292862"/>
                                  </a:lnTo>
                                  <a:cubicBezTo>
                                    <a:pt x="0" y="306016"/>
                                    <a:pt x="10659" y="316675"/>
                                    <a:pt x="23813" y="316675"/>
                                  </a:cubicBezTo>
                                  <a:cubicBezTo>
                                    <a:pt x="23888" y="316675"/>
                                    <a:pt x="23964" y="316675"/>
                                    <a:pt x="24040" y="316675"/>
                                  </a:cubicBezTo>
                                  <a:lnTo>
                                    <a:pt x="290896" y="316675"/>
                                  </a:lnTo>
                                  <a:cubicBezTo>
                                    <a:pt x="300346" y="316675"/>
                                    <a:pt x="307905" y="309040"/>
                                    <a:pt x="307905" y="299666"/>
                                  </a:cubicBezTo>
                                  <a:cubicBezTo>
                                    <a:pt x="307905" y="290292"/>
                                    <a:pt x="300270" y="282656"/>
                                    <a:pt x="290896" y="282656"/>
                                  </a:cubicBezTo>
                                </a:path>
                              </a:pathLst>
                            </a:custGeom>
                            <a:solidFill>
                              <a:srgbClr val="63656C"/>
                            </a:solidFill>
                            <a:ln w="7553" cap="flat">
                              <a:noFill/>
                              <a:prstDash val="solid"/>
                              <a:miter/>
                            </a:ln>
                          </wps:spPr>
                          <wps:bodyPr rtlCol="0" anchor="ctr"/>
                        </wps:wsp>
                        <wps:wsp>
                          <wps:cNvPr id="1114521263" name="Freeform: Shape 147">
                            <a:extLst>
                              <a:ext uri="{FF2B5EF4-FFF2-40B4-BE49-F238E27FC236}">
                                <a16:creationId xmlns:a16="http://schemas.microsoft.com/office/drawing/2014/main" id="{6F38C092-ED80-F232-F05F-16E0AEBDBD2E}"/>
                              </a:ext>
                            </a:extLst>
                          </wps:cNvPr>
                          <wps:cNvSpPr/>
                          <wps:spPr>
                            <a:xfrm>
                              <a:off x="3339562" y="1627825"/>
                              <a:ext cx="482912" cy="246598"/>
                            </a:xfrm>
                            <a:custGeom>
                              <a:avLst/>
                              <a:gdLst>
                                <a:gd name="connsiteX0" fmla="*/ 72270 w 482912"/>
                                <a:gd name="connsiteY0" fmla="*/ 246597 h 246598"/>
                                <a:gd name="connsiteX1" fmla="*/ 86936 w 482912"/>
                                <a:gd name="connsiteY1" fmla="*/ 246597 h 246598"/>
                                <a:gd name="connsiteX2" fmla="*/ 139854 w 482912"/>
                                <a:gd name="connsiteY2" fmla="*/ 223313 h 246598"/>
                                <a:gd name="connsiteX3" fmla="*/ 185288 w 482912"/>
                                <a:gd name="connsiteY3" fmla="*/ 246597 h 246598"/>
                                <a:gd name="connsiteX4" fmla="*/ 456529 w 482912"/>
                                <a:gd name="connsiteY4" fmla="*/ 246597 h 246598"/>
                                <a:gd name="connsiteX5" fmla="*/ 482912 w 482912"/>
                                <a:gd name="connsiteY5" fmla="*/ 220743 h 246598"/>
                                <a:gd name="connsiteX6" fmla="*/ 482912 w 482912"/>
                                <a:gd name="connsiteY6" fmla="*/ 220365 h 246598"/>
                                <a:gd name="connsiteX7" fmla="*/ 482912 w 482912"/>
                                <a:gd name="connsiteY7" fmla="*/ 41956 h 246598"/>
                                <a:gd name="connsiteX8" fmla="*/ 466583 w 482912"/>
                                <a:gd name="connsiteY8" fmla="*/ 25476 h 246598"/>
                                <a:gd name="connsiteX9" fmla="*/ 466432 w 482912"/>
                                <a:gd name="connsiteY9" fmla="*/ 25476 h 246598"/>
                                <a:gd name="connsiteX10" fmla="*/ 465298 w 482912"/>
                                <a:gd name="connsiteY10" fmla="*/ 25476 h 246598"/>
                                <a:gd name="connsiteX11" fmla="*/ 448818 w 482912"/>
                                <a:gd name="connsiteY11" fmla="*/ 41805 h 246598"/>
                                <a:gd name="connsiteX12" fmla="*/ 448818 w 482912"/>
                                <a:gd name="connsiteY12" fmla="*/ 41956 h 246598"/>
                                <a:gd name="connsiteX13" fmla="*/ 448818 w 482912"/>
                                <a:gd name="connsiteY13" fmla="*/ 212427 h 246598"/>
                                <a:gd name="connsiteX14" fmla="*/ 185212 w 482912"/>
                                <a:gd name="connsiteY14" fmla="*/ 212427 h 246598"/>
                                <a:gd name="connsiteX15" fmla="*/ 158980 w 482912"/>
                                <a:gd name="connsiteY15" fmla="*/ 178937 h 246598"/>
                                <a:gd name="connsiteX16" fmla="*/ 158980 w 482912"/>
                                <a:gd name="connsiteY16" fmla="*/ 17009 h 246598"/>
                                <a:gd name="connsiteX17" fmla="*/ 141971 w 482912"/>
                                <a:gd name="connsiteY17" fmla="*/ 0 h 246598"/>
                                <a:gd name="connsiteX18" fmla="*/ 124962 w 482912"/>
                                <a:gd name="connsiteY18" fmla="*/ 17009 h 246598"/>
                                <a:gd name="connsiteX19" fmla="*/ 124962 w 482912"/>
                                <a:gd name="connsiteY19" fmla="*/ 17009 h 246598"/>
                                <a:gd name="connsiteX20" fmla="*/ 124962 w 482912"/>
                                <a:gd name="connsiteY20" fmla="*/ 34548 h 246598"/>
                                <a:gd name="connsiteX21" fmla="*/ 86861 w 482912"/>
                                <a:gd name="connsiteY21" fmla="*/ 23586 h 246598"/>
                                <a:gd name="connsiteX22" fmla="*/ 72195 w 482912"/>
                                <a:gd name="connsiteY22" fmla="*/ 23586 h 246598"/>
                                <a:gd name="connsiteX23" fmla="*/ 0 w 482912"/>
                                <a:gd name="connsiteY23" fmla="*/ 95781 h 246598"/>
                                <a:gd name="connsiteX24" fmla="*/ 0 w 482912"/>
                                <a:gd name="connsiteY24" fmla="*/ 174326 h 246598"/>
                                <a:gd name="connsiteX25" fmla="*/ 72270 w 482912"/>
                                <a:gd name="connsiteY25" fmla="*/ 246597 h 246598"/>
                                <a:gd name="connsiteX26" fmla="*/ 34094 w 482912"/>
                                <a:gd name="connsiteY26" fmla="*/ 95857 h 246598"/>
                                <a:gd name="connsiteX27" fmla="*/ 72119 w 482912"/>
                                <a:gd name="connsiteY27" fmla="*/ 57756 h 246598"/>
                                <a:gd name="connsiteX28" fmla="*/ 86861 w 482912"/>
                                <a:gd name="connsiteY28" fmla="*/ 57756 h 246598"/>
                                <a:gd name="connsiteX29" fmla="*/ 124962 w 482912"/>
                                <a:gd name="connsiteY29" fmla="*/ 95781 h 246598"/>
                                <a:gd name="connsiteX30" fmla="*/ 124962 w 482912"/>
                                <a:gd name="connsiteY30" fmla="*/ 95781 h 246598"/>
                                <a:gd name="connsiteX31" fmla="*/ 124962 w 482912"/>
                                <a:gd name="connsiteY31" fmla="*/ 174402 h 246598"/>
                                <a:gd name="connsiteX32" fmla="*/ 86936 w 482912"/>
                                <a:gd name="connsiteY32" fmla="*/ 212502 h 246598"/>
                                <a:gd name="connsiteX33" fmla="*/ 72195 w 482912"/>
                                <a:gd name="connsiteY33" fmla="*/ 212502 h 246598"/>
                                <a:gd name="connsiteX34" fmla="*/ 34094 w 482912"/>
                                <a:gd name="connsiteY34" fmla="*/ 174477 h 246598"/>
                                <a:gd name="connsiteX35" fmla="*/ 34094 w 482912"/>
                                <a:gd name="connsiteY35" fmla="*/ 174477 h 246598"/>
                                <a:gd name="connsiteX36" fmla="*/ 34094 w 482912"/>
                                <a:gd name="connsiteY36" fmla="*/ 95857 h 246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82912" h="246598">
                                  <a:moveTo>
                                    <a:pt x="72270" y="246597"/>
                                  </a:moveTo>
                                  <a:lnTo>
                                    <a:pt x="86936" y="246597"/>
                                  </a:lnTo>
                                  <a:cubicBezTo>
                                    <a:pt x="107120" y="246597"/>
                                    <a:pt x="126247" y="238130"/>
                                    <a:pt x="139854" y="223313"/>
                                  </a:cubicBezTo>
                                  <a:cubicBezTo>
                                    <a:pt x="150513" y="237752"/>
                                    <a:pt x="167296" y="246294"/>
                                    <a:pt x="185288" y="246597"/>
                                  </a:cubicBezTo>
                                  <a:lnTo>
                                    <a:pt x="456529" y="246597"/>
                                  </a:lnTo>
                                  <a:cubicBezTo>
                                    <a:pt x="470968" y="246748"/>
                                    <a:pt x="482761" y="235181"/>
                                    <a:pt x="482912" y="220743"/>
                                  </a:cubicBezTo>
                                  <a:cubicBezTo>
                                    <a:pt x="482912" y="220667"/>
                                    <a:pt x="482912" y="220516"/>
                                    <a:pt x="482912" y="220365"/>
                                  </a:cubicBezTo>
                                  <a:lnTo>
                                    <a:pt x="482912" y="41956"/>
                                  </a:lnTo>
                                  <a:cubicBezTo>
                                    <a:pt x="482912" y="32884"/>
                                    <a:pt x="475655" y="25476"/>
                                    <a:pt x="466583" y="25476"/>
                                  </a:cubicBezTo>
                                  <a:cubicBezTo>
                                    <a:pt x="466583" y="25476"/>
                                    <a:pt x="466508" y="25476"/>
                                    <a:pt x="466432" y="25476"/>
                                  </a:cubicBezTo>
                                  <a:lnTo>
                                    <a:pt x="465298" y="25476"/>
                                  </a:lnTo>
                                  <a:cubicBezTo>
                                    <a:pt x="456226" y="25476"/>
                                    <a:pt x="448818" y="32734"/>
                                    <a:pt x="448818" y="41805"/>
                                  </a:cubicBezTo>
                                  <a:cubicBezTo>
                                    <a:pt x="448818" y="41805"/>
                                    <a:pt x="448818" y="41880"/>
                                    <a:pt x="448818" y="41956"/>
                                  </a:cubicBezTo>
                                  <a:lnTo>
                                    <a:pt x="448818" y="212427"/>
                                  </a:lnTo>
                                  <a:lnTo>
                                    <a:pt x="185212" y="212427"/>
                                  </a:lnTo>
                                  <a:cubicBezTo>
                                    <a:pt x="170773" y="212427"/>
                                    <a:pt x="158980" y="197459"/>
                                    <a:pt x="158980" y="178937"/>
                                  </a:cubicBezTo>
                                  <a:lnTo>
                                    <a:pt x="158980" y="17009"/>
                                  </a:lnTo>
                                  <a:cubicBezTo>
                                    <a:pt x="158980" y="7560"/>
                                    <a:pt x="151345" y="0"/>
                                    <a:pt x="141971" y="0"/>
                                  </a:cubicBezTo>
                                  <a:cubicBezTo>
                                    <a:pt x="132597" y="0"/>
                                    <a:pt x="124962" y="7635"/>
                                    <a:pt x="124962" y="17009"/>
                                  </a:cubicBezTo>
                                  <a:lnTo>
                                    <a:pt x="124962" y="17009"/>
                                  </a:lnTo>
                                  <a:lnTo>
                                    <a:pt x="124962" y="34548"/>
                                  </a:lnTo>
                                  <a:cubicBezTo>
                                    <a:pt x="113546" y="27366"/>
                                    <a:pt x="100317" y="23586"/>
                                    <a:pt x="86861" y="23586"/>
                                  </a:cubicBezTo>
                                  <a:lnTo>
                                    <a:pt x="72195" y="23586"/>
                                  </a:lnTo>
                                  <a:cubicBezTo>
                                    <a:pt x="32356" y="23586"/>
                                    <a:pt x="76" y="55866"/>
                                    <a:pt x="0" y="95781"/>
                                  </a:cubicBezTo>
                                  <a:lnTo>
                                    <a:pt x="0" y="174326"/>
                                  </a:lnTo>
                                  <a:cubicBezTo>
                                    <a:pt x="76" y="214241"/>
                                    <a:pt x="32356" y="246445"/>
                                    <a:pt x="72270" y="246597"/>
                                  </a:cubicBezTo>
                                  <a:moveTo>
                                    <a:pt x="34094" y="95857"/>
                                  </a:moveTo>
                                  <a:cubicBezTo>
                                    <a:pt x="34094" y="74841"/>
                                    <a:pt x="51103" y="57756"/>
                                    <a:pt x="72119" y="57756"/>
                                  </a:cubicBezTo>
                                  <a:lnTo>
                                    <a:pt x="86861" y="57756"/>
                                  </a:lnTo>
                                  <a:cubicBezTo>
                                    <a:pt x="107877" y="57756"/>
                                    <a:pt x="124962" y="74765"/>
                                    <a:pt x="124962" y="95781"/>
                                  </a:cubicBezTo>
                                  <a:lnTo>
                                    <a:pt x="124962" y="95781"/>
                                  </a:lnTo>
                                  <a:lnTo>
                                    <a:pt x="124962" y="174402"/>
                                  </a:lnTo>
                                  <a:cubicBezTo>
                                    <a:pt x="124962" y="195417"/>
                                    <a:pt x="107952" y="212502"/>
                                    <a:pt x="86936" y="212502"/>
                                  </a:cubicBezTo>
                                  <a:lnTo>
                                    <a:pt x="72195" y="212502"/>
                                  </a:lnTo>
                                  <a:cubicBezTo>
                                    <a:pt x="51179" y="212502"/>
                                    <a:pt x="34094" y="195493"/>
                                    <a:pt x="34094" y="174477"/>
                                  </a:cubicBezTo>
                                  <a:lnTo>
                                    <a:pt x="34094" y="174477"/>
                                  </a:lnTo>
                                  <a:lnTo>
                                    <a:pt x="34094" y="95857"/>
                                  </a:lnTo>
                                  <a:close/>
                                </a:path>
                              </a:pathLst>
                            </a:custGeom>
                            <a:solidFill>
                              <a:srgbClr val="63656C"/>
                            </a:solidFill>
                            <a:ln w="7553" cap="flat">
                              <a:noFill/>
                              <a:prstDash val="solid"/>
                              <a:miter/>
                            </a:ln>
                          </wps:spPr>
                          <wps:bodyPr rtlCol="0" anchor="ctr"/>
                        </wps:wsp>
                        <wps:wsp>
                          <wps:cNvPr id="1214397568" name="Freeform: Shape 148">
                            <a:extLst>
                              <a:ext uri="{FF2B5EF4-FFF2-40B4-BE49-F238E27FC236}">
                                <a16:creationId xmlns:a16="http://schemas.microsoft.com/office/drawing/2014/main" id="{7292C18D-9297-29B7-CF6D-88ED152DE600}"/>
                              </a:ext>
                            </a:extLst>
                          </wps:cNvPr>
                          <wps:cNvSpPr/>
                          <wps:spPr>
                            <a:xfrm>
                              <a:off x="4601797" y="1624423"/>
                              <a:ext cx="105541" cy="81115"/>
                            </a:xfrm>
                            <a:custGeom>
                              <a:avLst/>
                              <a:gdLst>
                                <a:gd name="connsiteX0" fmla="*/ 64564 w 105541"/>
                                <a:gd name="connsiteY0" fmla="*/ 81116 h 81115"/>
                                <a:gd name="connsiteX1" fmla="*/ 96844 w 105541"/>
                                <a:gd name="connsiteY1" fmla="*/ 81116 h 81115"/>
                                <a:gd name="connsiteX2" fmla="*/ 105538 w 105541"/>
                                <a:gd name="connsiteY2" fmla="*/ 71893 h 81115"/>
                                <a:gd name="connsiteX3" fmla="*/ 96844 w 105541"/>
                                <a:gd name="connsiteY3" fmla="*/ 63199 h 81115"/>
                                <a:gd name="connsiteX4" fmla="*/ 40222 w 105541"/>
                                <a:gd name="connsiteY4" fmla="*/ 63199 h 81115"/>
                                <a:gd name="connsiteX5" fmla="*/ 40222 w 105541"/>
                                <a:gd name="connsiteY5" fmla="*/ 17765 h 81115"/>
                                <a:gd name="connsiteX6" fmla="*/ 77037 w 105541"/>
                                <a:gd name="connsiteY6" fmla="*/ 17765 h 81115"/>
                                <a:gd name="connsiteX7" fmla="*/ 77037 w 105541"/>
                                <a:gd name="connsiteY7" fmla="*/ 37950 h 81115"/>
                                <a:gd name="connsiteX8" fmla="*/ 85807 w 105541"/>
                                <a:gd name="connsiteY8" fmla="*/ 46946 h 81115"/>
                                <a:gd name="connsiteX9" fmla="*/ 94803 w 105541"/>
                                <a:gd name="connsiteY9" fmla="*/ 37950 h 81115"/>
                                <a:gd name="connsiteX10" fmla="*/ 94803 w 105541"/>
                                <a:gd name="connsiteY10" fmla="*/ 0 h 81115"/>
                                <a:gd name="connsiteX11" fmla="*/ 33116 w 105541"/>
                                <a:gd name="connsiteY11" fmla="*/ 0 h 81115"/>
                                <a:gd name="connsiteX12" fmla="*/ 22457 w 105541"/>
                                <a:gd name="connsiteY12" fmla="*/ 10659 h 81115"/>
                                <a:gd name="connsiteX13" fmla="*/ 22457 w 105541"/>
                                <a:gd name="connsiteY13" fmla="*/ 63199 h 81115"/>
                                <a:gd name="connsiteX14" fmla="*/ 9227 w 105541"/>
                                <a:gd name="connsiteY14" fmla="*/ 63199 h 81115"/>
                                <a:gd name="connsiteX15" fmla="*/ 4 w 105541"/>
                                <a:gd name="connsiteY15" fmla="*/ 71893 h 81115"/>
                                <a:gd name="connsiteX16" fmla="*/ 8698 w 105541"/>
                                <a:gd name="connsiteY16" fmla="*/ 81116 h 81115"/>
                                <a:gd name="connsiteX17" fmla="*/ 9303 w 105541"/>
                                <a:gd name="connsiteY17" fmla="*/ 81116 h 81115"/>
                                <a:gd name="connsiteX18" fmla="*/ 64564 w 105541"/>
                                <a:gd name="connsiteY18" fmla="*/ 81116 h 811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5541" h="81115">
                                  <a:moveTo>
                                    <a:pt x="64564" y="81116"/>
                                  </a:moveTo>
                                  <a:lnTo>
                                    <a:pt x="96844" y="81116"/>
                                  </a:lnTo>
                                  <a:cubicBezTo>
                                    <a:pt x="101758" y="80964"/>
                                    <a:pt x="105689" y="76807"/>
                                    <a:pt x="105538" y="71893"/>
                                  </a:cubicBezTo>
                                  <a:cubicBezTo>
                                    <a:pt x="105386" y="67130"/>
                                    <a:pt x="101606" y="63350"/>
                                    <a:pt x="96844" y="63199"/>
                                  </a:cubicBezTo>
                                  <a:lnTo>
                                    <a:pt x="40222" y="63199"/>
                                  </a:lnTo>
                                  <a:lnTo>
                                    <a:pt x="40222" y="17765"/>
                                  </a:lnTo>
                                  <a:lnTo>
                                    <a:pt x="77037" y="17765"/>
                                  </a:lnTo>
                                  <a:lnTo>
                                    <a:pt x="77037" y="37950"/>
                                  </a:lnTo>
                                  <a:cubicBezTo>
                                    <a:pt x="77037" y="42864"/>
                                    <a:pt x="80893" y="46870"/>
                                    <a:pt x="85807" y="46946"/>
                                  </a:cubicBezTo>
                                  <a:cubicBezTo>
                                    <a:pt x="90720" y="46870"/>
                                    <a:pt x="94727" y="42864"/>
                                    <a:pt x="94803" y="37950"/>
                                  </a:cubicBezTo>
                                  <a:lnTo>
                                    <a:pt x="94803" y="0"/>
                                  </a:lnTo>
                                  <a:lnTo>
                                    <a:pt x="33116" y="0"/>
                                  </a:lnTo>
                                  <a:cubicBezTo>
                                    <a:pt x="27295" y="0"/>
                                    <a:pt x="22457" y="4763"/>
                                    <a:pt x="22457" y="10659"/>
                                  </a:cubicBezTo>
                                  <a:lnTo>
                                    <a:pt x="22457" y="63199"/>
                                  </a:lnTo>
                                  <a:lnTo>
                                    <a:pt x="9227" y="63199"/>
                                  </a:lnTo>
                                  <a:cubicBezTo>
                                    <a:pt x="4313" y="63048"/>
                                    <a:pt x="156" y="66903"/>
                                    <a:pt x="4" y="71893"/>
                                  </a:cubicBezTo>
                                  <a:cubicBezTo>
                                    <a:pt x="-147" y="76807"/>
                                    <a:pt x="3709" y="80964"/>
                                    <a:pt x="8698" y="81116"/>
                                  </a:cubicBezTo>
                                  <a:cubicBezTo>
                                    <a:pt x="8925" y="81116"/>
                                    <a:pt x="9152" y="81116"/>
                                    <a:pt x="9303" y="81116"/>
                                  </a:cubicBezTo>
                                  <a:lnTo>
                                    <a:pt x="64564" y="81116"/>
                                  </a:lnTo>
                                  <a:close/>
                                </a:path>
                              </a:pathLst>
                            </a:custGeom>
                            <a:solidFill>
                              <a:srgbClr val="63656C"/>
                            </a:solidFill>
                            <a:ln w="7553" cap="flat">
                              <a:noFill/>
                              <a:prstDash val="solid"/>
                              <a:miter/>
                            </a:ln>
                          </wps:spPr>
                          <wps:bodyPr rtlCol="0" anchor="ctr"/>
                        </wps:wsp>
                        <wps:wsp>
                          <wps:cNvPr id="1427645388" name="Freeform: Shape 149">
                            <a:extLst>
                              <a:ext uri="{FF2B5EF4-FFF2-40B4-BE49-F238E27FC236}">
                                <a16:creationId xmlns:a16="http://schemas.microsoft.com/office/drawing/2014/main" id="{F0733C92-3CC9-B0E1-BE2B-1D119F48C7B9}"/>
                              </a:ext>
                            </a:extLst>
                          </wps:cNvPr>
                          <wps:cNvSpPr/>
                          <wps:spPr>
                            <a:xfrm>
                              <a:off x="4811506" y="1893245"/>
                              <a:ext cx="60628" cy="60855"/>
                            </a:xfrm>
                            <a:custGeom>
                              <a:avLst/>
                              <a:gdLst>
                                <a:gd name="connsiteX0" fmla="*/ 36362 w 60628"/>
                                <a:gd name="connsiteY0" fmla="*/ 58361 h 60855"/>
                                <a:gd name="connsiteX1" fmla="*/ 58134 w 60628"/>
                                <a:gd name="connsiteY1" fmla="*/ 36589 h 60855"/>
                                <a:gd name="connsiteX2" fmla="*/ 58134 w 60628"/>
                                <a:gd name="connsiteY2" fmla="*/ 24493 h 60855"/>
                                <a:gd name="connsiteX3" fmla="*/ 36362 w 60628"/>
                                <a:gd name="connsiteY3" fmla="*/ 2495 h 60855"/>
                                <a:gd name="connsiteX4" fmla="*/ 24267 w 60628"/>
                                <a:gd name="connsiteY4" fmla="*/ 2495 h 60855"/>
                                <a:gd name="connsiteX5" fmla="*/ 2495 w 60628"/>
                                <a:gd name="connsiteY5" fmla="*/ 24493 h 60855"/>
                                <a:gd name="connsiteX6" fmla="*/ 2495 w 60628"/>
                                <a:gd name="connsiteY6" fmla="*/ 36589 h 60855"/>
                                <a:gd name="connsiteX7" fmla="*/ 24267 w 60628"/>
                                <a:gd name="connsiteY7" fmla="*/ 58361 h 60855"/>
                                <a:gd name="connsiteX8" fmla="*/ 36362 w 60628"/>
                                <a:gd name="connsiteY8" fmla="*/ 58361 h 60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628" h="60855">
                                  <a:moveTo>
                                    <a:pt x="36362" y="58361"/>
                                  </a:moveTo>
                                  <a:lnTo>
                                    <a:pt x="58134" y="36589"/>
                                  </a:lnTo>
                                  <a:cubicBezTo>
                                    <a:pt x="61461" y="33187"/>
                                    <a:pt x="61461" y="27819"/>
                                    <a:pt x="58134" y="24493"/>
                                  </a:cubicBezTo>
                                  <a:lnTo>
                                    <a:pt x="36362" y="2495"/>
                                  </a:lnTo>
                                  <a:cubicBezTo>
                                    <a:pt x="32960" y="-832"/>
                                    <a:pt x="27593" y="-832"/>
                                    <a:pt x="24267" y="2495"/>
                                  </a:cubicBezTo>
                                  <a:lnTo>
                                    <a:pt x="2495" y="24493"/>
                                  </a:lnTo>
                                  <a:cubicBezTo>
                                    <a:pt x="-832" y="27895"/>
                                    <a:pt x="-832" y="33263"/>
                                    <a:pt x="2495" y="36589"/>
                                  </a:cubicBezTo>
                                  <a:lnTo>
                                    <a:pt x="24267" y="58361"/>
                                  </a:lnTo>
                                  <a:cubicBezTo>
                                    <a:pt x="27593" y="61687"/>
                                    <a:pt x="32960" y="61687"/>
                                    <a:pt x="36362" y="58361"/>
                                  </a:cubicBezTo>
                                </a:path>
                              </a:pathLst>
                            </a:custGeom>
                            <a:solidFill>
                              <a:srgbClr val="63656C"/>
                            </a:solidFill>
                            <a:ln w="7553" cap="flat">
                              <a:noFill/>
                              <a:prstDash val="solid"/>
                              <a:miter/>
                            </a:ln>
                          </wps:spPr>
                          <wps:bodyPr rtlCol="0" anchor="ctr"/>
                        </wps:wsp>
                        <wps:wsp>
                          <wps:cNvPr id="427040323" name="Freeform: Shape 150">
                            <a:extLst>
                              <a:ext uri="{FF2B5EF4-FFF2-40B4-BE49-F238E27FC236}">
                                <a16:creationId xmlns:a16="http://schemas.microsoft.com/office/drawing/2014/main" id="{60A47D36-2B45-BAE2-B43F-1009CF110007}"/>
                              </a:ext>
                            </a:extLst>
                          </wps:cNvPr>
                          <wps:cNvSpPr/>
                          <wps:spPr>
                            <a:xfrm>
                              <a:off x="4884911" y="1893321"/>
                              <a:ext cx="60855" cy="60855"/>
                            </a:xfrm>
                            <a:custGeom>
                              <a:avLst/>
                              <a:gdLst>
                                <a:gd name="connsiteX0" fmla="*/ 36362 w 60855"/>
                                <a:gd name="connsiteY0" fmla="*/ 2495 h 60855"/>
                                <a:gd name="connsiteX1" fmla="*/ 24267 w 60855"/>
                                <a:gd name="connsiteY1" fmla="*/ 2495 h 60855"/>
                                <a:gd name="connsiteX2" fmla="*/ 2495 w 60855"/>
                                <a:gd name="connsiteY2" fmla="*/ 24267 h 60855"/>
                                <a:gd name="connsiteX3" fmla="*/ 2495 w 60855"/>
                                <a:gd name="connsiteY3" fmla="*/ 36362 h 60855"/>
                                <a:gd name="connsiteX4" fmla="*/ 24267 w 60855"/>
                                <a:gd name="connsiteY4" fmla="*/ 58361 h 60855"/>
                                <a:gd name="connsiteX5" fmla="*/ 36362 w 60855"/>
                                <a:gd name="connsiteY5" fmla="*/ 58361 h 60855"/>
                                <a:gd name="connsiteX6" fmla="*/ 58361 w 60855"/>
                                <a:gd name="connsiteY6" fmla="*/ 36362 h 60855"/>
                                <a:gd name="connsiteX7" fmla="*/ 58361 w 60855"/>
                                <a:gd name="connsiteY7" fmla="*/ 24267 h 60855"/>
                                <a:gd name="connsiteX8" fmla="*/ 36362 w 60855"/>
                                <a:gd name="connsiteY8" fmla="*/ 2495 h 60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855" h="60855">
                                  <a:moveTo>
                                    <a:pt x="36362" y="2495"/>
                                  </a:moveTo>
                                  <a:cubicBezTo>
                                    <a:pt x="32960" y="-832"/>
                                    <a:pt x="27593" y="-832"/>
                                    <a:pt x="24267" y="2495"/>
                                  </a:cubicBezTo>
                                  <a:lnTo>
                                    <a:pt x="2495" y="24267"/>
                                  </a:lnTo>
                                  <a:cubicBezTo>
                                    <a:pt x="-832" y="27669"/>
                                    <a:pt x="-832" y="33036"/>
                                    <a:pt x="2495" y="36362"/>
                                  </a:cubicBezTo>
                                  <a:lnTo>
                                    <a:pt x="24267" y="58361"/>
                                  </a:lnTo>
                                  <a:cubicBezTo>
                                    <a:pt x="27669" y="61687"/>
                                    <a:pt x="33036" y="61687"/>
                                    <a:pt x="36362" y="58361"/>
                                  </a:cubicBezTo>
                                  <a:lnTo>
                                    <a:pt x="58361" y="36362"/>
                                  </a:lnTo>
                                  <a:cubicBezTo>
                                    <a:pt x="61687" y="32960"/>
                                    <a:pt x="61687" y="27593"/>
                                    <a:pt x="58361" y="24267"/>
                                  </a:cubicBezTo>
                                  <a:lnTo>
                                    <a:pt x="36362" y="2495"/>
                                  </a:lnTo>
                                  <a:close/>
                                </a:path>
                              </a:pathLst>
                            </a:custGeom>
                            <a:solidFill>
                              <a:srgbClr val="63656C"/>
                            </a:solidFill>
                            <a:ln w="7553" cap="flat">
                              <a:noFill/>
                              <a:prstDash val="solid"/>
                              <a:miter/>
                            </a:ln>
                          </wps:spPr>
                          <wps:bodyPr rtlCol="0" anchor="ctr"/>
                        </wps:wsp>
                        <wps:wsp>
                          <wps:cNvPr id="1570013377" name="Freeform: Shape 151">
                            <a:extLst>
                              <a:ext uri="{FF2B5EF4-FFF2-40B4-BE49-F238E27FC236}">
                                <a16:creationId xmlns:a16="http://schemas.microsoft.com/office/drawing/2014/main" id="{D6E09925-42ED-3496-0E6D-8EE6CE2F2EBB}"/>
                              </a:ext>
                            </a:extLst>
                          </wps:cNvPr>
                          <wps:cNvSpPr/>
                          <wps:spPr>
                            <a:xfrm>
                              <a:off x="3577465" y="1893321"/>
                              <a:ext cx="60855" cy="60855"/>
                            </a:xfrm>
                            <a:custGeom>
                              <a:avLst/>
                              <a:gdLst>
                                <a:gd name="connsiteX0" fmla="*/ 24494 w 60855"/>
                                <a:gd name="connsiteY0" fmla="*/ 2495 h 60855"/>
                                <a:gd name="connsiteX1" fmla="*/ 2495 w 60855"/>
                                <a:gd name="connsiteY1" fmla="*/ 24267 h 60855"/>
                                <a:gd name="connsiteX2" fmla="*/ 2495 w 60855"/>
                                <a:gd name="connsiteY2" fmla="*/ 36362 h 60855"/>
                                <a:gd name="connsiteX3" fmla="*/ 24494 w 60855"/>
                                <a:gd name="connsiteY3" fmla="*/ 58361 h 60855"/>
                                <a:gd name="connsiteX4" fmla="*/ 36589 w 60855"/>
                                <a:gd name="connsiteY4" fmla="*/ 58361 h 60855"/>
                                <a:gd name="connsiteX5" fmla="*/ 58361 w 60855"/>
                                <a:gd name="connsiteY5" fmla="*/ 36362 h 60855"/>
                                <a:gd name="connsiteX6" fmla="*/ 58361 w 60855"/>
                                <a:gd name="connsiteY6" fmla="*/ 24267 h 60855"/>
                                <a:gd name="connsiteX7" fmla="*/ 36589 w 60855"/>
                                <a:gd name="connsiteY7" fmla="*/ 2495 h 60855"/>
                                <a:gd name="connsiteX8" fmla="*/ 24494 w 60855"/>
                                <a:gd name="connsiteY8" fmla="*/ 2495 h 60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855" h="60855">
                                  <a:moveTo>
                                    <a:pt x="24494" y="2495"/>
                                  </a:moveTo>
                                  <a:lnTo>
                                    <a:pt x="2495" y="24267"/>
                                  </a:lnTo>
                                  <a:cubicBezTo>
                                    <a:pt x="-832" y="27669"/>
                                    <a:pt x="-832" y="33036"/>
                                    <a:pt x="2495" y="36362"/>
                                  </a:cubicBezTo>
                                  <a:lnTo>
                                    <a:pt x="24494" y="58361"/>
                                  </a:lnTo>
                                  <a:cubicBezTo>
                                    <a:pt x="27895" y="61687"/>
                                    <a:pt x="33263" y="61687"/>
                                    <a:pt x="36589" y="58361"/>
                                  </a:cubicBezTo>
                                  <a:lnTo>
                                    <a:pt x="58361" y="36362"/>
                                  </a:lnTo>
                                  <a:cubicBezTo>
                                    <a:pt x="61687" y="32960"/>
                                    <a:pt x="61687" y="27593"/>
                                    <a:pt x="58361" y="24267"/>
                                  </a:cubicBezTo>
                                  <a:lnTo>
                                    <a:pt x="36589" y="2495"/>
                                  </a:lnTo>
                                  <a:cubicBezTo>
                                    <a:pt x="33187" y="-832"/>
                                    <a:pt x="27820" y="-832"/>
                                    <a:pt x="24494" y="2495"/>
                                  </a:cubicBezTo>
                                </a:path>
                              </a:pathLst>
                            </a:custGeom>
                            <a:solidFill>
                              <a:srgbClr val="63656C"/>
                            </a:solidFill>
                            <a:ln w="7553" cap="flat">
                              <a:noFill/>
                              <a:prstDash val="solid"/>
                              <a:miter/>
                            </a:ln>
                          </wps:spPr>
                          <wps:bodyPr rtlCol="0" anchor="ctr"/>
                        </wps:wsp>
                        <wps:wsp>
                          <wps:cNvPr id="996090599" name="Freeform: Shape 152">
                            <a:extLst>
                              <a:ext uri="{FF2B5EF4-FFF2-40B4-BE49-F238E27FC236}">
                                <a16:creationId xmlns:a16="http://schemas.microsoft.com/office/drawing/2014/main" id="{80E85BDB-F6A0-E0FB-26E6-D535700EFB87}"/>
                              </a:ext>
                            </a:extLst>
                          </wps:cNvPr>
                          <wps:cNvSpPr/>
                          <wps:spPr>
                            <a:xfrm>
                              <a:off x="3651247" y="1893321"/>
                              <a:ext cx="60855" cy="60855"/>
                            </a:xfrm>
                            <a:custGeom>
                              <a:avLst/>
                              <a:gdLst>
                                <a:gd name="connsiteX0" fmla="*/ 24267 w 60855"/>
                                <a:gd name="connsiteY0" fmla="*/ 2495 h 60855"/>
                                <a:gd name="connsiteX1" fmla="*/ 2495 w 60855"/>
                                <a:gd name="connsiteY1" fmla="*/ 24267 h 60855"/>
                                <a:gd name="connsiteX2" fmla="*/ 2495 w 60855"/>
                                <a:gd name="connsiteY2" fmla="*/ 36362 h 60855"/>
                                <a:gd name="connsiteX3" fmla="*/ 24267 w 60855"/>
                                <a:gd name="connsiteY3" fmla="*/ 58361 h 60855"/>
                                <a:gd name="connsiteX4" fmla="*/ 36362 w 60855"/>
                                <a:gd name="connsiteY4" fmla="*/ 58361 h 60855"/>
                                <a:gd name="connsiteX5" fmla="*/ 58361 w 60855"/>
                                <a:gd name="connsiteY5" fmla="*/ 36362 h 60855"/>
                                <a:gd name="connsiteX6" fmla="*/ 58361 w 60855"/>
                                <a:gd name="connsiteY6" fmla="*/ 24267 h 60855"/>
                                <a:gd name="connsiteX7" fmla="*/ 36362 w 60855"/>
                                <a:gd name="connsiteY7" fmla="*/ 2495 h 60855"/>
                                <a:gd name="connsiteX8" fmla="*/ 24267 w 60855"/>
                                <a:gd name="connsiteY8" fmla="*/ 2495 h 60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855" h="60855">
                                  <a:moveTo>
                                    <a:pt x="24267" y="2495"/>
                                  </a:moveTo>
                                  <a:lnTo>
                                    <a:pt x="2495" y="24267"/>
                                  </a:lnTo>
                                  <a:cubicBezTo>
                                    <a:pt x="-832" y="27669"/>
                                    <a:pt x="-832" y="33036"/>
                                    <a:pt x="2495" y="36362"/>
                                  </a:cubicBezTo>
                                  <a:lnTo>
                                    <a:pt x="24267" y="58361"/>
                                  </a:lnTo>
                                  <a:cubicBezTo>
                                    <a:pt x="27669" y="61687"/>
                                    <a:pt x="33036" y="61687"/>
                                    <a:pt x="36362" y="58361"/>
                                  </a:cubicBezTo>
                                  <a:lnTo>
                                    <a:pt x="58361" y="36362"/>
                                  </a:lnTo>
                                  <a:cubicBezTo>
                                    <a:pt x="61687" y="32960"/>
                                    <a:pt x="61687" y="27593"/>
                                    <a:pt x="58361" y="24267"/>
                                  </a:cubicBezTo>
                                  <a:lnTo>
                                    <a:pt x="36362" y="2495"/>
                                  </a:lnTo>
                                  <a:cubicBezTo>
                                    <a:pt x="33036" y="-832"/>
                                    <a:pt x="27669" y="-832"/>
                                    <a:pt x="24267" y="2495"/>
                                  </a:cubicBezTo>
                                </a:path>
                              </a:pathLst>
                            </a:custGeom>
                            <a:solidFill>
                              <a:srgbClr val="63656C"/>
                            </a:solidFill>
                            <a:ln w="7553" cap="flat">
                              <a:noFill/>
                              <a:prstDash val="solid"/>
                              <a:miter/>
                            </a:ln>
                          </wps:spPr>
                          <wps:bodyPr rtlCol="0" anchor="ctr"/>
                        </wps:wsp>
                        <wps:wsp>
                          <wps:cNvPr id="1521704863" name="Freeform: Shape 153">
                            <a:extLst>
                              <a:ext uri="{FF2B5EF4-FFF2-40B4-BE49-F238E27FC236}">
                                <a16:creationId xmlns:a16="http://schemas.microsoft.com/office/drawing/2014/main" id="{3E2B30EF-9EAA-0813-5039-4232A1650482}"/>
                              </a:ext>
                            </a:extLst>
                          </wps:cNvPr>
                          <wps:cNvSpPr/>
                          <wps:spPr>
                            <a:xfrm>
                              <a:off x="4673996" y="1944575"/>
                              <a:ext cx="60855" cy="60855"/>
                            </a:xfrm>
                            <a:custGeom>
                              <a:avLst/>
                              <a:gdLst>
                                <a:gd name="connsiteX0" fmla="*/ 36362 w 60855"/>
                                <a:gd name="connsiteY0" fmla="*/ 2495 h 60855"/>
                                <a:gd name="connsiteX1" fmla="*/ 24267 w 60855"/>
                                <a:gd name="connsiteY1" fmla="*/ 2495 h 60855"/>
                                <a:gd name="connsiteX2" fmla="*/ 2495 w 60855"/>
                                <a:gd name="connsiteY2" fmla="*/ 24267 h 60855"/>
                                <a:gd name="connsiteX3" fmla="*/ 2495 w 60855"/>
                                <a:gd name="connsiteY3" fmla="*/ 36362 h 60855"/>
                                <a:gd name="connsiteX4" fmla="*/ 24267 w 60855"/>
                                <a:gd name="connsiteY4" fmla="*/ 58361 h 60855"/>
                                <a:gd name="connsiteX5" fmla="*/ 36362 w 60855"/>
                                <a:gd name="connsiteY5" fmla="*/ 58361 h 60855"/>
                                <a:gd name="connsiteX6" fmla="*/ 58361 w 60855"/>
                                <a:gd name="connsiteY6" fmla="*/ 36362 h 60855"/>
                                <a:gd name="connsiteX7" fmla="*/ 58361 w 60855"/>
                                <a:gd name="connsiteY7" fmla="*/ 24267 h 60855"/>
                                <a:gd name="connsiteX8" fmla="*/ 36362 w 60855"/>
                                <a:gd name="connsiteY8" fmla="*/ 2495 h 60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855" h="60855">
                                  <a:moveTo>
                                    <a:pt x="36362" y="2495"/>
                                  </a:moveTo>
                                  <a:cubicBezTo>
                                    <a:pt x="32960" y="-832"/>
                                    <a:pt x="27593" y="-832"/>
                                    <a:pt x="24267" y="2495"/>
                                  </a:cubicBezTo>
                                  <a:lnTo>
                                    <a:pt x="2495" y="24267"/>
                                  </a:lnTo>
                                  <a:cubicBezTo>
                                    <a:pt x="-832" y="27669"/>
                                    <a:pt x="-832" y="33036"/>
                                    <a:pt x="2495" y="36362"/>
                                  </a:cubicBezTo>
                                  <a:lnTo>
                                    <a:pt x="24267" y="58361"/>
                                  </a:lnTo>
                                  <a:cubicBezTo>
                                    <a:pt x="27669" y="61687"/>
                                    <a:pt x="33036" y="61687"/>
                                    <a:pt x="36362" y="58361"/>
                                  </a:cubicBezTo>
                                  <a:lnTo>
                                    <a:pt x="58361" y="36362"/>
                                  </a:lnTo>
                                  <a:cubicBezTo>
                                    <a:pt x="61687" y="32960"/>
                                    <a:pt x="61687" y="27593"/>
                                    <a:pt x="58361" y="24267"/>
                                  </a:cubicBezTo>
                                  <a:lnTo>
                                    <a:pt x="36362" y="2495"/>
                                  </a:lnTo>
                                  <a:close/>
                                </a:path>
                              </a:pathLst>
                            </a:custGeom>
                            <a:solidFill>
                              <a:srgbClr val="63656C"/>
                            </a:solidFill>
                            <a:ln w="7553" cap="flat">
                              <a:noFill/>
                              <a:prstDash val="solid"/>
                              <a:miter/>
                            </a:ln>
                          </wps:spPr>
                          <wps:bodyPr rtlCol="0" anchor="ctr"/>
                        </wps:wsp>
                        <wps:wsp>
                          <wps:cNvPr id="362940937" name="Freeform: Shape 154">
                            <a:extLst>
                              <a:ext uri="{FF2B5EF4-FFF2-40B4-BE49-F238E27FC236}">
                                <a16:creationId xmlns:a16="http://schemas.microsoft.com/office/drawing/2014/main" id="{1793961A-E4D9-B1E5-9212-675B32DDE8A4}"/>
                              </a:ext>
                            </a:extLst>
                          </wps:cNvPr>
                          <wps:cNvSpPr/>
                          <wps:spPr>
                            <a:xfrm>
                              <a:off x="3302533" y="925917"/>
                              <a:ext cx="737433" cy="567428"/>
                            </a:xfrm>
                            <a:custGeom>
                              <a:avLst/>
                              <a:gdLst>
                                <a:gd name="connsiteX0" fmla="*/ 724279 w 737433"/>
                                <a:gd name="connsiteY0" fmla="*/ 7249 h 567428"/>
                                <a:gd name="connsiteX1" fmla="*/ 682474 w 737433"/>
                                <a:gd name="connsiteY1" fmla="*/ 6871 h 567428"/>
                                <a:gd name="connsiteX2" fmla="*/ 14577 w 737433"/>
                                <a:gd name="connsiteY2" fmla="*/ 504827 h 567428"/>
                                <a:gd name="connsiteX3" fmla="*/ 6337 w 737433"/>
                                <a:gd name="connsiteY3" fmla="*/ 552831 h 567428"/>
                                <a:gd name="connsiteX4" fmla="*/ 54340 w 737433"/>
                                <a:gd name="connsiteY4" fmla="*/ 561071 h 567428"/>
                                <a:gd name="connsiteX5" fmla="*/ 55852 w 737433"/>
                                <a:gd name="connsiteY5" fmla="*/ 559937 h 567428"/>
                                <a:gd name="connsiteX6" fmla="*/ 668640 w 737433"/>
                                <a:gd name="connsiteY6" fmla="*/ 103030 h 567428"/>
                                <a:gd name="connsiteX7" fmla="*/ 668640 w 737433"/>
                                <a:gd name="connsiteY7" fmla="*/ 491068 h 567428"/>
                                <a:gd name="connsiteX8" fmla="*/ 702432 w 737433"/>
                                <a:gd name="connsiteY8" fmla="*/ 526070 h 567428"/>
                                <a:gd name="connsiteX9" fmla="*/ 737433 w 737433"/>
                                <a:gd name="connsiteY9" fmla="*/ 492278 h 567428"/>
                                <a:gd name="connsiteX10" fmla="*/ 737433 w 737433"/>
                                <a:gd name="connsiteY10" fmla="*/ 491068 h 567428"/>
                                <a:gd name="connsiteX11" fmla="*/ 737433 w 737433"/>
                                <a:gd name="connsiteY11" fmla="*/ 35220 h 567428"/>
                                <a:gd name="connsiteX12" fmla="*/ 724052 w 737433"/>
                                <a:gd name="connsiteY12" fmla="*/ 7174 h 5674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37433" h="567428">
                                  <a:moveTo>
                                    <a:pt x="724279" y="7249"/>
                                  </a:moveTo>
                                  <a:cubicBezTo>
                                    <a:pt x="712032" y="-2276"/>
                                    <a:pt x="694948" y="-2427"/>
                                    <a:pt x="682474" y="6871"/>
                                  </a:cubicBezTo>
                                  <a:lnTo>
                                    <a:pt x="14577" y="504827"/>
                                  </a:lnTo>
                                  <a:cubicBezTo>
                                    <a:pt x="-921" y="515789"/>
                                    <a:pt x="-4701" y="537258"/>
                                    <a:pt x="6337" y="552831"/>
                                  </a:cubicBezTo>
                                  <a:cubicBezTo>
                                    <a:pt x="17298" y="568404"/>
                                    <a:pt x="38767" y="572108"/>
                                    <a:pt x="54340" y="561071"/>
                                  </a:cubicBezTo>
                                  <a:cubicBezTo>
                                    <a:pt x="54870" y="560693"/>
                                    <a:pt x="55399" y="560315"/>
                                    <a:pt x="55852" y="559937"/>
                                  </a:cubicBezTo>
                                  <a:lnTo>
                                    <a:pt x="668640" y="103030"/>
                                  </a:lnTo>
                                  <a:lnTo>
                                    <a:pt x="668640" y="491068"/>
                                  </a:lnTo>
                                  <a:cubicBezTo>
                                    <a:pt x="668337" y="510043"/>
                                    <a:pt x="683457" y="525767"/>
                                    <a:pt x="702432" y="526070"/>
                                  </a:cubicBezTo>
                                  <a:cubicBezTo>
                                    <a:pt x="721406" y="526372"/>
                                    <a:pt x="737130" y="511253"/>
                                    <a:pt x="737433" y="492278"/>
                                  </a:cubicBezTo>
                                  <a:cubicBezTo>
                                    <a:pt x="737433" y="491824"/>
                                    <a:pt x="737433" y="491522"/>
                                    <a:pt x="737433" y="491068"/>
                                  </a:cubicBezTo>
                                  <a:lnTo>
                                    <a:pt x="737433" y="35220"/>
                                  </a:lnTo>
                                  <a:cubicBezTo>
                                    <a:pt x="737508" y="24334"/>
                                    <a:pt x="732595" y="13977"/>
                                    <a:pt x="724052" y="7174"/>
                                  </a:cubicBezTo>
                                </a:path>
                              </a:pathLst>
                            </a:custGeom>
                            <a:solidFill>
                              <a:srgbClr val="63656C"/>
                            </a:solidFill>
                            <a:ln w="7553" cap="flat">
                              <a:noFill/>
                              <a:prstDash val="solid"/>
                              <a:miter/>
                            </a:ln>
                          </wps:spPr>
                          <wps:bodyPr rtlCol="0" anchor="ctr"/>
                        </wps:wsp>
                        <wps:wsp>
                          <wps:cNvPr id="2075542186" name="Freeform: Shape 155">
                            <a:extLst>
                              <a:ext uri="{FF2B5EF4-FFF2-40B4-BE49-F238E27FC236}">
                                <a16:creationId xmlns:a16="http://schemas.microsoft.com/office/drawing/2014/main" id="{D3367AC0-B4CD-79BE-4465-F5465C15CF75}"/>
                              </a:ext>
                            </a:extLst>
                          </wps:cNvPr>
                          <wps:cNvSpPr/>
                          <wps:spPr>
                            <a:xfrm>
                              <a:off x="4117070" y="924242"/>
                              <a:ext cx="587543" cy="525484"/>
                            </a:xfrm>
                            <a:custGeom>
                              <a:avLst/>
                              <a:gdLst>
                                <a:gd name="connsiteX0" fmla="*/ 400894 w 587543"/>
                                <a:gd name="connsiteY0" fmla="*/ 4 h 525484"/>
                                <a:gd name="connsiteX1" fmla="*/ 35006 w 587543"/>
                                <a:gd name="connsiteY1" fmla="*/ 4 h 525484"/>
                                <a:gd name="connsiteX2" fmla="*/ 4 w 587543"/>
                                <a:gd name="connsiteY2" fmla="*/ 33796 h 525484"/>
                                <a:gd name="connsiteX3" fmla="*/ 33796 w 587543"/>
                                <a:gd name="connsiteY3" fmla="*/ 68798 h 525484"/>
                                <a:gd name="connsiteX4" fmla="*/ 35006 w 587543"/>
                                <a:gd name="connsiteY4" fmla="*/ 68798 h 525484"/>
                                <a:gd name="connsiteX5" fmla="*/ 90872 w 587543"/>
                                <a:gd name="connsiteY5" fmla="*/ 68798 h 525484"/>
                                <a:gd name="connsiteX6" fmla="*/ 90872 w 587543"/>
                                <a:gd name="connsiteY6" fmla="*/ 491686 h 525484"/>
                                <a:gd name="connsiteX7" fmla="*/ 125873 w 587543"/>
                                <a:gd name="connsiteY7" fmla="*/ 525478 h 525484"/>
                                <a:gd name="connsiteX8" fmla="*/ 159665 w 587543"/>
                                <a:gd name="connsiteY8" fmla="*/ 491686 h 525484"/>
                                <a:gd name="connsiteX9" fmla="*/ 159665 w 587543"/>
                                <a:gd name="connsiteY9" fmla="*/ 368085 h 525484"/>
                                <a:gd name="connsiteX10" fmla="*/ 402860 w 587543"/>
                                <a:gd name="connsiteY10" fmla="*/ 368085 h 525484"/>
                                <a:gd name="connsiteX11" fmla="*/ 587543 w 587543"/>
                                <a:gd name="connsiteY11" fmla="*/ 184687 h 525484"/>
                                <a:gd name="connsiteX12" fmla="*/ 404145 w 587543"/>
                                <a:gd name="connsiteY12" fmla="*/ 4 h 525484"/>
                                <a:gd name="connsiteX13" fmla="*/ 400894 w 587543"/>
                                <a:gd name="connsiteY13" fmla="*/ 4 h 525484"/>
                                <a:gd name="connsiteX14" fmla="*/ 402936 w 587543"/>
                                <a:gd name="connsiteY14" fmla="*/ 299292 h 525484"/>
                                <a:gd name="connsiteX15" fmla="*/ 159740 w 587543"/>
                                <a:gd name="connsiteY15" fmla="*/ 299292 h 525484"/>
                                <a:gd name="connsiteX16" fmla="*/ 159740 w 587543"/>
                                <a:gd name="connsiteY16" fmla="*/ 69100 h 525484"/>
                                <a:gd name="connsiteX17" fmla="*/ 402936 w 587543"/>
                                <a:gd name="connsiteY17" fmla="*/ 69100 h 525484"/>
                                <a:gd name="connsiteX18" fmla="*/ 518145 w 587543"/>
                                <a:gd name="connsiteY18" fmla="*/ 184309 h 525484"/>
                                <a:gd name="connsiteX19" fmla="*/ 402936 w 587543"/>
                                <a:gd name="connsiteY19" fmla="*/ 299519 h 525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87543" h="525484">
                                  <a:moveTo>
                                    <a:pt x="400894" y="4"/>
                                  </a:moveTo>
                                  <a:lnTo>
                                    <a:pt x="35006" y="4"/>
                                  </a:lnTo>
                                  <a:cubicBezTo>
                                    <a:pt x="16031" y="-298"/>
                                    <a:pt x="307" y="14822"/>
                                    <a:pt x="4" y="33796"/>
                                  </a:cubicBezTo>
                                  <a:cubicBezTo>
                                    <a:pt x="-298" y="52771"/>
                                    <a:pt x="14822" y="68495"/>
                                    <a:pt x="33796" y="68798"/>
                                  </a:cubicBezTo>
                                  <a:cubicBezTo>
                                    <a:pt x="34250" y="68798"/>
                                    <a:pt x="34552" y="68798"/>
                                    <a:pt x="35006" y="68798"/>
                                  </a:cubicBezTo>
                                  <a:lnTo>
                                    <a:pt x="90872" y="68798"/>
                                  </a:lnTo>
                                  <a:lnTo>
                                    <a:pt x="90872" y="491686"/>
                                  </a:lnTo>
                                  <a:cubicBezTo>
                                    <a:pt x="91174" y="510661"/>
                                    <a:pt x="106898" y="525855"/>
                                    <a:pt x="125873" y="525478"/>
                                  </a:cubicBezTo>
                                  <a:cubicBezTo>
                                    <a:pt x="144470" y="525175"/>
                                    <a:pt x="159363" y="510207"/>
                                    <a:pt x="159665" y="491686"/>
                                  </a:cubicBezTo>
                                  <a:lnTo>
                                    <a:pt x="159665" y="368085"/>
                                  </a:lnTo>
                                  <a:lnTo>
                                    <a:pt x="402860" y="368085"/>
                                  </a:lnTo>
                                  <a:cubicBezTo>
                                    <a:pt x="504462" y="368463"/>
                                    <a:pt x="587165" y="286289"/>
                                    <a:pt x="587543" y="184687"/>
                                  </a:cubicBezTo>
                                  <a:cubicBezTo>
                                    <a:pt x="587921" y="83085"/>
                                    <a:pt x="505747" y="383"/>
                                    <a:pt x="404145" y="4"/>
                                  </a:cubicBezTo>
                                  <a:cubicBezTo>
                                    <a:pt x="403086" y="4"/>
                                    <a:pt x="401953" y="4"/>
                                    <a:pt x="400894" y="4"/>
                                  </a:cubicBezTo>
                                  <a:moveTo>
                                    <a:pt x="402936" y="299292"/>
                                  </a:moveTo>
                                  <a:lnTo>
                                    <a:pt x="159740" y="299292"/>
                                  </a:lnTo>
                                  <a:lnTo>
                                    <a:pt x="159740" y="69100"/>
                                  </a:lnTo>
                                  <a:lnTo>
                                    <a:pt x="402936" y="69100"/>
                                  </a:lnTo>
                                  <a:cubicBezTo>
                                    <a:pt x="466512" y="69100"/>
                                    <a:pt x="518145" y="120657"/>
                                    <a:pt x="518145" y="184309"/>
                                  </a:cubicBezTo>
                                  <a:cubicBezTo>
                                    <a:pt x="518145" y="247962"/>
                                    <a:pt x="466588" y="299519"/>
                                    <a:pt x="402936" y="299519"/>
                                  </a:cubicBezTo>
                                </a:path>
                              </a:pathLst>
                            </a:custGeom>
                            <a:solidFill>
                              <a:srgbClr val="63656C"/>
                            </a:solidFill>
                            <a:ln w="7553" cap="flat">
                              <a:noFill/>
                              <a:prstDash val="solid"/>
                              <a:miter/>
                            </a:ln>
                          </wps:spPr>
                          <wps:bodyPr rtlCol="0" anchor="ctr"/>
                        </wps:wsp>
                        <wps:wsp>
                          <wps:cNvPr id="1204109712" name="Freeform: Shape 156">
                            <a:extLst>
                              <a:ext uri="{FF2B5EF4-FFF2-40B4-BE49-F238E27FC236}">
                                <a16:creationId xmlns:a16="http://schemas.microsoft.com/office/drawing/2014/main" id="{4C5B25F5-96AE-7F51-F229-0D26624F7399}"/>
                              </a:ext>
                            </a:extLst>
                          </wps:cNvPr>
                          <wps:cNvSpPr/>
                          <wps:spPr>
                            <a:xfrm>
                              <a:off x="4716021" y="924435"/>
                              <a:ext cx="617508" cy="525992"/>
                            </a:xfrm>
                            <a:custGeom>
                              <a:avLst/>
                              <a:gdLst>
                                <a:gd name="connsiteX0" fmla="*/ 532359 w 617508"/>
                                <a:gd name="connsiteY0" fmla="*/ 69057 h 525992"/>
                                <a:gd name="connsiteX1" fmla="*/ 346089 w 617508"/>
                                <a:gd name="connsiteY1" fmla="*/ 37 h 525992"/>
                                <a:gd name="connsiteX2" fmla="*/ 33798 w 617508"/>
                                <a:gd name="connsiteY2" fmla="*/ 37 h 525992"/>
                                <a:gd name="connsiteX3" fmla="*/ 7 w 617508"/>
                                <a:gd name="connsiteY3" fmla="*/ 35039 h 525992"/>
                                <a:gd name="connsiteX4" fmla="*/ 33798 w 617508"/>
                                <a:gd name="connsiteY4" fmla="*/ 68831 h 525992"/>
                                <a:gd name="connsiteX5" fmla="*/ 91327 w 617508"/>
                                <a:gd name="connsiteY5" fmla="*/ 68831 h 525992"/>
                                <a:gd name="connsiteX6" fmla="*/ 91327 w 617508"/>
                                <a:gd name="connsiteY6" fmla="*/ 491341 h 525992"/>
                                <a:gd name="connsiteX7" fmla="*/ 125951 w 617508"/>
                                <a:gd name="connsiteY7" fmla="*/ 525964 h 525992"/>
                                <a:gd name="connsiteX8" fmla="*/ 345862 w 617508"/>
                                <a:gd name="connsiteY8" fmla="*/ 525964 h 525992"/>
                                <a:gd name="connsiteX9" fmla="*/ 532132 w 617508"/>
                                <a:gd name="connsiteY9" fmla="*/ 456944 h 525992"/>
                                <a:gd name="connsiteX10" fmla="*/ 548386 w 617508"/>
                                <a:gd name="connsiteY10" fmla="*/ 85311 h 525992"/>
                                <a:gd name="connsiteX11" fmla="*/ 532132 w 617508"/>
                                <a:gd name="connsiteY11" fmla="*/ 69057 h 525992"/>
                                <a:gd name="connsiteX12" fmla="*/ 354253 w 617508"/>
                                <a:gd name="connsiteY12" fmla="*/ 457171 h 525992"/>
                                <a:gd name="connsiteX13" fmla="*/ 159743 w 617508"/>
                                <a:gd name="connsiteY13" fmla="*/ 457171 h 525992"/>
                                <a:gd name="connsiteX14" fmla="*/ 159743 w 617508"/>
                                <a:gd name="connsiteY14" fmla="*/ 68906 h 525992"/>
                                <a:gd name="connsiteX15" fmla="*/ 354253 w 617508"/>
                                <a:gd name="connsiteY15" fmla="*/ 68906 h 525992"/>
                                <a:gd name="connsiteX16" fmla="*/ 548386 w 617508"/>
                                <a:gd name="connsiteY16" fmla="*/ 263039 h 525992"/>
                                <a:gd name="connsiteX17" fmla="*/ 354253 w 617508"/>
                                <a:gd name="connsiteY17" fmla="*/ 457171 h 5259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17508" h="525992">
                                  <a:moveTo>
                                    <a:pt x="532359" y="69057"/>
                                  </a:moveTo>
                                  <a:cubicBezTo>
                                    <a:pt x="481104" y="23548"/>
                                    <a:pt x="414655" y="-1096"/>
                                    <a:pt x="346089" y="37"/>
                                  </a:cubicBezTo>
                                  <a:lnTo>
                                    <a:pt x="33798" y="37"/>
                                  </a:lnTo>
                                  <a:cubicBezTo>
                                    <a:pt x="14824" y="340"/>
                                    <a:pt x="-371" y="16064"/>
                                    <a:pt x="7" y="35039"/>
                                  </a:cubicBezTo>
                                  <a:cubicBezTo>
                                    <a:pt x="309" y="53636"/>
                                    <a:pt x="15277" y="68528"/>
                                    <a:pt x="33798" y="68831"/>
                                  </a:cubicBezTo>
                                  <a:lnTo>
                                    <a:pt x="91327" y="68831"/>
                                  </a:lnTo>
                                  <a:lnTo>
                                    <a:pt x="91327" y="491341"/>
                                  </a:lnTo>
                                  <a:cubicBezTo>
                                    <a:pt x="91327" y="510467"/>
                                    <a:pt x="106825" y="525888"/>
                                    <a:pt x="125951" y="525964"/>
                                  </a:cubicBezTo>
                                  <a:lnTo>
                                    <a:pt x="345862" y="525964"/>
                                  </a:lnTo>
                                  <a:cubicBezTo>
                                    <a:pt x="414428" y="526947"/>
                                    <a:pt x="480802" y="502378"/>
                                    <a:pt x="532132" y="456944"/>
                                  </a:cubicBezTo>
                                  <a:cubicBezTo>
                                    <a:pt x="639253" y="358820"/>
                                    <a:pt x="646586" y="192356"/>
                                    <a:pt x="548386" y="85311"/>
                                  </a:cubicBezTo>
                                  <a:cubicBezTo>
                                    <a:pt x="543245" y="79717"/>
                                    <a:pt x="537802" y="74274"/>
                                    <a:pt x="532132" y="69057"/>
                                  </a:cubicBezTo>
                                  <a:moveTo>
                                    <a:pt x="354253" y="457171"/>
                                  </a:moveTo>
                                  <a:lnTo>
                                    <a:pt x="159743" y="457171"/>
                                  </a:lnTo>
                                  <a:lnTo>
                                    <a:pt x="159743" y="68906"/>
                                  </a:lnTo>
                                  <a:lnTo>
                                    <a:pt x="354253" y="68906"/>
                                  </a:lnTo>
                                  <a:cubicBezTo>
                                    <a:pt x="461449" y="68906"/>
                                    <a:pt x="548386" y="155842"/>
                                    <a:pt x="548386" y="263039"/>
                                  </a:cubicBezTo>
                                  <a:cubicBezTo>
                                    <a:pt x="548386" y="370235"/>
                                    <a:pt x="461525" y="457096"/>
                                    <a:pt x="354253" y="457171"/>
                                  </a:cubicBezTo>
                                </a:path>
                              </a:pathLst>
                            </a:custGeom>
                            <a:solidFill>
                              <a:srgbClr val="63656C"/>
                            </a:solidFill>
                            <a:ln w="7553" cap="flat">
                              <a:noFill/>
                              <a:prstDash val="solid"/>
                              <a:miter/>
                            </a:ln>
                          </wps:spPr>
                          <wps:bodyPr rtlCol="0" anchor="ctr"/>
                        </wps:wsp>
                      </wpg:grpSp>
                      <wps:wsp>
                        <wps:cNvPr id="1739494632" name="Freeform: Shape 108">
                          <a:extLst>
                            <a:ext uri="{FF2B5EF4-FFF2-40B4-BE49-F238E27FC236}">
                              <a16:creationId xmlns:a16="http://schemas.microsoft.com/office/drawing/2014/main" id="{F1D8C15A-CDBC-B020-F44C-3023A1095134}"/>
                            </a:ext>
                          </a:extLst>
                        </wps:cNvPr>
                        <wps:cNvSpPr/>
                        <wps:spPr>
                          <a:xfrm>
                            <a:off x="560399" y="881173"/>
                            <a:ext cx="1396725" cy="1610950"/>
                          </a:xfrm>
                          <a:custGeom>
                            <a:avLst/>
                            <a:gdLst>
                              <a:gd name="connsiteX0" fmla="*/ 1030384 w 1396725"/>
                              <a:gd name="connsiteY0" fmla="*/ 1156538 h 1610950"/>
                              <a:gd name="connsiteX1" fmla="*/ 441410 w 1396725"/>
                              <a:gd name="connsiteY1" fmla="*/ 1318239 h 1610950"/>
                              <a:gd name="connsiteX2" fmla="*/ 389248 w 1396725"/>
                              <a:gd name="connsiteY2" fmla="*/ 1267514 h 1610950"/>
                              <a:gd name="connsiteX3" fmla="*/ 235182 w 1396725"/>
                              <a:gd name="connsiteY3" fmla="*/ 817184 h 1610950"/>
                              <a:gd name="connsiteX4" fmla="*/ 993341 w 1396725"/>
                              <a:gd name="connsiteY4" fmla="*/ 58646 h 1610950"/>
                              <a:gd name="connsiteX5" fmla="*/ 993795 w 1396725"/>
                              <a:gd name="connsiteY5" fmla="*/ 58646 h 1610950"/>
                              <a:gd name="connsiteX6" fmla="*/ 1386444 w 1396725"/>
                              <a:gd name="connsiteY6" fmla="*/ 136889 h 1610950"/>
                              <a:gd name="connsiteX7" fmla="*/ 1396726 w 1396725"/>
                              <a:gd name="connsiteY7" fmla="*/ 106121 h 1610950"/>
                              <a:gd name="connsiteX8" fmla="*/ 894537 w 1396725"/>
                              <a:gd name="connsiteY8" fmla="*/ 815 h 1610950"/>
                              <a:gd name="connsiteX9" fmla="*/ 0 w 1396725"/>
                              <a:gd name="connsiteY9" fmla="*/ 864886 h 1610950"/>
                              <a:gd name="connsiteX10" fmla="*/ 234803 w 1396725"/>
                              <a:gd name="connsiteY10" fmla="*/ 1443428 h 1610950"/>
                              <a:gd name="connsiteX11" fmla="*/ 433321 w 1396725"/>
                              <a:gd name="connsiteY11" fmla="*/ 1610950 h 1610950"/>
                              <a:gd name="connsiteX12" fmla="*/ 596005 w 1396725"/>
                              <a:gd name="connsiteY12" fmla="*/ 1445922 h 1610950"/>
                              <a:gd name="connsiteX13" fmla="*/ 938836 w 1396725"/>
                              <a:gd name="connsiteY13" fmla="*/ 1317937 h 1610950"/>
                              <a:gd name="connsiteX14" fmla="*/ 1334434 w 1396725"/>
                              <a:gd name="connsiteY14" fmla="*/ 1408426 h 1610950"/>
                              <a:gd name="connsiteX15" fmla="*/ 1368301 w 1396725"/>
                              <a:gd name="connsiteY15" fmla="*/ 1351804 h 1610950"/>
                              <a:gd name="connsiteX16" fmla="*/ 1030611 w 1396725"/>
                              <a:gd name="connsiteY16" fmla="*/ 1156236 h 1610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396725" h="1610950">
                                <a:moveTo>
                                  <a:pt x="1030384" y="1156538"/>
                                </a:moveTo>
                                <a:cubicBezTo>
                                  <a:pt x="898694" y="1131818"/>
                                  <a:pt x="678557" y="1106871"/>
                                  <a:pt x="441410" y="1318239"/>
                                </a:cubicBezTo>
                                <a:cubicBezTo>
                                  <a:pt x="422813" y="1302591"/>
                                  <a:pt x="405425" y="1285657"/>
                                  <a:pt x="389248" y="1267514"/>
                                </a:cubicBezTo>
                                <a:cubicBezTo>
                                  <a:pt x="297851" y="1163115"/>
                                  <a:pt x="235182" y="977600"/>
                                  <a:pt x="235182" y="817184"/>
                                </a:cubicBezTo>
                                <a:cubicBezTo>
                                  <a:pt x="235106" y="398303"/>
                                  <a:pt x="574460" y="58722"/>
                                  <a:pt x="993341" y="58646"/>
                                </a:cubicBezTo>
                                <a:cubicBezTo>
                                  <a:pt x="993493" y="58646"/>
                                  <a:pt x="993644" y="58646"/>
                                  <a:pt x="993795" y="58646"/>
                                </a:cubicBezTo>
                                <a:cubicBezTo>
                                  <a:pt x="1124728" y="58646"/>
                                  <a:pt x="1267228" y="91985"/>
                                  <a:pt x="1386444" y="136889"/>
                                </a:cubicBezTo>
                                <a:cubicBezTo>
                                  <a:pt x="1388788" y="130841"/>
                                  <a:pt x="1394458" y="112169"/>
                                  <a:pt x="1396726" y="106121"/>
                                </a:cubicBezTo>
                                <a:cubicBezTo>
                                  <a:pt x="1273503" y="39067"/>
                                  <a:pt x="1058279" y="-6745"/>
                                  <a:pt x="894537" y="815"/>
                                </a:cubicBezTo>
                                <a:cubicBezTo>
                                  <a:pt x="397488" y="-1831"/>
                                  <a:pt x="0" y="383561"/>
                                  <a:pt x="0" y="864886"/>
                                </a:cubicBezTo>
                                <a:cubicBezTo>
                                  <a:pt x="0" y="1087216"/>
                                  <a:pt x="97671" y="1289437"/>
                                  <a:pt x="234803" y="1443428"/>
                                </a:cubicBezTo>
                                <a:cubicBezTo>
                                  <a:pt x="293089" y="1508063"/>
                                  <a:pt x="359916" y="1564382"/>
                                  <a:pt x="433321" y="1610950"/>
                                </a:cubicBezTo>
                                <a:cubicBezTo>
                                  <a:pt x="478225" y="1547524"/>
                                  <a:pt x="547925" y="1486594"/>
                                  <a:pt x="596005" y="1445922"/>
                                </a:cubicBezTo>
                                <a:cubicBezTo>
                                  <a:pt x="691257" y="1375618"/>
                                  <a:pt x="794295" y="1327235"/>
                                  <a:pt x="938836" y="1317937"/>
                                </a:cubicBezTo>
                                <a:cubicBezTo>
                                  <a:pt x="1085796" y="1306749"/>
                                  <a:pt x="1249614" y="1349612"/>
                                  <a:pt x="1334434" y="1408426"/>
                                </a:cubicBezTo>
                                <a:cubicBezTo>
                                  <a:pt x="1340860" y="1400716"/>
                                  <a:pt x="1362102" y="1359742"/>
                                  <a:pt x="1368301" y="1351804"/>
                                </a:cubicBezTo>
                                <a:cubicBezTo>
                                  <a:pt x="1336778" y="1317559"/>
                                  <a:pt x="1249917" y="1214218"/>
                                  <a:pt x="1030611" y="1156236"/>
                                </a:cubicBezTo>
                              </a:path>
                            </a:pathLst>
                          </a:custGeom>
                          <a:solidFill>
                            <a:srgbClr val="109D82"/>
                          </a:solidFill>
                          <a:ln w="7553" cap="flat">
                            <a:noFill/>
                            <a:prstDash val="solid"/>
                            <a:miter/>
                          </a:ln>
                        </wps:spPr>
                        <wps:bodyPr rtlCol="0" anchor="ctr"/>
                      </wps:wsp>
                      <wps:wsp>
                        <wps:cNvPr id="1079167693" name="Freeform: Shape 109">
                          <a:extLst>
                            <a:ext uri="{FF2B5EF4-FFF2-40B4-BE49-F238E27FC236}">
                              <a16:creationId xmlns:a16="http://schemas.microsoft.com/office/drawing/2014/main" id="{3C8EE14B-0BA5-D93F-68D2-7A9E1C036930}"/>
                            </a:ext>
                          </a:extLst>
                        </wps:cNvPr>
                        <wps:cNvSpPr/>
                        <wps:spPr>
                          <a:xfrm>
                            <a:off x="1114221" y="1331486"/>
                            <a:ext cx="642799" cy="642799"/>
                          </a:xfrm>
                          <a:custGeom>
                            <a:avLst/>
                            <a:gdLst>
                              <a:gd name="connsiteX0" fmla="*/ 642799 w 642799"/>
                              <a:gd name="connsiteY0" fmla="*/ 321286 h 642799"/>
                              <a:gd name="connsiteX1" fmla="*/ 321513 w 642799"/>
                              <a:gd name="connsiteY1" fmla="*/ 642799 h 642799"/>
                              <a:gd name="connsiteX2" fmla="*/ 0 w 642799"/>
                              <a:gd name="connsiteY2" fmla="*/ 321513 h 642799"/>
                              <a:gd name="connsiteX3" fmla="*/ 321286 w 642799"/>
                              <a:gd name="connsiteY3" fmla="*/ 0 h 642799"/>
                              <a:gd name="connsiteX4" fmla="*/ 321437 w 642799"/>
                              <a:gd name="connsiteY4" fmla="*/ 0 h 642799"/>
                              <a:gd name="connsiteX5" fmla="*/ 642799 w 642799"/>
                              <a:gd name="connsiteY5" fmla="*/ 321286 h 6427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2799" h="642799">
                                <a:moveTo>
                                  <a:pt x="642799" y="321286"/>
                                </a:moveTo>
                                <a:cubicBezTo>
                                  <a:pt x="642875" y="498788"/>
                                  <a:pt x="499090" y="642724"/>
                                  <a:pt x="321513" y="642799"/>
                                </a:cubicBezTo>
                                <a:cubicBezTo>
                                  <a:pt x="144012" y="642875"/>
                                  <a:pt x="76" y="499090"/>
                                  <a:pt x="0" y="321513"/>
                                </a:cubicBezTo>
                                <a:cubicBezTo>
                                  <a:pt x="-76" y="144012"/>
                                  <a:pt x="143710" y="76"/>
                                  <a:pt x="321286" y="0"/>
                                </a:cubicBezTo>
                                <a:lnTo>
                                  <a:pt x="321437" y="0"/>
                                </a:lnTo>
                                <a:cubicBezTo>
                                  <a:pt x="498939" y="0"/>
                                  <a:pt x="642724" y="143861"/>
                                  <a:pt x="642799" y="321286"/>
                                </a:cubicBezTo>
                              </a:path>
                            </a:pathLst>
                          </a:custGeom>
                          <a:solidFill>
                            <a:srgbClr val="109D82"/>
                          </a:solidFill>
                          <a:ln w="7553" cap="flat">
                            <a:noFill/>
                            <a:prstDash val="solid"/>
                            <a:miter/>
                          </a:ln>
                        </wps:spPr>
                        <wps:bodyPr rtlCol="0" anchor="ctr"/>
                      </wps:wsp>
                      <wps:wsp>
                        <wps:cNvPr id="9000534" name="Freeform: Shape 110">
                          <a:extLst>
                            <a:ext uri="{FF2B5EF4-FFF2-40B4-BE49-F238E27FC236}">
                              <a16:creationId xmlns:a16="http://schemas.microsoft.com/office/drawing/2014/main" id="{77A3356A-7137-3E7E-6A18-6C5BF95CAF73}"/>
                            </a:ext>
                          </a:extLst>
                        </wps:cNvPr>
                        <wps:cNvSpPr/>
                        <wps:spPr>
                          <a:xfrm>
                            <a:off x="634629" y="534998"/>
                            <a:ext cx="249626" cy="343511"/>
                          </a:xfrm>
                          <a:custGeom>
                            <a:avLst/>
                            <a:gdLst>
                              <a:gd name="connsiteX0" fmla="*/ 686 w 249626"/>
                              <a:gd name="connsiteY0" fmla="*/ 20260 h 343511"/>
                              <a:gd name="connsiteX1" fmla="*/ 59500 w 249626"/>
                              <a:gd name="connsiteY1" fmla="*/ 217341 h 343511"/>
                              <a:gd name="connsiteX2" fmla="*/ 216666 w 249626"/>
                              <a:gd name="connsiteY2" fmla="*/ 343512 h 343511"/>
                              <a:gd name="connsiteX3" fmla="*/ 249626 w 249626"/>
                              <a:gd name="connsiteY3" fmla="*/ 319699 h 343511"/>
                              <a:gd name="connsiteX4" fmla="*/ 186579 w 249626"/>
                              <a:gd name="connsiteY4" fmla="*/ 120274 h 343511"/>
                              <a:gd name="connsiteX5" fmla="*/ 28733 w 249626"/>
                              <a:gd name="connsiteY5" fmla="*/ 0 h 343511"/>
                              <a:gd name="connsiteX6" fmla="*/ 686 w 249626"/>
                              <a:gd name="connsiteY6" fmla="*/ 20260 h 343511"/>
                              <a:gd name="connsiteX7" fmla="*/ 686 w 249626"/>
                              <a:gd name="connsiteY7" fmla="*/ 20260 h 3435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9626" h="343511">
                                <a:moveTo>
                                  <a:pt x="686" y="20260"/>
                                </a:moveTo>
                                <a:cubicBezTo>
                                  <a:pt x="-4152" y="90943"/>
                                  <a:pt x="16713" y="160870"/>
                                  <a:pt x="59500" y="217341"/>
                                </a:cubicBezTo>
                                <a:cubicBezTo>
                                  <a:pt x="104707" y="280010"/>
                                  <a:pt x="187108" y="324839"/>
                                  <a:pt x="216666" y="343512"/>
                                </a:cubicBezTo>
                                <a:lnTo>
                                  <a:pt x="249626" y="319699"/>
                                </a:lnTo>
                                <a:cubicBezTo>
                                  <a:pt x="248870" y="295886"/>
                                  <a:pt x="241764" y="196627"/>
                                  <a:pt x="186579" y="120274"/>
                                </a:cubicBezTo>
                                <a:cubicBezTo>
                                  <a:pt x="136231" y="50499"/>
                                  <a:pt x="28733" y="0"/>
                                  <a:pt x="28733" y="0"/>
                                </a:cubicBezTo>
                                <a:lnTo>
                                  <a:pt x="686" y="20260"/>
                                </a:lnTo>
                                <a:lnTo>
                                  <a:pt x="686" y="20260"/>
                                </a:lnTo>
                                <a:close/>
                              </a:path>
                            </a:pathLst>
                          </a:custGeom>
                          <a:solidFill>
                            <a:srgbClr val="F8AC3E"/>
                          </a:solidFill>
                          <a:ln w="7553" cap="flat">
                            <a:noFill/>
                            <a:prstDash val="solid"/>
                            <a:miter/>
                          </a:ln>
                        </wps:spPr>
                        <wps:bodyPr rtlCol="0" anchor="ctr"/>
                      </wps:wsp>
                      <wps:wsp>
                        <wps:cNvPr id="684705140" name="Freeform: Shape 111">
                          <a:extLst>
                            <a:ext uri="{FF2B5EF4-FFF2-40B4-BE49-F238E27FC236}">
                              <a16:creationId xmlns:a16="http://schemas.microsoft.com/office/drawing/2014/main" id="{DC897BC9-DBE7-71EA-01DA-277EC0499A28}"/>
                            </a:ext>
                          </a:extLst>
                        </wps:cNvPr>
                        <wps:cNvSpPr/>
                        <wps:spPr>
                          <a:xfrm>
                            <a:off x="108935" y="1908041"/>
                            <a:ext cx="381007" cy="162497"/>
                          </a:xfrm>
                          <a:custGeom>
                            <a:avLst/>
                            <a:gdLst>
                              <a:gd name="connsiteX0" fmla="*/ 5897 w 381007"/>
                              <a:gd name="connsiteY0" fmla="*/ 125285 h 162497"/>
                              <a:gd name="connsiteX1" fmla="*/ 203884 w 381007"/>
                              <a:gd name="connsiteY1" fmla="*/ 156809 h 162497"/>
                              <a:gd name="connsiteX2" fmla="*/ 381008 w 381007"/>
                              <a:gd name="connsiteY2" fmla="*/ 71990 h 162497"/>
                              <a:gd name="connsiteX3" fmla="*/ 374053 w 381007"/>
                              <a:gd name="connsiteY3" fmla="*/ 32981 h 162497"/>
                              <a:gd name="connsiteX4" fmla="*/ 172209 w 381007"/>
                              <a:gd name="connsiteY4" fmla="*/ 4179 h 162497"/>
                              <a:gd name="connsiteX5" fmla="*/ 0 w 381007"/>
                              <a:gd name="connsiteY5" fmla="*/ 91947 h 162497"/>
                              <a:gd name="connsiteX6" fmla="*/ 5821 w 381007"/>
                              <a:gd name="connsiteY6" fmla="*/ 125058 h 162497"/>
                              <a:gd name="connsiteX7" fmla="*/ 5897 w 381007"/>
                              <a:gd name="connsiteY7" fmla="*/ 125285 h 162497"/>
                              <a:gd name="connsiteX8" fmla="*/ 5897 w 381007"/>
                              <a:gd name="connsiteY8" fmla="*/ 125285 h 16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1007" h="162497">
                                <a:moveTo>
                                  <a:pt x="5897" y="125285"/>
                                </a:moveTo>
                                <a:cubicBezTo>
                                  <a:pt x="65920" y="159304"/>
                                  <a:pt x="136225" y="170492"/>
                                  <a:pt x="203884" y="156809"/>
                                </a:cubicBezTo>
                                <a:cubicBezTo>
                                  <a:pt x="278045" y="143428"/>
                                  <a:pt x="352054" y="89982"/>
                                  <a:pt x="381008" y="71990"/>
                                </a:cubicBezTo>
                                <a:lnTo>
                                  <a:pt x="374053" y="32981"/>
                                </a:lnTo>
                                <a:cubicBezTo>
                                  <a:pt x="353037" y="23683"/>
                                  <a:pt x="262548" y="-12074"/>
                                  <a:pt x="172209" y="4179"/>
                                </a:cubicBezTo>
                                <a:cubicBezTo>
                                  <a:pt x="89809" y="18996"/>
                                  <a:pt x="0" y="91947"/>
                                  <a:pt x="0" y="91947"/>
                                </a:cubicBezTo>
                                <a:lnTo>
                                  <a:pt x="5821" y="125058"/>
                                </a:lnTo>
                                <a:lnTo>
                                  <a:pt x="5897" y="125285"/>
                                </a:lnTo>
                                <a:lnTo>
                                  <a:pt x="5897" y="125285"/>
                                </a:lnTo>
                                <a:close/>
                              </a:path>
                            </a:pathLst>
                          </a:custGeom>
                          <a:solidFill>
                            <a:srgbClr val="F8AC3E"/>
                          </a:solidFill>
                          <a:ln w="7553" cap="flat">
                            <a:noFill/>
                            <a:prstDash val="solid"/>
                            <a:miter/>
                          </a:ln>
                        </wps:spPr>
                        <wps:bodyPr rtlCol="0" anchor="ctr"/>
                      </wps:wsp>
                      <wps:wsp>
                        <wps:cNvPr id="1419773546" name="Freeform: Shape 112">
                          <a:extLst>
                            <a:ext uri="{FF2B5EF4-FFF2-40B4-BE49-F238E27FC236}">
                              <a16:creationId xmlns:a16="http://schemas.microsoft.com/office/drawing/2014/main" id="{385C8B61-FF78-E841-727A-FA2FDB7949B3}"/>
                            </a:ext>
                          </a:extLst>
                        </wps:cNvPr>
                        <wps:cNvSpPr/>
                        <wps:spPr>
                          <a:xfrm>
                            <a:off x="2115424" y="534998"/>
                            <a:ext cx="249777" cy="343511"/>
                          </a:xfrm>
                          <a:custGeom>
                            <a:avLst/>
                            <a:gdLst>
                              <a:gd name="connsiteX0" fmla="*/ 249091 w 249777"/>
                              <a:gd name="connsiteY0" fmla="*/ 20260 h 343511"/>
                              <a:gd name="connsiteX1" fmla="*/ 190277 w 249777"/>
                              <a:gd name="connsiteY1" fmla="*/ 217341 h 343511"/>
                              <a:gd name="connsiteX2" fmla="*/ 33111 w 249777"/>
                              <a:gd name="connsiteY2" fmla="*/ 343512 h 343511"/>
                              <a:gd name="connsiteX3" fmla="*/ 0 w 249777"/>
                              <a:gd name="connsiteY3" fmla="*/ 319699 h 343511"/>
                              <a:gd name="connsiteX4" fmla="*/ 63048 w 249777"/>
                              <a:gd name="connsiteY4" fmla="*/ 120274 h 343511"/>
                              <a:gd name="connsiteX5" fmla="*/ 220894 w 249777"/>
                              <a:gd name="connsiteY5" fmla="*/ 0 h 343511"/>
                              <a:gd name="connsiteX6" fmla="*/ 249091 w 249777"/>
                              <a:gd name="connsiteY6" fmla="*/ 20260 h 343511"/>
                              <a:gd name="connsiteX7" fmla="*/ 249091 w 249777"/>
                              <a:gd name="connsiteY7" fmla="*/ 20260 h 3435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9777" h="343511">
                                <a:moveTo>
                                  <a:pt x="249091" y="20260"/>
                                </a:moveTo>
                                <a:cubicBezTo>
                                  <a:pt x="253929" y="90943"/>
                                  <a:pt x="233065" y="160870"/>
                                  <a:pt x="190277" y="217341"/>
                                </a:cubicBezTo>
                                <a:cubicBezTo>
                                  <a:pt x="145070" y="280010"/>
                                  <a:pt x="62594" y="324839"/>
                                  <a:pt x="33111" y="343512"/>
                                </a:cubicBezTo>
                                <a:lnTo>
                                  <a:pt x="0" y="319699"/>
                                </a:lnTo>
                                <a:cubicBezTo>
                                  <a:pt x="756" y="295886"/>
                                  <a:pt x="8013" y="196627"/>
                                  <a:pt x="63048" y="120274"/>
                                </a:cubicBezTo>
                                <a:cubicBezTo>
                                  <a:pt x="113395" y="50499"/>
                                  <a:pt x="220894" y="0"/>
                                  <a:pt x="220894" y="0"/>
                                </a:cubicBezTo>
                                <a:lnTo>
                                  <a:pt x="249091" y="20260"/>
                                </a:lnTo>
                                <a:lnTo>
                                  <a:pt x="249091" y="20260"/>
                                </a:lnTo>
                                <a:close/>
                              </a:path>
                            </a:pathLst>
                          </a:custGeom>
                          <a:solidFill>
                            <a:srgbClr val="F8AC3E"/>
                          </a:solidFill>
                          <a:ln w="7553" cap="flat">
                            <a:noFill/>
                            <a:prstDash val="solid"/>
                            <a:miter/>
                          </a:ln>
                        </wps:spPr>
                        <wps:bodyPr rtlCol="0" anchor="ctr"/>
                      </wps:wsp>
                      <wps:wsp>
                        <wps:cNvPr id="1535208642" name="Freeform: Shape 113">
                          <a:extLst>
                            <a:ext uri="{FF2B5EF4-FFF2-40B4-BE49-F238E27FC236}">
                              <a16:creationId xmlns:a16="http://schemas.microsoft.com/office/drawing/2014/main" id="{E8CB7CED-DB18-E8F9-CACA-0B1E0A319BC4}"/>
                            </a:ext>
                          </a:extLst>
                        </wps:cNvPr>
                        <wps:cNvSpPr/>
                        <wps:spPr>
                          <a:xfrm>
                            <a:off x="2510115" y="1908041"/>
                            <a:ext cx="381007" cy="162497"/>
                          </a:xfrm>
                          <a:custGeom>
                            <a:avLst/>
                            <a:gdLst>
                              <a:gd name="connsiteX0" fmla="*/ 374884 w 381007"/>
                              <a:gd name="connsiteY0" fmla="*/ 125285 h 162497"/>
                              <a:gd name="connsiteX1" fmla="*/ 177123 w 381007"/>
                              <a:gd name="connsiteY1" fmla="*/ 156809 h 162497"/>
                              <a:gd name="connsiteX2" fmla="*/ 0 w 381007"/>
                              <a:gd name="connsiteY2" fmla="*/ 71990 h 162497"/>
                              <a:gd name="connsiteX3" fmla="*/ 6955 w 381007"/>
                              <a:gd name="connsiteY3" fmla="*/ 32981 h 162497"/>
                              <a:gd name="connsiteX4" fmla="*/ 208798 w 381007"/>
                              <a:gd name="connsiteY4" fmla="*/ 4179 h 162497"/>
                              <a:gd name="connsiteX5" fmla="*/ 381008 w 381007"/>
                              <a:gd name="connsiteY5" fmla="*/ 91947 h 162497"/>
                              <a:gd name="connsiteX6" fmla="*/ 374960 w 381007"/>
                              <a:gd name="connsiteY6" fmla="*/ 125058 h 162497"/>
                              <a:gd name="connsiteX7" fmla="*/ 374960 w 381007"/>
                              <a:gd name="connsiteY7" fmla="*/ 125285 h 162497"/>
                              <a:gd name="connsiteX8" fmla="*/ 374884 w 381007"/>
                              <a:gd name="connsiteY8" fmla="*/ 125285 h 16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1007" h="162497">
                                <a:moveTo>
                                  <a:pt x="374884" y="125285"/>
                                </a:moveTo>
                                <a:cubicBezTo>
                                  <a:pt x="314936" y="159304"/>
                                  <a:pt x="244707" y="170492"/>
                                  <a:pt x="177123" y="156809"/>
                                </a:cubicBezTo>
                                <a:cubicBezTo>
                                  <a:pt x="102963" y="143428"/>
                                  <a:pt x="28953" y="89982"/>
                                  <a:pt x="0" y="71990"/>
                                </a:cubicBezTo>
                                <a:lnTo>
                                  <a:pt x="6955" y="32981"/>
                                </a:lnTo>
                                <a:cubicBezTo>
                                  <a:pt x="27971" y="23683"/>
                                  <a:pt x="118460" y="-12074"/>
                                  <a:pt x="208798" y="4179"/>
                                </a:cubicBezTo>
                                <a:cubicBezTo>
                                  <a:pt x="291426" y="18996"/>
                                  <a:pt x="381008" y="91947"/>
                                  <a:pt x="381008" y="91947"/>
                                </a:cubicBezTo>
                                <a:lnTo>
                                  <a:pt x="374960" y="125058"/>
                                </a:lnTo>
                                <a:lnTo>
                                  <a:pt x="374960" y="125285"/>
                                </a:lnTo>
                                <a:lnTo>
                                  <a:pt x="374884" y="125285"/>
                                </a:lnTo>
                                <a:close/>
                              </a:path>
                            </a:pathLst>
                          </a:custGeom>
                          <a:solidFill>
                            <a:srgbClr val="F8AC3E"/>
                          </a:solidFill>
                          <a:ln w="7553" cap="flat">
                            <a:noFill/>
                            <a:prstDash val="solid"/>
                            <a:miter/>
                          </a:ln>
                        </wps:spPr>
                        <wps:bodyPr rtlCol="0" anchor="ctr"/>
                      </wps:wsp>
                      <wps:wsp>
                        <wps:cNvPr id="2108328883" name="Freeform: Shape 114">
                          <a:extLst>
                            <a:ext uri="{FF2B5EF4-FFF2-40B4-BE49-F238E27FC236}">
                              <a16:creationId xmlns:a16="http://schemas.microsoft.com/office/drawing/2014/main" id="{C6B673F5-F740-51C1-4B96-07DED9679ED3}"/>
                            </a:ext>
                          </a:extLst>
                        </wps:cNvPr>
                        <wps:cNvSpPr/>
                        <wps:spPr>
                          <a:xfrm>
                            <a:off x="1405454" y="0"/>
                            <a:ext cx="169793" cy="699647"/>
                          </a:xfrm>
                          <a:custGeom>
                            <a:avLst/>
                            <a:gdLst>
                              <a:gd name="connsiteX0" fmla="*/ 63542 w 169793"/>
                              <a:gd name="connsiteY0" fmla="*/ 831 h 699647"/>
                              <a:gd name="connsiteX1" fmla="*/ 721 w 169793"/>
                              <a:gd name="connsiteY1" fmla="*/ 351903 h 699647"/>
                              <a:gd name="connsiteX2" fmla="*/ 66264 w 169793"/>
                              <a:gd name="connsiteY2" fmla="*/ 699648 h 699647"/>
                              <a:gd name="connsiteX3" fmla="*/ 109278 w 169793"/>
                              <a:gd name="connsiteY3" fmla="*/ 698514 h 699647"/>
                              <a:gd name="connsiteX4" fmla="*/ 169529 w 169793"/>
                              <a:gd name="connsiteY4" fmla="*/ 339732 h 699647"/>
                              <a:gd name="connsiteX5" fmla="*/ 99753 w 169793"/>
                              <a:gd name="connsiteY5" fmla="*/ 0 h 699647"/>
                              <a:gd name="connsiteX6" fmla="*/ 63164 w 169793"/>
                              <a:gd name="connsiteY6" fmla="*/ 907 h 699647"/>
                              <a:gd name="connsiteX7" fmla="*/ 63542 w 169793"/>
                              <a:gd name="connsiteY7" fmla="*/ 831 h 699647"/>
                              <a:gd name="connsiteX8" fmla="*/ 63542 w 169793"/>
                              <a:gd name="connsiteY8" fmla="*/ 831 h 6996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9793" h="699647">
                                <a:moveTo>
                                  <a:pt x="63542" y="831"/>
                                </a:moveTo>
                                <a:cubicBezTo>
                                  <a:pt x="63542" y="831"/>
                                  <a:pt x="-7897" y="139778"/>
                                  <a:pt x="721" y="351903"/>
                                </a:cubicBezTo>
                                <a:cubicBezTo>
                                  <a:pt x="4199" y="490699"/>
                                  <a:pt x="51069" y="641665"/>
                                  <a:pt x="66264" y="699648"/>
                                </a:cubicBezTo>
                                <a:lnTo>
                                  <a:pt x="109278" y="698514"/>
                                </a:lnTo>
                                <a:cubicBezTo>
                                  <a:pt x="122508" y="662832"/>
                                  <a:pt x="173914" y="508766"/>
                                  <a:pt x="169529" y="339732"/>
                                </a:cubicBezTo>
                                <a:cubicBezTo>
                                  <a:pt x="165674" y="185212"/>
                                  <a:pt x="99753" y="0"/>
                                  <a:pt x="99753" y="0"/>
                                </a:cubicBezTo>
                                <a:lnTo>
                                  <a:pt x="63164" y="907"/>
                                </a:lnTo>
                                <a:lnTo>
                                  <a:pt x="63542" y="831"/>
                                </a:lnTo>
                                <a:lnTo>
                                  <a:pt x="63542" y="831"/>
                                </a:lnTo>
                                <a:close/>
                              </a:path>
                            </a:pathLst>
                          </a:custGeom>
                          <a:solidFill>
                            <a:srgbClr val="93C13F"/>
                          </a:solidFill>
                          <a:ln w="7553" cap="flat">
                            <a:noFill/>
                            <a:prstDash val="solid"/>
                            <a:miter/>
                          </a:ln>
                        </wps:spPr>
                        <wps:bodyPr rtlCol="0" anchor="ctr"/>
                      </wps:wsp>
                      <wps:wsp>
                        <wps:cNvPr id="1225820149" name="Freeform: Shape 115">
                          <a:extLst>
                            <a:ext uri="{FF2B5EF4-FFF2-40B4-BE49-F238E27FC236}">
                              <a16:creationId xmlns:a16="http://schemas.microsoft.com/office/drawing/2014/main" id="{9CB24C89-6292-F188-C1CC-485E0EE16823}"/>
                            </a:ext>
                          </a:extLst>
                        </wps:cNvPr>
                        <wps:cNvSpPr/>
                        <wps:spPr>
                          <a:xfrm>
                            <a:off x="0" y="1080278"/>
                            <a:ext cx="532276" cy="284319"/>
                          </a:xfrm>
                          <a:custGeom>
                            <a:avLst/>
                            <a:gdLst>
                              <a:gd name="connsiteX0" fmla="*/ 0 w 532276"/>
                              <a:gd name="connsiteY0" fmla="*/ 35833 h 284319"/>
                              <a:gd name="connsiteX1" fmla="*/ 228756 w 532276"/>
                              <a:gd name="connsiteY1" fmla="*/ 222254 h 284319"/>
                              <a:gd name="connsiteX2" fmla="*/ 513377 w 532276"/>
                              <a:gd name="connsiteY2" fmla="*/ 284319 h 284319"/>
                              <a:gd name="connsiteX3" fmla="*/ 532277 w 532276"/>
                              <a:gd name="connsiteY3" fmla="*/ 242514 h 284319"/>
                              <a:gd name="connsiteX4" fmla="*/ 296793 w 532276"/>
                              <a:gd name="connsiteY4" fmla="*/ 55488 h 284319"/>
                              <a:gd name="connsiteX5" fmla="*/ 16026 w 532276"/>
                              <a:gd name="connsiteY5" fmla="*/ 0 h 284319"/>
                              <a:gd name="connsiteX6" fmla="*/ 76 w 532276"/>
                              <a:gd name="connsiteY6" fmla="*/ 35530 h 284319"/>
                              <a:gd name="connsiteX7" fmla="*/ 76 w 532276"/>
                              <a:gd name="connsiteY7" fmla="*/ 35682 h 284319"/>
                              <a:gd name="connsiteX8" fmla="*/ 0 w 532276"/>
                              <a:gd name="connsiteY8" fmla="*/ 35833 h 2843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32276" h="284319">
                                <a:moveTo>
                                  <a:pt x="0" y="35833"/>
                                </a:moveTo>
                                <a:cubicBezTo>
                                  <a:pt x="0" y="35833"/>
                                  <a:pt x="69398" y="154368"/>
                                  <a:pt x="228756" y="222254"/>
                                </a:cubicBezTo>
                                <a:cubicBezTo>
                                  <a:pt x="332248" y="268973"/>
                                  <a:pt x="463937" y="278121"/>
                                  <a:pt x="513377" y="284319"/>
                                </a:cubicBezTo>
                                <a:lnTo>
                                  <a:pt x="532277" y="242514"/>
                                </a:lnTo>
                                <a:cubicBezTo>
                                  <a:pt x="512092" y="217038"/>
                                  <a:pt x="422737" y="112337"/>
                                  <a:pt x="296793" y="55488"/>
                                </a:cubicBezTo>
                                <a:cubicBezTo>
                                  <a:pt x="181583" y="3704"/>
                                  <a:pt x="16026" y="0"/>
                                  <a:pt x="16026" y="0"/>
                                </a:cubicBezTo>
                                <a:lnTo>
                                  <a:pt x="76" y="35530"/>
                                </a:lnTo>
                                <a:lnTo>
                                  <a:pt x="76" y="35682"/>
                                </a:lnTo>
                                <a:lnTo>
                                  <a:pt x="0" y="35833"/>
                                </a:lnTo>
                                <a:close/>
                              </a:path>
                            </a:pathLst>
                          </a:custGeom>
                          <a:solidFill>
                            <a:srgbClr val="93C13F"/>
                          </a:solidFill>
                          <a:ln w="7553" cap="flat">
                            <a:noFill/>
                            <a:prstDash val="solid"/>
                            <a:miter/>
                          </a:ln>
                        </wps:spPr>
                        <wps:bodyPr rtlCol="0" anchor="ctr"/>
                      </wps:wsp>
                      <wps:wsp>
                        <wps:cNvPr id="2053808423" name="Freeform: Shape 116">
                          <a:extLst>
                            <a:ext uri="{FF2B5EF4-FFF2-40B4-BE49-F238E27FC236}">
                              <a16:creationId xmlns:a16="http://schemas.microsoft.com/office/drawing/2014/main" id="{D6664FED-C750-E724-0B40-FADDFE4DA368}"/>
                            </a:ext>
                          </a:extLst>
                        </wps:cNvPr>
                        <wps:cNvSpPr/>
                        <wps:spPr>
                          <a:xfrm>
                            <a:off x="2467780" y="1080278"/>
                            <a:ext cx="532276" cy="284319"/>
                          </a:xfrm>
                          <a:custGeom>
                            <a:avLst/>
                            <a:gdLst>
                              <a:gd name="connsiteX0" fmla="*/ 532277 w 532276"/>
                              <a:gd name="connsiteY0" fmla="*/ 35833 h 284319"/>
                              <a:gd name="connsiteX1" fmla="*/ 303521 w 532276"/>
                              <a:gd name="connsiteY1" fmla="*/ 222254 h 284319"/>
                              <a:gd name="connsiteX2" fmla="*/ 18899 w 532276"/>
                              <a:gd name="connsiteY2" fmla="*/ 284319 h 284319"/>
                              <a:gd name="connsiteX3" fmla="*/ 0 w 532276"/>
                              <a:gd name="connsiteY3" fmla="*/ 242514 h 284319"/>
                              <a:gd name="connsiteX4" fmla="*/ 235484 w 532276"/>
                              <a:gd name="connsiteY4" fmla="*/ 55488 h 284319"/>
                              <a:gd name="connsiteX5" fmla="*/ 516099 w 532276"/>
                              <a:gd name="connsiteY5" fmla="*/ 0 h 284319"/>
                              <a:gd name="connsiteX6" fmla="*/ 532050 w 532276"/>
                              <a:gd name="connsiteY6" fmla="*/ 35530 h 284319"/>
                              <a:gd name="connsiteX7" fmla="*/ 532277 w 532276"/>
                              <a:gd name="connsiteY7" fmla="*/ 35833 h 284319"/>
                              <a:gd name="connsiteX8" fmla="*/ 532277 w 532276"/>
                              <a:gd name="connsiteY8" fmla="*/ 35833 h 2843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32276" h="284319">
                                <a:moveTo>
                                  <a:pt x="532277" y="35833"/>
                                </a:moveTo>
                                <a:cubicBezTo>
                                  <a:pt x="532277" y="35833"/>
                                  <a:pt x="462879" y="154368"/>
                                  <a:pt x="303521" y="222254"/>
                                </a:cubicBezTo>
                                <a:cubicBezTo>
                                  <a:pt x="200029" y="268973"/>
                                  <a:pt x="68188" y="278121"/>
                                  <a:pt x="18899" y="284319"/>
                                </a:cubicBezTo>
                                <a:lnTo>
                                  <a:pt x="0" y="242514"/>
                                </a:lnTo>
                                <a:cubicBezTo>
                                  <a:pt x="20184" y="217038"/>
                                  <a:pt x="109540" y="112337"/>
                                  <a:pt x="235484" y="55488"/>
                                </a:cubicBezTo>
                                <a:cubicBezTo>
                                  <a:pt x="350693" y="3704"/>
                                  <a:pt x="516099" y="0"/>
                                  <a:pt x="516099" y="0"/>
                                </a:cubicBezTo>
                                <a:lnTo>
                                  <a:pt x="532050" y="35530"/>
                                </a:lnTo>
                                <a:lnTo>
                                  <a:pt x="532277" y="35833"/>
                                </a:lnTo>
                                <a:lnTo>
                                  <a:pt x="532277" y="35833"/>
                                </a:lnTo>
                                <a:close/>
                              </a:path>
                            </a:pathLst>
                          </a:custGeom>
                          <a:solidFill>
                            <a:srgbClr val="93C13F"/>
                          </a:solidFill>
                          <a:ln w="7553" cap="flat">
                            <a:noFill/>
                            <a:prstDash val="solid"/>
                            <a:miter/>
                          </a:ln>
                        </wps:spPr>
                        <wps:bodyPr rtlCol="0" anchor="ctr"/>
                      </wps:wsp>
                      <wps:wsp>
                        <wps:cNvPr id="1586728602" name="Freeform: Shape 117">
                          <a:extLst>
                            <a:ext uri="{FF2B5EF4-FFF2-40B4-BE49-F238E27FC236}">
                              <a16:creationId xmlns:a16="http://schemas.microsoft.com/office/drawing/2014/main" id="{79590D22-3F46-8BE2-920C-A25B6BE9E357}"/>
                            </a:ext>
                          </a:extLst>
                        </wps:cNvPr>
                        <wps:cNvSpPr/>
                        <wps:spPr>
                          <a:xfrm>
                            <a:off x="1082092" y="1075710"/>
                            <a:ext cx="1350611" cy="2061691"/>
                          </a:xfrm>
                          <a:custGeom>
                            <a:avLst/>
                            <a:gdLst>
                              <a:gd name="connsiteX0" fmla="*/ 393330 w 1350611"/>
                              <a:gd name="connsiteY0" fmla="*/ 1597693 h 2061691"/>
                              <a:gd name="connsiteX1" fmla="*/ 869665 w 1350611"/>
                              <a:gd name="connsiteY1" fmla="*/ 1470389 h 2061691"/>
                              <a:gd name="connsiteX2" fmla="*/ 1122234 w 1350611"/>
                              <a:gd name="connsiteY2" fmla="*/ 1300598 h 2061691"/>
                              <a:gd name="connsiteX3" fmla="*/ 1350612 w 1350611"/>
                              <a:gd name="connsiteY3" fmla="*/ 784348 h 2061691"/>
                              <a:gd name="connsiteX4" fmla="*/ 1314703 w 1350611"/>
                              <a:gd name="connsiteY4" fmla="*/ 569729 h 2061691"/>
                              <a:gd name="connsiteX5" fmla="*/ 840560 w 1350611"/>
                              <a:gd name="connsiteY5" fmla="*/ 91201 h 2061691"/>
                              <a:gd name="connsiteX6" fmla="*/ 719681 w 1350611"/>
                              <a:gd name="connsiteY6" fmla="*/ 45994 h 2061691"/>
                              <a:gd name="connsiteX7" fmla="*/ 400663 w 1350611"/>
                              <a:gd name="connsiteY7" fmla="*/ 32 h 2061691"/>
                              <a:gd name="connsiteX8" fmla="*/ 403006 w 1350611"/>
                              <a:gd name="connsiteY8" fmla="*/ 39569 h 2061691"/>
                              <a:gd name="connsiteX9" fmla="*/ 980792 w 1350611"/>
                              <a:gd name="connsiteY9" fmla="*/ 380056 h 2061691"/>
                              <a:gd name="connsiteX10" fmla="*/ 1082243 w 1350611"/>
                              <a:gd name="connsiteY10" fmla="*/ 789715 h 2061691"/>
                              <a:gd name="connsiteX11" fmla="*/ 1019195 w 1350611"/>
                              <a:gd name="connsiteY11" fmla="*/ 1043342 h 2061691"/>
                              <a:gd name="connsiteX12" fmla="*/ 0 w 1350611"/>
                              <a:gd name="connsiteY12" fmla="*/ 1565640 h 2061691"/>
                              <a:gd name="connsiteX13" fmla="*/ 0 w 1350611"/>
                              <a:gd name="connsiteY13" fmla="*/ 1712147 h 2061691"/>
                              <a:gd name="connsiteX14" fmla="*/ 554729 w 1350611"/>
                              <a:gd name="connsiteY14" fmla="*/ 1728098 h 2061691"/>
                              <a:gd name="connsiteX15" fmla="*/ 174855 w 1350611"/>
                              <a:gd name="connsiteY15" fmla="*/ 1872185 h 2061691"/>
                              <a:gd name="connsiteX16" fmla="*/ 464769 w 1350611"/>
                              <a:gd name="connsiteY16" fmla="*/ 2061555 h 2061691"/>
                              <a:gd name="connsiteX17" fmla="*/ 756875 w 1350611"/>
                              <a:gd name="connsiteY17" fmla="*/ 1885868 h 2061691"/>
                              <a:gd name="connsiteX18" fmla="*/ 433472 w 1350611"/>
                              <a:gd name="connsiteY18" fmla="*/ 1873017 h 2061691"/>
                              <a:gd name="connsiteX19" fmla="*/ 868985 w 1350611"/>
                              <a:gd name="connsiteY19" fmla="*/ 1713130 h 2061691"/>
                              <a:gd name="connsiteX20" fmla="*/ 868985 w 1350611"/>
                              <a:gd name="connsiteY20" fmla="*/ 1591721 h 2061691"/>
                              <a:gd name="connsiteX21" fmla="*/ 393027 w 1350611"/>
                              <a:gd name="connsiteY21" fmla="*/ 1597391 h 2061691"/>
                              <a:gd name="connsiteX22" fmla="*/ 393330 w 1350611"/>
                              <a:gd name="connsiteY22" fmla="*/ 1597693 h 2061691"/>
                              <a:gd name="connsiteX23" fmla="*/ 393330 w 1350611"/>
                              <a:gd name="connsiteY23" fmla="*/ 1597693 h 2061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350611" h="2061691">
                                <a:moveTo>
                                  <a:pt x="393330" y="1597693"/>
                                </a:moveTo>
                                <a:cubicBezTo>
                                  <a:pt x="393330" y="1597693"/>
                                  <a:pt x="637810" y="1573880"/>
                                  <a:pt x="869665" y="1470389"/>
                                </a:cubicBezTo>
                                <a:cubicBezTo>
                                  <a:pt x="970435" y="1428432"/>
                                  <a:pt x="1056691" y="1358656"/>
                                  <a:pt x="1122234" y="1300598"/>
                                </a:cubicBezTo>
                                <a:cubicBezTo>
                                  <a:pt x="1361195" y="1090364"/>
                                  <a:pt x="1349100" y="834318"/>
                                  <a:pt x="1350612" y="784348"/>
                                </a:cubicBezTo>
                                <a:cubicBezTo>
                                  <a:pt x="1350082" y="711321"/>
                                  <a:pt x="1337987" y="638900"/>
                                  <a:pt x="1314703" y="569729"/>
                                </a:cubicBezTo>
                                <a:cubicBezTo>
                                  <a:pt x="1242130" y="342485"/>
                                  <a:pt x="1038699" y="173753"/>
                                  <a:pt x="840560" y="91201"/>
                                </a:cubicBezTo>
                                <a:cubicBezTo>
                                  <a:pt x="800796" y="74721"/>
                                  <a:pt x="758689" y="57712"/>
                                  <a:pt x="719681" y="45994"/>
                                </a:cubicBezTo>
                                <a:cubicBezTo>
                                  <a:pt x="616265" y="14773"/>
                                  <a:pt x="508691" y="-800"/>
                                  <a:pt x="400663" y="32"/>
                                </a:cubicBezTo>
                                <a:cubicBezTo>
                                  <a:pt x="400814" y="9557"/>
                                  <a:pt x="402477" y="30044"/>
                                  <a:pt x="403006" y="39569"/>
                                </a:cubicBezTo>
                                <a:cubicBezTo>
                                  <a:pt x="642346" y="52420"/>
                                  <a:pt x="843811" y="163925"/>
                                  <a:pt x="980792" y="380056"/>
                                </a:cubicBezTo>
                                <a:cubicBezTo>
                                  <a:pt x="1052231" y="492696"/>
                                  <a:pt x="1089727" y="629526"/>
                                  <a:pt x="1082243" y="789715"/>
                                </a:cubicBezTo>
                                <a:cubicBezTo>
                                  <a:pt x="1073852" y="880961"/>
                                  <a:pt x="1059488" y="957087"/>
                                  <a:pt x="1019195" y="1043342"/>
                                </a:cubicBezTo>
                                <a:cubicBezTo>
                                  <a:pt x="902172" y="1304529"/>
                                  <a:pt x="640456" y="1496772"/>
                                  <a:pt x="0" y="1565640"/>
                                </a:cubicBezTo>
                                <a:lnTo>
                                  <a:pt x="0" y="1712147"/>
                                </a:lnTo>
                                <a:lnTo>
                                  <a:pt x="554729" y="1728098"/>
                                </a:lnTo>
                                <a:lnTo>
                                  <a:pt x="174855" y="1872185"/>
                                </a:lnTo>
                                <a:cubicBezTo>
                                  <a:pt x="216811" y="2007352"/>
                                  <a:pt x="372465" y="2058985"/>
                                  <a:pt x="464769" y="2061555"/>
                                </a:cubicBezTo>
                                <a:cubicBezTo>
                                  <a:pt x="595551" y="2065410"/>
                                  <a:pt x="711668" y="1987395"/>
                                  <a:pt x="756875" y="1885868"/>
                                </a:cubicBezTo>
                                <a:lnTo>
                                  <a:pt x="433472" y="1873017"/>
                                </a:lnTo>
                                <a:lnTo>
                                  <a:pt x="868985" y="1713130"/>
                                </a:lnTo>
                                <a:lnTo>
                                  <a:pt x="868985" y="1591721"/>
                                </a:lnTo>
                                <a:lnTo>
                                  <a:pt x="393027" y="1597391"/>
                                </a:lnTo>
                                <a:lnTo>
                                  <a:pt x="393330" y="1597693"/>
                                </a:lnTo>
                                <a:lnTo>
                                  <a:pt x="393330" y="1597693"/>
                                </a:lnTo>
                                <a:close/>
                              </a:path>
                            </a:pathLst>
                          </a:custGeom>
                          <a:solidFill>
                            <a:srgbClr val="93C13F"/>
                          </a:solidFill>
                          <a:ln w="7553" cap="flat">
                            <a:noFill/>
                            <a:prstDash val="solid"/>
                            <a:miter/>
                          </a:ln>
                        </wps:spPr>
                        <wps:bodyPr rtlCol="0" anchor="ctr"/>
                      </wps:wsp>
                    </wpg:wgp>
                  </a:graphicData>
                </a:graphic>
              </wp:anchor>
            </w:drawing>
          </mc:Choice>
          <mc:Fallback>
            <w:pict>
              <v:group w14:anchorId="781FBE26" id="Graphic 39" o:spid="_x0000_s1026" alt="هيئة رعاية الأشخاص ذوي الإعاقة" style="position:absolute;left:0;text-align:left;margin-left:175.25pt;margin-top:11.1pt;width:85.3pt;height:50.15pt;z-index:251659264" coordsize="53335,31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">
                <v:group id="_x0000_s1027" style="position:absolute;left:33025;top:9242;width:20310;height:19075" coordorigin="33025,9242" coordsize="20309,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">
                  <v:shape id="Freeform: Shape 118" o:spid="_x0000_s1028" style="position:absolute;left:38624;top:19733;width:10305;height:3243;visibility:visible;mso-wrap-style:square;v-text-anchor:middle" coordsize="1030534,3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" path="m996970,256575v,18522,-11717,33490,-26232,33490l917971,290065v-14438,,-26232,-14968,-26232,-33490l891739,140988v,-9374,-7635,-17010,-17009,-17010l874730,123978v-9374,,-17009,7560,-17009,17010l857721,140988r,115663c857721,275172,846004,290140,831716,290140r-41956,c776001,288628,765266,277440,764208,263606r,-107499c764208,146733,756648,139098,747199,139098r-76,c737749,139098,730114,146582,730114,155956r-530,100544c729584,259524,729736,262623,730114,265722r,23436l367627,289158r,-110296c367551,129951,327939,90413,278952,90413r-88826,l190126,190050v,9450,7635,17010,17009,17010c216509,207060,224145,199424,224145,190050r,-65769l278877,124281v30163,,54581,24493,54581,54581l333458,289158r-299439,l34019,17009c34019,7560,26383,,17009,,7635,,,7635,,17009l,289006v,17690,14364,32053,32053,32053l764056,323252r,-5292c771919,322118,780688,324310,789533,324385r41956,c848196,324235,863920,316675,874503,303748v10660,12927,26459,20487,43242,20637l970435,324385v33112,,60100,-30163,60100,-67583l1030535,121484v,-9450,-7635,-17009,-17009,-17009c1004076,104475,996516,112110,996516,121484r,135318l996894,256802r76,-227xe" fillcolor="#63656c" stroked="f" strokeweight=".20981mm">
                    <v:stroke joinstyle="miter"/>
                    <v:path arrowok="t" o:connecttype="custom" o:connectlocs="996970,256575;970738,290065;917971,290065;891739,256575;891739,140988;874730,123978;874730,123978;857721,140988;857721,140988;857721,256651;831716,290140;789760,290140;764208,263606;764208,156107;747199,139098;747123,139098;730114,155956;729584,256500;730114,265722;730114,289158;367627,289158;367627,178862;278952,90413;190126,90413;190126,190050;207135,207060;224145,190050;224145,124281;278877,124281;333458,178862;333458,289158;34019,289158;34019,17009;17009,0;0,17009;0,289006;32053,321059;764056,323252;764056,317960;789533,324385;831489,324385;874503,303748;917745,324385;970435,324385;1030535,256802;1030535,121484;1013526,104475;996516,121484;996516,256802;996894,256802;996970,256575" o:connectangles="0,0,0,0,0,0,0,0,0,0,0,0,0,0,0,0,0,0,0,0,0,0,0,0,0,0,0,0,0,0,0,0,0,0,0,0,0,0,0,0,0,0,0,0,0,0,0,0,0,0,0"/>
                  </v:shape>
                  <v:shape id="Freeform: Shape 119" o:spid="_x0000_s1029" style="position:absolute;left:52930;top:19993;width:340;height:2955;visibility:visible;mso-wrap-style:square;v-text-anchor:middle" coordsize="34018,29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" path="m17009,295583r,c26384,295583,34019,288023,34019,278574r,l34019,17009c34019,7560,26384,,17009,,7560,,,7635,,17009l,278574v,9299,7635,16933,17009,17009e" fillcolor="#63656c" stroked="f" strokeweight=".20981mm">
                    <v:stroke joinstyle="miter"/>
                    <v:path arrowok="t" o:connecttype="custom" o:connectlocs="17009,295583;17009,295583;34019,278574;34019,278574;34019,17009;17009,0;0,17009;0,278574;17009,295583" o:connectangles="0,0,0,0,0,0,0,0,0"/>
                  </v:shape>
                  <v:shape id="Freeform: Shape 120" o:spid="_x0000_s1030" style="position:absolute;left:49360;top:19958;width:2763;height:3006;visibility:visible;mso-wrap-style:square;v-text-anchor:middle" coordsize="276306,30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" path="m16934,300497r220515,c258843,300497,276306,283110,276306,261640r,-244631c276306,7635,268671,,259297,r,c249923,,242287,7635,242287,17009r,249621l17009,266630c7560,266630,,274265,,283639v,9374,7635,17009,17009,17009e" fillcolor="#63656c" stroked="f" strokeweight=".20981mm">
                    <v:stroke joinstyle="miter"/>
                    <v:path arrowok="t" o:connecttype="custom" o:connectlocs="16934,300497;237449,300497;276306,261640;276306,17009;259297,0;259297,0;242287,17009;242287,266630;17009,266630;0,283639;17009,300648" o:connectangles="0,0,0,0,0,0,0,0,0,0,0"/>
                  </v:shape>
                  <v:shape id="Freeform: Shape 121" o:spid="_x0000_s1031" style="position:absolute;left:49324;top:24690;width:1739;height:3184;visibility:visible;mso-wrap-style:square;v-text-anchor:middle" coordsize="173872,31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" path="m101677,l72195,c32355,75,151,32355,,72195l,173494v,39840,32279,72120,72195,72195l84819,245689v9450,,17010,-7635,17010,-17009c101829,219231,94193,211671,84819,211671r-12624,c51179,211671,34094,194662,34094,173646r,l34094,72270v,-21016,17009,-38101,38025,-38101l101677,34169v21016,,38101,17010,38177,37950l139854,301329v,9449,7635,17009,17009,17009c166313,318338,173873,310702,173873,301329r,l173873,72195c173873,32279,141593,,101677,e" fillcolor="#63656c" stroked="f" strokeweight=".20981mm">
                    <v:stroke joinstyle="miter"/>
                    <v:path arrowok="t" o:connecttype="custom" o:connectlocs="101677,0;72195,0;0,72195;0,173494;72195,245689;84819,245689;101829,228680;84819,211671;72195,211671;34094,173646;34094,173646;34094,72270;72119,34169;101677,34169;139854,72119;139854,301329;156863,318338;173873,301329;173873,301329;173873,72195;101677,0" o:connectangles="0,0,0,0,0,0,0,0,0,0,0,0,0,0,0,0,0,0,0,0,0"/>
                  </v:shape>
                  <v:shape id="Freeform: Shape 122" o:spid="_x0000_s1032" style="position:absolute;left:51392;top:24739;width:1866;height:2345;visibility:visible;mso-wrap-style:square;v-text-anchor:middle" coordsize="186572,234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" path="m98049,l34850,c20789,-75,9374,11264,9374,25326v,75,,150,,226l9374,99940v,9449,7635,17009,17009,17009c35757,116949,43392,109313,43392,99940r,-65770l97974,34170v30087,76,54505,24494,54580,54581l152554,200483r-135545,c7560,200483,,208118,,217492v,9450,7635,17010,17009,17010l149228,234502v20638,,37345,-16707,37345,-37345l186573,88675c186648,39764,147036,152,98049,e" fillcolor="#63656c" stroked="f" strokeweight=".20981mm">
                    <v:stroke joinstyle="miter"/>
                    <v:path arrowok="t" o:connecttype="custom" o:connectlocs="98049,0;34850,0;9374,25326;9374,25552;9374,99940;26383,116949;43392,99940;43392,34170;97974,34170;152554,88751;152554,200483;17009,200483;0,217492;17009,234502;149228,234502;186573,197157;186573,88675;98049,0" o:connectangles="0,0,0,0,0,0,0,0,0,0,0,0,0,0,0,0,0,0"/>
                  </v:shape>
                  <v:shape id="Freeform: Shape 123" o:spid="_x0000_s1033" style="position:absolute;left:49816;top:19675;width:1059;height:2655;visibility:visible;mso-wrap-style:square;v-text-anchor:middle" coordsize="105835,26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" path="m94572,46946l94572,,58361,c38403,,22150,16253,22150,36211r,27063l,63274,,81039r44149,l44149,248486v,9450,7635,17010,17009,17010c70532,265496,78167,257860,78167,248486r,-167371l105835,81115r,-17765l40293,63350r,-27064c40218,26157,48306,17992,58437,17916v75,,150,,226,l77184,17916r,29181l94950,47097r-227,-151l94572,46946xe" fillcolor="#63656c" stroked="f" strokeweight=".20981mm">
                    <v:stroke joinstyle="miter"/>
                    <v:path arrowok="t" o:connecttype="custom" o:connectlocs="94572,46946;94572,0;58361,0;22150,36211;22150,63274;0,63274;0,81039;44149,81039;44149,248486;61158,265496;78167,248486;78167,81115;105835,81115;105835,63350;40293,63350;40293,36286;58437,17916;58663,17916;77184,17916;77184,47097;94950,47097;94723,46946;94572,46946" o:connectangles="0,0,0,0,0,0,0,0,0,0,0,0,0,0,0,0,0,0,0,0,0,0,0"/>
                  </v:shape>
                  <v:shape id="Freeform: Shape 124" o:spid="_x0000_s1034" style="position:absolute;left:43319;top:27507;width:1053;height:810;visibility:visible;mso-wrap-style:square;v-text-anchor:middle" coordsize="105314,8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" path="m39919,62972r,-26912c39919,25930,48159,17690,58289,17690r18295,l76584,37874v,4914,4006,8996,8996,8996c90493,46870,94424,42864,94349,37950v,,,-76,,-76l94349,,58289,c38332,,22078,16253,22078,36211r,26913l8698,63124c3784,63274,-147,67433,4,72346v151,4763,3931,8543,8694,8694l96617,81040v4914,-151,8844,-4309,8693,-9223c105159,67054,101379,63274,96617,63124r-56622,l39919,62972r,xe" fillcolor="#63656c" stroked="f" strokeweight=".20981mm">
                    <v:stroke joinstyle="miter"/>
                    <v:path arrowok="t" o:connecttype="custom" o:connectlocs="39919,62972;39919,36060;58289,17690;76584,17690;76584,37874;85580,46870;94349,37950;94349,37874;94349,0;58289,0;22078,36211;22078,63124;8698,63124;4,72346;8698,81040;96617,81040;105310,71817;96617,63124;39995,63124;39919,62972;39919,62972" o:connectangles="0,0,0,0,0,0,0,0,0,0,0,0,0,0,0,0,0,0,0,0,0"/>
                  </v:shape>
                  <v:shape id="Freeform: Shape 125" o:spid="_x0000_s1035" style="position:absolute;left:38376;top:23759;width:3429;height:3325;visibility:visible;mso-wrap-style:square;v-text-anchor:middle" coordsize="342906,33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" path="m170244,298456r,-111732c170319,156636,194737,132219,224825,132143r54732,l279557,197912v,9450,7635,17010,17009,17010c305940,214922,313575,207286,313575,197912r,-99788l224900,98124v-48911,76,-88599,39689,-88675,88675l136225,298532r-102206,l34019,17009c34019,7560,26383,,17009,,7635,,,7635,,17009l,302160v,16707,13532,30390,30239,30390c30314,332550,30314,332550,30390,332550r295507,c335347,332550,342907,324915,342907,315541v,-9450,-7636,-17009,-17010,-17009l170244,298456r,xe" fillcolor="#63656c" stroked="f" strokeweight=".20981mm">
                    <v:stroke joinstyle="miter"/>
                    <v:path arrowok="t" o:connecttype="custom" o:connectlocs="170244,298456;170244,186724;224825,132143;279557,132143;279557,197912;296566,214922;313575,197912;313575,98124;224900,98124;136225,186799;136225,298532;34019,298532;34019,17009;17009,0;0,17009;0,302160;30239,332550;30390,332550;325897,332550;342907,315541;325897,298532;170244,298456;170244,298456" o:connectangles="0,0,0,0,0,0,0,0,0,0,0,0,0,0,0,0,0,0,0,0,0,0,0"/>
                  </v:shape>
                  <v:shape id="Freeform: Shape 126" o:spid="_x0000_s1036" style="position:absolute;left:33398;top:24505;width:4428;height:2843;visibility:visible;mso-wrap-style:square;v-text-anchor:middle" coordsize="442770,28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" path="m370651,227r-29634,c301178,302,268973,32582,268822,72421r,67206c268898,179467,301178,211671,341017,211822r32280,c382746,211822,390306,204187,390306,194813v,-9374,-7635,-17010,-17009,-17010l341017,177803v-21091,-75,-38176,-17236,-38101,-38327l302916,72270v,-21016,17085,-38025,38101,-38101l370651,34169v21016,,38101,17010,38101,38026l408752,72195r,151345l160643,223540r,-197988c160643,16707,153537,9525,144692,9450v-75,,-75,,-226,l142651,9450v-8845,,-16026,7106,-16102,15950c126549,25476,126549,25476,126549,25627r,20335c114681,38101,100846,33867,86634,33867r-14439,c32356,33943,151,66223,,106062r,78545c,224447,32280,256726,72195,256802r14439,c100922,256802,114756,252569,126549,244555r,13230l408752,257785r,9525c408752,276760,416387,284319,425761,284319v9450,,17009,-7635,17009,-17009l442770,72195c442695,32355,410415,151,370575,m124735,184607v,21016,-17010,38101,-38025,38101l72195,222708v-21016,,-38025,-17085,-38101,-38101l34094,106062v,-21016,17009,-38101,38026,-38101l86634,67961v21016,,38101,17010,38101,38025l124735,105986r,78621l124735,184607xe" fillcolor="#63656c" stroked="f" strokeweight=".20981mm">
                    <v:stroke joinstyle="miter"/>
                    <v:path arrowok="t" o:connecttype="custom" o:connectlocs="370651,227;341017,227;268822,72421;268822,139627;341017,211822;373297,211822;390306,194813;373297,177803;341017,177803;302916,139476;302916,72270;341017,34169;370651,34169;408752,72195;408752,72195;408752,223540;160643,223540;160643,25552;144692,9450;144466,9450;142651,9450;126549,25400;126549,25627;126549,45962;86634,33867;72195,33867;0,106062;0,184607;72195,256802;86634,256802;126549,244555;126549,257785;408752,257785;408752,267310;425761,284319;442770,267310;442770,72195;370575,0;124735,184607;86710,222708;72195,222708;34094,184607;34094,106062;72120,67961;86634,67961;124735,105986;124735,105986;124735,184607;124735,184607" o:connectangles="0,0,0,0,0,0,0,0,0,0,0,0,0,0,0,0,0,0,0,0,0,0,0,0,0,0,0,0,0,0,0,0,0,0,0,0,0,0,0,0,0,0,0,0,0,0,0,0,0"/>
                  </v:shape>
                  <v:shape id="Freeform: Shape 127" o:spid="_x0000_s1037" style="position:absolute;left:45999;top:24165;width:2948;height:2919;visibility:visible;mso-wrap-style:square;v-text-anchor:middle" coordsize="294827,29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" path="m206530,57477r-4611,l227395,27843v5973,-7257,4914,-17992,-2343,-23964c218021,-1942,207665,-1110,201617,5693l125264,94671v-5972,7257,-4914,17992,2343,23964c134638,124456,144995,123624,151043,116820l174100,89908r,1663l206380,91571v30087,76,54504,24494,54580,54581l260960,257884r-226941,l34019,119844v,-9449,-7635,-17009,-17010,-17009c7560,102835,,110470,,119844l,261437v,16707,13532,30390,30239,30390c30314,291827,30314,291827,30390,291827r233292,c280918,291827,294827,277917,294827,260757r,l294827,146001c294752,97090,255139,57401,206152,57326e" fillcolor="#63656c" stroked="f" strokeweight=".20981mm">
                    <v:stroke joinstyle="miter"/>
                    <v:path arrowok="t" o:connecttype="custom" o:connectlocs="206530,57477;201919,57477;227395,27843;225052,3879;201617,5693;125264,94671;127607,118635;151043,116820;174100,89908;174100,91571;206380,91571;260960,146152;260960,257884;34019,257884;34019,119844;17009,102835;0,119844;0,261437;30239,291827;30390,291827;263682,291827;294827,260757;294827,260757;294827,146001;206152,57326" o:connectangles="0,0,0,0,0,0,0,0,0,0,0,0,0,0,0,0,0,0,0,0,0,0,0,0,0"/>
                  </v:shape>
                  <v:shape id="Freeform: Shape 128" o:spid="_x0000_s1038" style="position:absolute;left:33382;top:20619;width:4686;height:2781;visibility:visible;mso-wrap-style:square;v-text-anchor:middle" coordsize="468624,27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" path="m93891,278196v32280,,62367,-16707,79301,-44148l429994,234048v21319,75,38555,-17161,38630,-38479c468624,195494,468624,195418,468624,195342r,-173192l244026,22150v-20789,,-40822,7333,-56622,20865l187404,17009c187404,7560,179769,,170395,v-9450,,-17009,7635,-17009,17009l153386,183322v227,32658,-25552,59646,-58210,60780c62216,244934,34850,218928,34019,185893v,-530,,-1059,,-1512l34019,77562v,-9449,-7636,-17009,-17010,-17009c7560,60553,,68188,,77562l,184381v76,51783,42032,93664,93815,93815m190655,109615v,-29482,23964,-53447,53447,-53447l434606,56168r,144163l190655,200331r,-90716l190655,109615r,xe" fillcolor="#63656c" stroked="f" strokeweight=".20981mm">
                    <v:stroke joinstyle="miter"/>
                    <v:path arrowok="t" o:connecttype="custom" o:connectlocs="93891,278196;173192,234048;429994,234048;468624,195569;468624,195342;468624,22150;244026,22150;187404,43015;187404,17009;170395,0;153386,17009;153386,183322;95176,244102;34019,185893;34019,184381;34019,77562;17009,60553;0,77562;0,184381;93815,278196;190655,109615;244102,56168;434606,56168;434606,200331;190655,200331;190655,109615;190655,109615;190655,109615" o:connectangles="0,0,0,0,0,0,0,0,0,0,0,0,0,0,0,0,0,0,0,0,0,0,0,0,0,0,0,0"/>
                  </v:shape>
                  <v:shape id="Freeform: Shape 129" o:spid="_x0000_s1039" style="position:absolute;left:42024;top:23799;width:3333;height:3552;visibility:visible;mso-wrap-style:square;v-text-anchor:middle" coordsize="333282,35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" path="m308109,8527l165836,175747,29762,5806c23563,-1224,12828,-1981,5797,4143,-855,9964,-1913,19867,3303,26973l143610,201904,64838,294359r-19957,c35431,294359,27872,301994,27872,311368v,9450,7635,17009,17009,17009l246497,328377r,-56773l188061,202206,299264,71575r,266630c299264,347654,306899,355214,316273,355214v9450,,17009,-7635,17009,-17009l333282,9435,308411,8527r-302,l308109,8527xm212252,284002r,10432l109138,294434r56244,-66147l212252,284002r,xe" fillcolor="#63656c" stroked="f" strokeweight=".20981mm">
                    <v:stroke joinstyle="miter"/>
                    <v:path arrowok="t" o:connecttype="custom" o:connectlocs="308109,8527;165836,175747;29762,5806;5797,4143;3303,26973;143610,201904;64838,294359;44881,294359;27872,311368;44881,328377;246497,328377;246497,271604;188061,202206;299264,71575;299264,338205;316273,355214;333282,338205;333282,9435;308411,8527;308109,8527;308109,8527;212252,284002;212252,294434;109138,294434;165382,228287;212252,284002;212252,284002" o:connectangles="0,0,0,0,0,0,0,0,0,0,0,0,0,0,0,0,0,0,0,0,0,0,0,0,0,0,0"/>
                  </v:shape>
                  <v:shape id="Freeform: Shape 130" o:spid="_x0000_s1040" style="position:absolute;left:46691;top:27310;width:606;height:610;visibility:visible;mso-wrap-style:square;v-text-anchor:middle" coordsize="60628,6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" path="m36362,2495v-3402,-3327,-8769,-3327,-12095,l2495,24493v-3327,3402,-3327,8770,,12096l24267,58587v3401,3327,8769,3327,12095,l58134,36589v3326,-3402,3326,-8770,,-12096l36362,2495xe" fillcolor="#63656c" stroked="f" strokeweight=".20981mm">
                    <v:stroke joinstyle="miter"/>
                    <v:path arrowok="t" o:connecttype="custom" o:connectlocs="36362,2495;24267,2495;2495,24493;2495,36589;24267,58587;36362,58587;58134,36589;58134,24493;36362,2495" o:connectangles="0,0,0,0,0,0,0,0,0"/>
                  </v:shape>
                  <v:shape id="Freeform: Shape 131" o:spid="_x0000_s1041" style="position:absolute;left:47425;top:27311;width:610;height:610;visibility:visible;mso-wrap-style:square;v-text-anchor:middle" coordsize="60969,6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" path="m2551,24399l24399,2551v3402,-3401,8769,-3401,12171,l36570,2551,58418,24399v3402,3402,3402,8769,,12171l58418,36570,36570,58417v-3402,3402,-8769,3402,-12171,l24399,58417,2551,36570v-3401,-3402,-3401,-8845,,-12171l2551,24399xe" fillcolor="#63656c" stroked="f" strokeweight=".20981mm">
                    <v:stroke joinstyle="miter"/>
                    <v:path arrowok="t" o:connecttype="custom" o:connectlocs="2551,24399;24399,2551;36570,2551;36570,2551;58418,24399;58418,36570;58418,36570;36570,58417;24399,58417;24399,58417;2551,36570;2551,24399;2551,24399" o:connectangles="0,0,0,0,0,0,0,0,0,0,0,0,0"/>
                  </v:shape>
                  <v:shape id="Freeform: Shape 132" o:spid="_x0000_s1042" style="position:absolute;left:33686;top:23750;width:611;height:608;visibility:visible;mso-wrap-style:square;v-text-anchor:middle" coordsize="61082,6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" path="m24494,2438l2495,24210v-3327,3402,-3327,8769,,12096l24494,58304v3401,3326,8769,3326,12095,l58587,36306v3327,-3402,3327,-8770,,-12096l36589,2438v-3402,-3251,-8769,-3251,-12095,e" fillcolor="#63656c" stroked="f" strokeweight=".20981mm">
                    <v:stroke joinstyle="miter"/>
                    <v:path arrowok="t" o:connecttype="custom" o:connectlocs="24494,2438;2495,24210;2495,36306;24494,58304;36589,58304;58587,36306;58587,24210;36589,2438;24494,2438" o:connectangles="0,0,0,0,0,0,0,0,0"/>
                  </v:shape>
                  <v:shape id="Freeform: Shape 133" o:spid="_x0000_s1043" style="position:absolute;left:34423;top:23750;width:610;height:608;visibility:visible;mso-wrap-style:square;v-text-anchor:middle" coordsize="60963,6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" path="m24375,2438l2603,24210c-723,27385,-875,32601,2225,35928v76,75,226,226,378,378l24375,58304v3402,3326,8769,3326,12095,l58469,36306v3326,-3402,3326,-8770,,-12096l36470,2438v-3326,-3251,-8693,-3251,-12095,e" fillcolor="#63656c" stroked="f" strokeweight=".20981mm">
                    <v:stroke joinstyle="miter"/>
                    <v:path arrowok="t" o:connecttype="custom" o:connectlocs="24375,2438;2603,24210;2225,35928;2603,36306;24375,58304;36470,58304;58469,36306;58469,24210;36470,2438;24375,2438" o:connectangles="0,0,0,0,0,0,0,0,0,0"/>
                  </v:shape>
                  <v:shape id="Freeform: Shape 134" o:spid="_x0000_s1044" style="position:absolute;left:36230;top:23750;width:609;height:608;visibility:visible;mso-wrap-style:square;v-text-anchor:middle" coordsize="60855,6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" path="m24267,2438l2495,24210v-3327,3402,-3327,8769,,12096l24267,58304v3401,3326,8769,3326,12095,l58360,36306v3327,-3402,3327,-8770,,-12096l36362,2438v-3326,-3251,-8694,-3251,-12095,e" fillcolor="#63656c" stroked="f" strokeweight=".20981mm">
                    <v:stroke joinstyle="miter"/>
                    <v:path arrowok="t" o:connecttype="custom" o:connectlocs="24267,2438;2495,24210;2495,36306;24267,58304;36362,58304;58360,36306;58360,24210;36362,2438;24267,2438" o:connectangles="0,0,0,0,0,0,0,0,0"/>
                  </v:shape>
                  <v:shape id="Freeform: Shape 135" o:spid="_x0000_s1045" style="position:absolute;left:36966;top:23749;width:609;height:608;visibility:visible;mso-wrap-style:square;v-text-anchor:middle" coordsize="60855,6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" path="m24267,2504l2495,24276v-3327,3402,-3327,8769,,12096l24267,58294v3402,3327,8769,3327,12095,l58361,36296v3326,-3402,3326,-8769,,-12095l36362,2429c32960,-822,27593,-822,24267,2504e" fillcolor="#63656c" stroked="f" strokeweight=".20981mm">
                    <v:stroke joinstyle="miter"/>
                    <v:path arrowok="t" o:connecttype="custom" o:connectlocs="24267,2504;2495,24276;2495,36372;24267,58294;36362,58294;58361,36296;58361,24201;36362,2429;24267,2504" o:connectangles="0,0,0,0,0,0,0,0,0"/>
                  </v:shape>
                  <v:shape id="Freeform: Shape 136" o:spid="_x0000_s1046" style="position:absolute;left:51871;top:23751;width:609;height:609;visibility:visible;mso-wrap-style:square;v-text-anchor:middle" coordsize="60855,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" path="m2495,24267v-3327,3402,-3327,8769,,12095l24267,58361v3402,3326,8769,3326,12095,l58361,36362v3326,-3402,3326,-8769,,-12095l36362,2495v-3402,-3327,-8769,-3327,-12095,l2495,24267xe" fillcolor="#63656c" stroked="f" strokeweight=".20981mm">
                    <v:stroke joinstyle="miter"/>
                    <v:path arrowok="t" o:connecttype="custom" o:connectlocs="2495,24267;2495,36362;24267,58361;36362,58361;58361,36362;58361,24267;36362,2495;24267,2495;2495,24267" o:connectangles="0,0,0,0,0,0,0,0,0"/>
                  </v:shape>
                  <v:shape id="Freeform: Shape 137" o:spid="_x0000_s1047" style="position:absolute;left:46386;top:19968;width:608;height:610;visibility:visible;mso-wrap-style:square;v-text-anchor:middle" coordsize="60855,6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" path="m24267,2495l2495,24493v-3327,3402,-3327,8770,,12096l24267,58587v3402,3327,8769,3327,12095,l58361,36589v3326,-3402,3326,-8770,,-12096l36362,2495v-3402,-3327,-8769,-3327,-12095,e" fillcolor="#63656c" stroked="f" strokeweight=".20981mm">
                    <v:stroke joinstyle="miter"/>
                    <v:path arrowok="t" o:connecttype="custom" o:connectlocs="24267,2495;2495,24493;2495,36589;24267,58587;36362,58587;58361,36589;58361,24493;36362,2495;24267,2495" o:connectangles="0,0,0,0,0,0,0,0,0"/>
                  </v:shape>
                  <v:shape id="Freeform: Shape 138" o:spid="_x0000_s1048" style="position:absolute;left:40816;top:19906;width:611;height:608;visibility:visible;mso-wrap-style:square;v-text-anchor:middle" coordsize="6108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" path="m24494,2495l2495,24267v-3327,3402,-3327,8769,,12095l24494,58361v3401,3326,8769,3326,12095,l58587,36362v3327,-3402,3327,-8769,,-12095l36589,2495v-3402,-3327,-8769,-3327,-12095,e" fillcolor="#63656c" stroked="f" strokeweight=".20981mm">
                    <v:stroke joinstyle="miter"/>
                    <v:path arrowok="t" o:connecttype="custom" o:connectlocs="24494,2495;2495,24267;2495,36362;24494,58361;36589,58361;58587,36362;58587,24267;36589,2495;24494,2495" o:connectangles="0,0,0,0,0,0,0,0,0"/>
                  </v:shape>
                  <v:shape id="Freeform: Shape 139" o:spid="_x0000_s1049" style="position:absolute;left:47121;top:19968;width:609;height:608;visibility:visible;mso-wrap-style:square;v-text-anchor:middle" coordsize="60855,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" path="m2495,36589l24267,58361v3401,3326,8769,3326,12095,l58360,36589v3327,-3402,3327,-8770,,-12096l36362,2495v-3402,-3327,-8770,-3327,-12095,l2495,24493v-3327,3326,-3327,8694,,12096e" fillcolor="#63656c" stroked="f" strokeweight=".20981mm">
                    <v:stroke joinstyle="miter"/>
                    <v:path arrowok="t" o:connecttype="custom" o:connectlocs="2495,36589;24267,58361;36362,58361;58360,36589;58360,24493;36362,2495;24267,2495;2495,24493;2495,36589" o:connectangles="0,0,0,0,0,0,0,0,0"/>
                  </v:shape>
                  <v:shape id="Freeform: Shape 140" o:spid="_x0000_s1050" style="position:absolute;left:33721;top:15515;width:610;height:611;visibility:visible;mso-wrap-style:square;v-text-anchor:middle" coordsize="61025,6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" path="m58587,24493l36589,2495v-3402,-3327,-8770,-3327,-12096,l2495,24493v-3327,3402,-3327,8770,,12096l24493,58588v3402,3326,8770,3326,12096,l58587,36589v3251,-3402,3251,-8769,,-12096e" fillcolor="#63656c" stroked="f" strokeweight=".20981mm">
                    <v:stroke joinstyle="miter"/>
                    <v:path arrowok="t" o:connecttype="custom" o:connectlocs="58587,24493;36589,2495;24493,2495;2495,24493;2495,36589;24493,58588;36589,58588;58587,36589;58587,24493" o:connectangles="0,0,0,0,0,0,0,0,0"/>
                  </v:shape>
                  <v:shape id="Freeform: Shape 141" o:spid="_x0000_s1051" style="position:absolute;left:34457;top:15515;width:610;height:611;visibility:visible;mso-wrap-style:square;v-text-anchor:middle" coordsize="61082,6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" path="m58587,24493l36589,2495v-3402,-3327,-8770,-3327,-12095,l2495,24493v-3327,3402,-3327,8770,,12096l24494,58588v3401,3326,8769,3326,12095,l58587,36589v3327,-3402,3327,-8769,,-12096e" fillcolor="#63656c" stroked="f" strokeweight=".20981mm">
                    <v:stroke joinstyle="miter"/>
                    <v:path arrowok="t" o:connecttype="custom" o:connectlocs="58587,24493;36589,2495;24494,2495;2495,24493;2495,36589;24494,58588;36589,58588;58587,36589;58587,24493" o:connectangles="0,0,0,0,0,0,0,0,0"/>
                  </v:shape>
                  <v:shape id="Freeform: Shape 142" o:spid="_x0000_s1052" style="position:absolute;left:43845;top:15515;width:610;height:611;visibility:visible;mso-wrap-style:square;v-text-anchor:middle" coordsize="61025,6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" path="m58587,24493l36589,2495v-3402,-3327,-8770,-3327,-12096,l2495,24493v-3327,3402,-3327,8770,,12096l24493,58588v3402,3326,8770,3326,12096,l58587,36589v3251,-3402,3251,-8769,,-12096e" fillcolor="#63656c" stroked="f" strokeweight=".20981mm">
                    <v:stroke joinstyle="miter"/>
                    <v:path arrowok="t" o:connecttype="custom" o:connectlocs="58587,24493;36589,2495;24493,2495;2495,24493;2495,36589;24493,58588;36589,58588;58587,36589;58587,24493" o:connectangles="0,0,0,0,0,0,0,0,0"/>
                  </v:shape>
                  <v:shape id="Freeform: Shape 143" o:spid="_x0000_s1053" style="position:absolute;left:44581;top:15515;width:611;height:611;visibility:visible;mso-wrap-style:square;v-text-anchor:middle" coordsize="61082,6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" path="m58587,24493l36589,2495v-3402,-3327,-8769,-3327,-12095,l2495,24493v-3327,3402,-3327,8770,,12096l24494,58588v3401,3326,8769,3326,12095,l58587,36589v3327,-3402,3327,-8769,,-12096e" fillcolor="#63656c" stroked="f" strokeweight=".20981mm">
                    <v:stroke joinstyle="miter"/>
                    <v:path arrowok="t" o:connecttype="custom" o:connectlocs="58587,24493;36589,2495;24494,2495;2495,24493;2495,36589;24494,58588;36589,58588;58587,36589;58587,24493" o:connectangles="0,0,0,0,0,0,0,0,0"/>
                  </v:shape>
                  <v:shape id="Freeform: Shape 144" o:spid="_x0000_s1054" style="position:absolute;left:43595;top:16242;width:9680;height:2502;visibility:visible;mso-wrap-style:square;v-text-anchor:middle" coordsize="967940,25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" path="m899753,10357r-49063,c819620,10432,792632,31524,785148,61611v-37118,3478,-65467,34548,-65542,71817l719606,177955v,13531,3931,26761,11188,38100l578239,216055v5368,-10356,8089,-21847,8014,-33489l586253,66450v,-9072,-7257,-16480,-16329,-16480c569924,49970,569848,49970,569773,49970r-907,c559794,49970,552386,57302,552386,66298v,,,76,,152l552386,182566v,18521,-11718,33489,-26232,33489l484197,216055v-14287,,-26005,-14968,-26005,-33489l458192,94421v,-9072,-7257,-16481,-16329,-16481c441863,77940,441787,77940,441712,77940r-907,c431733,77940,424325,85273,424325,94269v,,,76,,152l424325,182566v,11642,2721,23133,8013,33489l184985,216055v-14439,,-26005,-14968,-26005,-33489l158980,17009c158980,7560,151345,,141971,v-9450,,-17009,7635,-17009,17009l124962,38252c113546,31070,100317,27291,86861,27291r-14666,c32356,27366,151,59646,,99485r,78545c76,217870,32356,250074,72195,250225r14666,c107045,250225,126171,241758,139778,226941v10584,14440,27366,23057,45207,23284l526532,250225v17992,-302,34774,-8996,45433,-23435c571965,239717,582473,250225,595400,250225r304958,c937627,250225,967865,220062,967941,182717r,-104626c967941,40822,937778,10583,900433,10508r-75,m86785,216358r-14666,c51103,216358,34019,199349,34019,178333r,l34019,99712v,-21016,17009,-38101,38025,-38101l86785,61611v21016,,38101,17010,38101,38026l124886,99637r,78620c124886,199349,107877,216358,86785,216358r,m803064,216358r-10659,c771389,216358,754305,199349,754305,178333r,l754305,133806v,-21016,17009,-38100,38025,-38100l807071,95706v21016,,38101,17009,38101,38025l845172,133731r,44526c845172,199273,828162,216358,807147,216358r-4083,xm933998,182869v-76,18445,-15044,33489,-33490,33489l868229,216358v7181,-11415,10961,-24645,10961,-38101l879190,133731c879114,99485,855075,70002,821510,63048v5670,-11264,17236,-18370,29861,-18370l900433,44678v18521,,33565,15119,33489,33640l933922,78318r76,104551l933998,182869xe" fillcolor="#63656c" stroked="f" strokeweight=".20981mm">
                    <v:stroke joinstyle="miter"/>
                    <v:path arrowok="t" o:connecttype="custom" o:connectlocs="899753,10357;850690,10357;785148,61611;719606,133428;719606,177955;730794,216055;578239,216055;586253,182566;586253,66450;569924,49970;569773,49970;568866,49970;552386,66298;552386,66450;552386,182566;526154,216055;484197,216055;458192,182566;458192,94421;441863,77940;441712,77940;440805,77940;424325,94269;424325,94421;424325,182566;432338,216055;184985,216055;158980,182566;158980,17009;141971,0;124962,17009;124962,38252;86861,27291;72195,27291;0,99485;0,178030;72195,250225;86861,250225;139778,226941;184985,250225;526532,250225;571965,226790;595400,250225;900358,250225;967941,182717;967941,78091;900433,10508;900358,10508;86785,216358;72119,216358;34019,178333;34019,178333;34019,99712;72044,61611;86785,61611;124886,99637;124886,99637;124886,178257;86785,216358;86785,216358;803064,216358;792405,216358;754305,178333;754305,178333;754305,133806;792330,95706;807071,95706;845172,133731;845172,133731;845172,178257;807147,216358;803064,216358;933998,182869;900508,216358;868229,216358;879190,178257;879190,133731;821510,63048;851371,44678;900433,44678;933922,78318;933922,78318;933998,182869;933998,182869" o:connectangles="0,0,0,0,0,0,0,0,0,0,0,0,0,0,0,0,0,0,0,0,0,0,0,0,0,0,0,0,0,0,0,0,0,0,0,0,0,0,0,0,0,0,0,0,0,0,0,0,0,0,0,0,0,0,0,0,0,0,0,0,0,0,0,0,0,0,0,0,0,0,0,0,0,0,0,0,0,0,0,0,0,0,0,0"/>
                  </v:shape>
                  <v:shape id="Freeform: Shape 145" o:spid="_x0000_s1055" style="position:absolute;left:42102;top:16533;width:497;height:2928;visibility:visible;mso-wrap-style:square;v-text-anchor:middle" coordsize="49718,29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" path="m49716,225203r,-208723c49716,7408,42459,,33387,v,,-75,,-151,l32102,c23030,,15698,7333,15622,16329v,,,75,,75l15622,225203v76,14439,-4234,28575,-12473,40444c-1312,271921,-1009,280389,3904,286285r756,756c10633,293920,20989,294752,27944,288855v907,-756,1664,-1587,2344,-2494c43064,268595,49867,247277,49716,225354e" fillcolor="#63656c" stroked="f" strokeweight=".20981mm">
                    <v:stroke joinstyle="miter"/>
                    <v:path arrowok="t" o:connecttype="custom" o:connectlocs="49716,225203;49716,16480;33387,0;33236,0;32102,0;15622,16329;15622,16404;15622,225203;3149,265647;3904,286285;4660,287041;27944,288855;30288,286361;49716,225354" o:connectangles="0,0,0,0,0,0,0,0,0,0,0,0,0,0"/>
                  </v:shape>
                  <v:shape id="Freeform: Shape 146" o:spid="_x0000_s1056" style="position:absolute;left:38745;top:15578;width:3079;height:3166;visibility:visible;mso-wrap-style:square;v-text-anchor:middle" coordsize="307905,31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" path="m291123,282656r-156788,l134335,184003v,-30163,24494,-54581,54733,-54581c189445,129422,189823,129422,190201,129422v29861,1134,53523,25778,53296,55639l243497,195115v,9450,7635,17009,17009,17009c269956,212124,277515,204489,277515,195115r,-10961c277137,135167,237147,95781,188236,96159v-48987,378,-88373,40369,-87995,89280l100241,282732r-66147,l34094,16480c34094,7409,26837,,17765,v,,-76,,-151,l16480,c7408,,,7257,,16329v,,,76,,151l,292862v,13154,10659,23813,23813,23813c23888,316675,23964,316675,24040,316675r266856,c300346,316675,307905,309040,307905,299666v,-9374,-7635,-17010,-17009,-17010e" fillcolor="#63656c" stroked="f" strokeweight=".20981mm">
                    <v:stroke joinstyle="miter"/>
                    <v:path arrowok="t" o:connecttype="custom" o:connectlocs="291123,282656;134335,282656;134335,184003;189068,129422;190201,129422;243497,185061;243497,195115;260506,212124;277515,195115;277515,184154;188236,96159;100241,185439;100241,282732;34094,282732;34094,16480;17765,0;17614,0;16480,0;0,16329;0,16480;0,292862;23813,316675;24040,316675;290896,316675;307905,299666;290896,282656" o:connectangles="0,0,0,0,0,0,0,0,0,0,0,0,0,0,0,0,0,0,0,0,0,0,0,0,0,0"/>
                  </v:shape>
                  <v:shape id="Freeform: Shape 147" o:spid="_x0000_s1057" style="position:absolute;left:33395;top:16278;width:4829;height:2466;visibility:visible;mso-wrap-style:square;v-text-anchor:middle" coordsize="482912,24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" path="m72270,246597r14666,c107120,246597,126247,238130,139854,223313v10659,14439,27442,22981,45434,23284l456529,246597v14439,151,26232,-11416,26383,-25854c482912,220667,482912,220516,482912,220365r,-178409c482912,32884,475655,25476,466583,25476v,,-75,,-151,l465298,25476v-9072,,-16480,7258,-16480,16329c448818,41805,448818,41880,448818,41956r,170471l185212,212427v-14439,,-26232,-14968,-26232,-33490l158980,17009c158980,7560,151345,,141971,v-9374,,-17009,7635,-17009,17009l124962,17009r,17539c113546,27366,100317,23586,86861,23586r-14666,c32356,23586,76,55866,,95781r,78545c76,214241,32356,246445,72270,246597m34094,95857v,-21016,17009,-38101,38025,-38101l86861,57756v21016,,38101,17009,38101,38025l124962,95781r,78621c124962,195417,107952,212502,86936,212502r-14741,c51179,212502,34094,195493,34094,174477r,l34094,95857xe" fillcolor="#63656c" stroked="f" strokeweight=".20981mm">
                    <v:stroke joinstyle="miter"/>
                    <v:path arrowok="t" o:connecttype="custom" o:connectlocs="72270,246597;86936,246597;139854,223313;185288,246597;456529,246597;482912,220743;482912,220365;482912,41956;466583,25476;466432,25476;465298,25476;448818,41805;448818,41956;448818,212427;185212,212427;158980,178937;158980,17009;141971,0;124962,17009;124962,17009;124962,34548;86861,23586;72195,23586;0,95781;0,174326;72270,246597;34094,95857;72119,57756;86861,57756;124962,95781;124962,95781;124962,174402;86936,212502;72195,212502;34094,174477;34094,174477;34094,95857" o:connectangles="0,0,0,0,0,0,0,0,0,0,0,0,0,0,0,0,0,0,0,0,0,0,0,0,0,0,0,0,0,0,0,0,0,0,0,0,0"/>
                  </v:shape>
                  <v:shape id="Freeform: Shape 148" o:spid="_x0000_s1058" style="position:absolute;left:46017;top:16244;width:1056;height:811;visibility:visible;mso-wrap-style:square;v-text-anchor:middle" coordsize="105541,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" path="m64564,81116r32280,c101758,80964,105689,76807,105538,71893v-152,-4763,-3932,-8543,-8694,-8694l40222,63199r,-45434l77037,17765r,20185c77037,42864,80893,46870,85807,46946v4913,-76,8920,-4082,8996,-8996l94803,,33116,c27295,,22457,4763,22457,10659r,52540l9227,63199c4313,63048,156,66903,4,71893v-151,4914,3705,9071,8694,9223c8925,81116,9152,81116,9303,81116r55261,xe" fillcolor="#63656c" stroked="f" strokeweight=".20981mm">
                    <v:stroke joinstyle="miter"/>
                    <v:path arrowok="t" o:connecttype="custom" o:connectlocs="64564,81116;96844,81116;105538,71893;96844,63199;40222,63199;40222,17765;77037,17765;77037,37950;85807,46946;94803,37950;94803,0;33116,0;22457,10659;22457,63199;9227,63199;4,71893;8698,81116;9303,81116;64564,81116" o:connectangles="0,0,0,0,0,0,0,0,0,0,0,0,0,0,0,0,0,0,0"/>
                  </v:shape>
                  <v:shape id="Freeform: Shape 149" o:spid="_x0000_s1059" style="position:absolute;left:48115;top:18932;width:606;height:609;visibility:visible;mso-wrap-style:square;v-text-anchor:middle" coordsize="60628,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" path="m36362,58361l58134,36589v3327,-3402,3327,-8770,,-12096l36362,2495v-3402,-3327,-8769,-3327,-12095,l2495,24493v-3327,3402,-3327,8770,,12096l24267,58361v3326,3326,8693,3326,12095,e" fillcolor="#63656c" stroked="f" strokeweight=".20981mm">
                    <v:stroke joinstyle="miter"/>
                    <v:path arrowok="t" o:connecttype="custom" o:connectlocs="36362,58361;58134,36589;58134,24493;36362,2495;24267,2495;2495,24493;2495,36589;24267,58361;36362,58361" o:connectangles="0,0,0,0,0,0,0,0,0"/>
                  </v:shape>
                  <v:shape id="Freeform: Shape 150" o:spid="_x0000_s1060" style="position:absolute;left:48849;top:18933;width:608;height:608;visibility:visible;mso-wrap-style:square;v-text-anchor:middle" coordsize="60855,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" path="m36362,2495v-3402,-3327,-8769,-3327,-12095,l2495,24267v-3327,3402,-3327,8769,,12095l24267,58361v3402,3326,8769,3326,12095,l58361,36362v3326,-3402,3326,-8769,,-12095l36362,2495xe" fillcolor="#63656c" stroked="f" strokeweight=".20981mm">
                    <v:stroke joinstyle="miter"/>
                    <v:path arrowok="t" o:connecttype="custom" o:connectlocs="36362,2495;24267,2495;2495,24267;2495,36362;24267,58361;36362,58361;58361,36362;58361,24267;36362,2495" o:connectangles="0,0,0,0,0,0,0,0,0"/>
                  </v:shape>
                  <v:shape id="Freeform: Shape 151" o:spid="_x0000_s1061" style="position:absolute;left:35774;top:18933;width:609;height:608;visibility:visible;mso-wrap-style:square;v-text-anchor:middle" coordsize="60855,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" path="m24494,2495l2495,24267v-3327,3402,-3327,8769,,12095l24494,58361v3401,3326,8769,3326,12095,l58361,36362v3326,-3402,3326,-8769,,-12095l36589,2495v-3402,-3327,-8769,-3327,-12095,e" fillcolor="#63656c" stroked="f" strokeweight=".20981mm">
                    <v:stroke joinstyle="miter"/>
                    <v:path arrowok="t" o:connecttype="custom" o:connectlocs="24494,2495;2495,24267;2495,36362;24494,58361;36589,58361;58361,36362;58361,24267;36589,2495;24494,2495" o:connectangles="0,0,0,0,0,0,0,0,0"/>
                  </v:shape>
                  <v:shape id="Freeform: Shape 152" o:spid="_x0000_s1062" style="position:absolute;left:36512;top:18933;width:609;height:608;visibility:visible;mso-wrap-style:square;v-text-anchor:middle" coordsize="60855,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" path="m24267,2495l2495,24267v-3327,3402,-3327,8769,,12095l24267,58361v3402,3326,8769,3326,12095,l58361,36362v3326,-3402,3326,-8769,,-12095l36362,2495v-3326,-3327,-8693,-3327,-12095,e" fillcolor="#63656c" stroked="f" strokeweight=".20981mm">
                    <v:stroke joinstyle="miter"/>
                    <v:path arrowok="t" o:connecttype="custom" o:connectlocs="24267,2495;2495,24267;2495,36362;24267,58361;36362,58361;58361,36362;58361,24267;36362,2495;24267,2495" o:connectangles="0,0,0,0,0,0,0,0,0"/>
                  </v:shape>
                  <v:shape id="Freeform: Shape 153" o:spid="_x0000_s1063" style="position:absolute;left:46739;top:19445;width:609;height:609;visibility:visible;mso-wrap-style:square;v-text-anchor:middle" coordsize="60855,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" path="m36362,2495v-3402,-3327,-8769,-3327,-12095,l2495,24267v-3327,3402,-3327,8769,,12095l24267,58361v3402,3326,8769,3326,12095,l58361,36362v3326,-3402,3326,-8769,,-12095l36362,2495xe" fillcolor="#63656c" stroked="f" strokeweight=".20981mm">
                    <v:stroke joinstyle="miter"/>
                    <v:path arrowok="t" o:connecttype="custom" o:connectlocs="36362,2495;24267,2495;2495,24267;2495,36362;24267,58361;36362,58361;58361,36362;58361,24267;36362,2495" o:connectangles="0,0,0,0,0,0,0,0,0"/>
                  </v:shape>
                  <v:shape id="Freeform: Shape 154" o:spid="_x0000_s1064" style="position:absolute;left:33025;top:9259;width:7374;height:5674;visibility:visible;mso-wrap-style:square;v-text-anchor:middle" coordsize="737433,56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" path="m724279,7249c712032,-2276,694948,-2427,682474,6871l14577,504827c-921,515789,-4701,537258,6337,552831v10961,15573,32430,19277,48003,8240c54870,560693,55399,560315,55852,559937l668640,103030r,388038c668337,510043,683457,525767,702432,526070v18974,302,34698,-14817,35001,-33792c737433,491824,737433,491522,737433,491068r,-455848c737508,24334,732595,13977,724052,7174e" fillcolor="#63656c" stroked="f" strokeweight=".20981mm">
                    <v:stroke joinstyle="miter"/>
                    <v:path arrowok="t" o:connecttype="custom" o:connectlocs="724279,7249;682474,6871;14577,504827;6337,552831;54340,561071;55852,559937;668640,103030;668640,491068;702432,526070;737433,492278;737433,491068;737433,35220;724052,7174" o:connectangles="0,0,0,0,0,0,0,0,0,0,0,0,0"/>
                  </v:shape>
                  <v:shape id="Freeform: Shape 155" o:spid="_x0000_s1065" style="position:absolute;left:41170;top:9242;width:5876;height:5255;visibility:visible;mso-wrap-style:square;v-text-anchor:middle" coordsize="587543,52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" path="m400894,4l35006,4c16031,-298,307,14822,4,33796,-298,52771,14822,68495,33796,68798v454,,756,,1210,l90872,68798r,422888c91174,510661,106898,525855,125873,525478v18597,-303,33490,-15271,33792,-33792l159665,368085r243195,c504462,368463,587165,286289,587543,184687,587921,83085,505747,383,404145,4v-1059,,-2192,,-3251,m402936,299292r-243196,l159740,69100r243196,c466512,69100,518145,120657,518145,184309v,63653,-51557,115210,-115209,115210e" fillcolor="#63656c" stroked="f" strokeweight=".20981mm">
                    <v:stroke joinstyle="miter"/>
                    <v:path arrowok="t" o:connecttype="custom" o:connectlocs="400894,4;35006,4;4,33796;33796,68798;35006,68798;90872,68798;90872,491686;125873,525478;159665,491686;159665,368085;402860,368085;587543,184687;404145,4;400894,4;402936,299292;159740,299292;159740,69100;402936,69100;518145,184309;402936,299519" o:connectangles="0,0,0,0,0,0,0,0,0,0,0,0,0,0,0,0,0,0,0,0"/>
                  </v:shape>
                  <v:shape id="Freeform: Shape 156" o:spid="_x0000_s1066" style="position:absolute;left:47160;top:9244;width:6175;height:5260;visibility:visible;mso-wrap-style:square;v-text-anchor:middle" coordsize="617508,52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" path="m532359,69057c481104,23548,414655,-1096,346089,37l33798,37c14824,340,-371,16064,7,35039,309,53636,15277,68528,33798,68831r57529,l91327,491341v,19126,15498,34547,34624,34623l345862,525964v68566,983,134940,-23586,186270,-69020c639253,358820,646586,192356,548386,85311,543245,79717,537802,74274,532132,69057m354253,457171r-194510,l159743,68906r194510,c461449,68906,548386,155842,548386,263039v,107196,-86861,194057,-194133,194132e" fillcolor="#63656c" stroked="f" strokeweight=".20981mm">
                    <v:stroke joinstyle="miter"/>
                    <v:path arrowok="t" o:connecttype="custom" o:connectlocs="532359,69057;346089,37;33798,37;7,35039;33798,68831;91327,68831;91327,491341;125951,525964;345862,525964;532132,456944;548386,85311;532132,69057;354253,457171;159743,457171;159743,68906;354253,68906;548386,263039;354253,457171" o:connectangles="0,0,0,0,0,0,0,0,0,0,0,0,0,0,0,0,0,0"/>
                  </v:shape>
                </v:group>
                <v:shape id="Freeform: Shape 108" o:spid="_x0000_s1067" style="position:absolute;left:5603;top:8811;width:13968;height:16110;visibility:visible;mso-wrap-style:square;v-text-anchor:middle" coordsize="1396725,16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" path="m1030384,1156538c898694,1131818,678557,1106871,441410,1318239v-18597,-15648,-35985,-32582,-52162,-50725c297851,1163115,235182,977600,235182,817184,235106,398303,574460,58722,993341,58646v152,,303,,454,c1124728,58646,1267228,91985,1386444,136889v2344,-6048,8014,-24720,10282,-30768c1273503,39067,1058279,-6745,894537,815,397488,-1831,,383561,,864886v,222330,97671,424551,234803,578542c293089,1508063,359916,1564382,433321,1610950v44904,-63426,114604,-124356,162684,-165028c691257,1375618,794295,1327235,938836,1317937v146960,-11188,310778,31675,395598,90489c1340860,1400716,1362102,1359742,1368301,1351804v-31523,-34245,-118384,-137586,-337690,-195568e" fillcolor="#109d82" stroked="f" strokeweight=".20981mm">
                  <v:stroke joinstyle="miter"/>
                  <v:path arrowok="t" o:connecttype="custom" o:connectlocs="1030384,1156538;441410,1318239;389248,1267514;235182,817184;993341,58646;993795,58646;1386444,136889;1396726,106121;894537,815;0,864886;234803,1443428;433321,1610950;596005,1445922;938836,1317937;1334434,1408426;1368301,1351804;1030611,1156236" o:connectangles="0,0,0,0,0,0,0,0,0,0,0,0,0,0,0,0,0"/>
                </v:shape>
                <v:shape id="Freeform: Shape 109" o:spid="_x0000_s1068" style="position:absolute;left:11142;top:13314;width:6428;height:6428;visibility:visible;mso-wrap-style:square;v-text-anchor:middle" coordsize="642799,6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" path="m642799,321286v76,177502,-143709,321438,-321286,321513c144012,642875,76,499090,,321513,-76,144012,143710,76,321286,r151,c498939,,642724,143861,642799,321286e" fillcolor="#109d82" stroked="f" strokeweight=".20981mm">
                  <v:stroke joinstyle="miter"/>
                  <v:path arrowok="t" o:connecttype="custom" o:connectlocs="642799,321286;321513,642799;0,321513;321286,0;321437,0;642799,321286" o:connectangles="0,0,0,0,0,0"/>
                </v:shape>
                <v:shape id="Freeform: Shape 110" o:spid="_x0000_s1069" style="position:absolute;left:6346;top:5349;width:2496;height:3436;visibility:visible;mso-wrap-style:square;v-text-anchor:middle" coordsize="249626,34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" path="m686,20260c-4152,90943,16713,160870,59500,217341v45207,62669,127608,107498,157166,126171l249626,319699v-756,-23813,-7862,-123072,-63047,-199425c136231,50499,28733,,28733,l686,20260r,xe" fillcolor="#f8ac3e" stroked="f" strokeweight=".20981mm">
                  <v:stroke joinstyle="miter"/>
                  <v:path arrowok="t" o:connecttype="custom" o:connectlocs="686,20260;59500,217341;216666,343512;249626,319699;186579,120274;28733,0;686,20260;686,20260" o:connectangles="0,0,0,0,0,0,0,0"/>
                </v:shape>
                <v:shape id="Freeform: Shape 111" o:spid="_x0000_s1070" style="position:absolute;left:1089;top:19080;width:3810;height:1625;visibility:visible;mso-wrap-style:square;v-text-anchor:middle" coordsize="381007,16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" path="m5897,125285v60023,34019,130328,45207,197987,31524c278045,143428,352054,89982,381008,71990l374053,32981c353037,23683,262548,-12074,172209,4179,89809,18996,,91947,,91947r5821,33111l5897,125285r,xe" fillcolor="#f8ac3e" stroked="f" strokeweight=".20981mm">
                  <v:stroke joinstyle="miter"/>
                  <v:path arrowok="t" o:connecttype="custom" o:connectlocs="5897,125285;203884,156809;381008,71990;374053,32981;172209,4179;0,91947;5821,125058;5897,125285;5897,125285" o:connectangles="0,0,0,0,0,0,0,0,0"/>
                </v:shape>
                <v:shape id="Freeform: Shape 112" o:spid="_x0000_s1071" style="position:absolute;left:21154;top:5349;width:2498;height:3436;visibility:visible;mso-wrap-style:square;v-text-anchor:middle" coordsize="249777,34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" path="m249091,20260v4838,70683,-16026,140610,-58814,197081c145070,280010,62594,324839,33111,343512l,319699c756,295886,8013,196627,63048,120274,113395,50499,220894,,220894,r28197,20260l249091,20260xe" fillcolor="#f8ac3e" stroked="f" strokeweight=".20981mm">
                  <v:stroke joinstyle="miter"/>
                  <v:path arrowok="t" o:connecttype="custom" o:connectlocs="249091,20260;190277,217341;33111,343512;0,319699;63048,120274;220894,0;249091,20260;249091,20260" o:connectangles="0,0,0,0,0,0,0,0"/>
                </v:shape>
                <v:shape id="Freeform: Shape 113" o:spid="_x0000_s1072" style="position:absolute;left:25101;top:19080;width:3810;height:1625;visibility:visible;mso-wrap-style:square;v-text-anchor:middle" coordsize="381007,16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" path="m374884,125285v-59948,34019,-130177,45207,-197761,31524c102963,143428,28953,89982,,71990l6955,32981c27971,23683,118460,-12074,208798,4179v82628,14817,172210,87768,172210,87768l374960,125058r,227l374884,125285xe" fillcolor="#f8ac3e" stroked="f" strokeweight=".20981mm">
                  <v:stroke joinstyle="miter"/>
                  <v:path arrowok="t" o:connecttype="custom" o:connectlocs="374884,125285;177123,156809;0,71990;6955,32981;208798,4179;381008,91947;374960,125058;374960,125285;374884,125285" o:connectangles="0,0,0,0,0,0,0,0,0"/>
                </v:shape>
                <v:shape id="Freeform: Shape 114" o:spid="_x0000_s1073" style="position:absolute;left:14054;width:1698;height:6996;visibility:visible;mso-wrap-style:square;v-text-anchor:middle" coordsize="169793,69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" path="m63542,831v,,-71439,138947,-62821,351072c4199,490699,51069,641665,66264,699648r43014,-1134c122508,662832,173914,508766,169529,339732,165674,185212,99753,,99753,l63164,907r378,-76l63542,831xe" fillcolor="#93c13f" stroked="f" strokeweight=".20981mm">
                  <v:stroke joinstyle="miter"/>
                  <v:path arrowok="t" o:connecttype="custom" o:connectlocs="63542,831;721,351903;66264,699648;109278,698514;169529,339732;99753,0;63164,907;63542,831;63542,831" o:connectangles="0,0,0,0,0,0,0,0,0"/>
                </v:shape>
                <v:shape id="Freeform: Shape 115" o:spid="_x0000_s1074" style="position:absolute;top:10802;width:5322;height:2843;visibility:visible;mso-wrap-style:square;v-text-anchor:middle" coordsize="532276,28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" path="m,35833v,,69398,118535,228756,186421c332248,268973,463937,278121,513377,284319r18900,-41805c512092,217038,422737,112337,296793,55488,181583,3704,16026,,16026,l76,35530r,152l,35833xe" fillcolor="#93c13f" stroked="f" strokeweight=".20981mm">
                  <v:stroke joinstyle="miter"/>
                  <v:path arrowok="t" o:connecttype="custom" o:connectlocs="0,35833;228756,222254;513377,284319;532277,242514;296793,55488;16026,0;76,35530;76,35682;0,35833" o:connectangles="0,0,0,0,0,0,0,0,0"/>
                </v:shape>
                <v:shape id="Freeform: Shape 116" o:spid="_x0000_s1075" style="position:absolute;left:24677;top:10802;width:5323;height:2843;visibility:visible;mso-wrap-style:square;v-text-anchor:middle" coordsize="532276,28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" path="m532277,35833v,,-69398,118535,-228756,186421c200029,268973,68188,278121,18899,284319l,242514c20184,217038,109540,112337,235484,55488,350693,3704,516099,,516099,r15951,35530l532277,35833r,xe" fillcolor="#93c13f" stroked="f" strokeweight=".20981mm">
                  <v:stroke joinstyle="miter"/>
                  <v:path arrowok="t" o:connecttype="custom" o:connectlocs="532277,35833;303521,222254;18899,284319;0,242514;235484,55488;516099,0;532050,35530;532277,35833;532277,35833" o:connectangles="0,0,0,0,0,0,0,0,0"/>
                </v:shape>
                <v:shape id="Freeform: Shape 117" o:spid="_x0000_s1076" style="position:absolute;left:10820;top:10757;width:13507;height:20617;visibility:visible;mso-wrap-style:square;v-text-anchor:middle" coordsize="1350611,206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" path="m393330,1597693v,,244480,-23813,476335,-127304c970435,1428432,1056691,1358656,1122234,1300598v238961,-210234,226866,-466280,228378,-516250c1350082,711321,1337987,638900,1314703,569729,1242130,342485,1038699,173753,840560,91201,800796,74721,758689,57712,719681,45994,616265,14773,508691,-800,400663,32v151,9525,1814,30012,2343,39537c642346,52420,843811,163925,980792,380056v71439,112640,108935,249470,101451,409659c1073852,880961,1059488,957087,1019195,1043342,902172,1304529,640456,1496772,,1565640r,146507l554729,1728098,174855,1872185v41956,135167,197610,186800,289914,189370c595551,2065410,711668,1987395,756875,1885868l433472,1873017,868985,1713130r,-121409l393027,1597391r303,302l393330,1597693xe" fillcolor="#93c13f" stroked="f" strokeweight=".20981mm">
                  <v:stroke joinstyle="miter"/>
                  <v:path arrowok="t" o:connecttype="custom" o:connectlocs="393330,1597693;869665,1470389;1122234,1300598;1350612,784348;1314703,569729;840560,91201;719681,45994;400663,32;403006,39569;980792,380056;1082243,789715;1019195,1043342;0,1565640;0,1712147;554729,1728098;174855,1872185;464769,2061555;756875,1885868;433472,1873017;868985,1713130;868985,1591721;393027,1597391;393330,1597693;393330,1597693" o:connectangles="0,0,0,0,0,0,0,0,0,0,0,0,0,0,0,0,0,0,0,0,0,0,0,0"/>
                </v:shape>
              </v:group>
            </w:pict>
          </mc:Fallback>
        </mc:AlternateContent>
      </w:r>
    </w:p>
    <w:p w14:paraId="26AE2C26" w14:textId="2586AEE7" w:rsidR="00A058F0" w:rsidRDefault="00A058F0" w:rsidP="00A058F0">
      <w:pPr>
        <w:jc w:val="center"/>
        <w:rPr>
          <w:rtl/>
        </w:rPr>
      </w:pPr>
    </w:p>
    <w:p w14:paraId="766828A9" w14:textId="77777777" w:rsidR="00A058F0" w:rsidRDefault="00A058F0">
      <w:pPr>
        <w:jc w:val="center"/>
        <w:rPr>
          <w:rtl/>
        </w:rPr>
      </w:pPr>
    </w:p>
    <w:p w14:paraId="5B2AA247" w14:textId="4C7D941F" w:rsidR="00A058F0" w:rsidRPr="00E85862" w:rsidRDefault="00A058F0" w:rsidP="00E85862">
      <w:pPr>
        <w:pStyle w:val="Heading5"/>
        <w:bidi/>
        <w:rPr>
          <w:rFonts w:ascii="☞DIODRUM ARABIC SEMIBOLD" w:hAnsi="☞DIODRUM ARABIC SEMIBOLD" w:cs="☞DIODRUM ARABIC SEMIBOLD"/>
          <w:b/>
          <w:bCs/>
          <w:color w:val="auto"/>
          <w:rtl/>
        </w:rPr>
      </w:pPr>
      <w:r w:rsidRPr="00E85862">
        <w:rPr>
          <w:rFonts w:ascii="☞DIODRUM ARABIC SEMIBOLD" w:hAnsi="☞DIODRUM ARABIC SEMIBOLD" w:cs="☞DIODRUM ARABIC SEMIBOLD" w:hint="cs"/>
          <w:b/>
          <w:bCs/>
          <w:color w:val="auto"/>
          <w:rtl/>
        </w:rPr>
        <w:t>الشركاء المساهمون:</w:t>
      </w:r>
    </w:p>
    <w:p w14:paraId="79C92641" w14:textId="77777777" w:rsidR="00A058F0" w:rsidRDefault="00A058F0" w:rsidP="00E3354B">
      <w:pPr>
        <w:rPr>
          <w:rtl/>
        </w:rPr>
      </w:pPr>
    </w:p>
    <w:p w14:paraId="4B577A63" w14:textId="14ECCABE" w:rsidR="00D04C7D" w:rsidRDefault="00D6184D">
      <w:pPr>
        <w:jc w:val="center"/>
      </w:pPr>
      <w:r>
        <w:rPr>
          <w:noProof/>
        </w:rPr>
        <w:drawing>
          <wp:inline distT="0" distB="0" distL="0" distR="0" wp14:anchorId="18ABDBCE" wp14:editId="0F93737D">
            <wp:extent cx="1477818" cy="815723"/>
            <wp:effectExtent l="0" t="0" r="0" b="0"/>
            <wp:docPr id="32" name="Picture 32" descr="جمعية كبار السن الأهل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جمعية كبار السن الأهلية"/>
                    <pic:cNvPicPr/>
                  </pic:nvPicPr>
                  <pic:blipFill>
                    <a:blip r:embed="rId11"/>
                    <a:stretch>
                      <a:fillRect/>
                    </a:stretch>
                  </pic:blipFill>
                  <pic:spPr>
                    <a:xfrm>
                      <a:off x="0" y="0"/>
                      <a:ext cx="1587452" cy="876238"/>
                    </a:xfrm>
                    <a:prstGeom prst="rect">
                      <a:avLst/>
                    </a:prstGeom>
                  </pic:spPr>
                </pic:pic>
              </a:graphicData>
            </a:graphic>
          </wp:inline>
        </w:drawing>
      </w:r>
    </w:p>
    <w:p w14:paraId="55819026" w14:textId="77777777" w:rsidR="00D04C7D" w:rsidRDefault="00D6184D">
      <w:pPr>
        <w:jc w:val="center"/>
        <w:rPr>
          <w:rtl/>
        </w:rPr>
      </w:pPr>
      <w:r>
        <w:rPr>
          <w:noProof/>
        </w:rPr>
        <w:drawing>
          <wp:inline distT="0" distB="0" distL="0" distR="0" wp14:anchorId="183674B8" wp14:editId="4780E2C7">
            <wp:extent cx="801628" cy="423724"/>
            <wp:effectExtent l="0" t="0" r="0" b="0"/>
            <wp:docPr id="33" name="Picture 33" descr="جمعية المكفوفين الأهل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جمعية المكفوفين الأهلية"/>
                    <pic:cNvPicPr/>
                  </pic:nvPicPr>
                  <pic:blipFill>
                    <a:blip r:embed="rId12"/>
                    <a:stretch>
                      <a:fillRect/>
                    </a:stretch>
                  </pic:blipFill>
                  <pic:spPr>
                    <a:xfrm>
                      <a:off x="0" y="0"/>
                      <a:ext cx="801628" cy="423724"/>
                    </a:xfrm>
                    <a:prstGeom prst="rect">
                      <a:avLst/>
                    </a:prstGeom>
                  </pic:spPr>
                </pic:pic>
              </a:graphicData>
            </a:graphic>
          </wp:inline>
        </w:drawing>
      </w:r>
    </w:p>
    <w:p w14:paraId="6F093285" w14:textId="77777777" w:rsidR="00D04C7D" w:rsidRDefault="00D6184D">
      <w:pPr>
        <w:jc w:val="center"/>
      </w:pPr>
      <w:r>
        <w:rPr>
          <w:noProof/>
        </w:rPr>
        <w:drawing>
          <wp:inline distT="0" distB="0" distL="0" distR="0" wp14:anchorId="34C02642" wp14:editId="04EE533A">
            <wp:extent cx="2447496" cy="392726"/>
            <wp:effectExtent l="0" t="0" r="0" b="0"/>
            <wp:docPr id="34" name="Picture 34" descr="الجمعية السعودية للإعاقة السمع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الجمعية السعودية للإعاقة السمعية"/>
                    <pic:cNvPicPr/>
                  </pic:nvPicPr>
                  <pic:blipFill>
                    <a:blip r:embed="rId13"/>
                    <a:stretch>
                      <a:fillRect/>
                    </a:stretch>
                  </pic:blipFill>
                  <pic:spPr>
                    <a:xfrm>
                      <a:off x="0" y="0"/>
                      <a:ext cx="2447496" cy="392726"/>
                    </a:xfrm>
                    <a:prstGeom prst="rect">
                      <a:avLst/>
                    </a:prstGeom>
                  </pic:spPr>
                </pic:pic>
              </a:graphicData>
            </a:graphic>
          </wp:inline>
        </w:drawing>
      </w:r>
    </w:p>
    <w:p w14:paraId="16353642" w14:textId="77777777" w:rsidR="00E85862" w:rsidRDefault="00E85862" w:rsidP="00E85862">
      <w:pPr>
        <w:bidi/>
        <w:rPr>
          <w:rFonts w:ascii="☞DIODRUM ARABIC MEDIUM" w:hAnsi="☞DIODRUM ARABIC MEDIUM" w:cs="☞DIODRUM ARABIC MEDIUM"/>
          <w:sz w:val="24"/>
          <w:szCs w:val="24"/>
          <w:rtl/>
        </w:rPr>
      </w:pPr>
    </w:p>
    <w:p w14:paraId="1DC18CC2" w14:textId="468277A8" w:rsidR="00D04C7D" w:rsidRDefault="00E85862" w:rsidP="00E85862">
      <w:pPr>
        <w:bidi/>
        <w:rPr>
          <w:rFonts w:ascii="☞DIODRUM ARABIC MEDIUM" w:hAnsi="☞DIODRUM ARABIC MEDIUM" w:cs="☞DIODRUM ARABIC MEDIUM"/>
          <w:sz w:val="24"/>
          <w:szCs w:val="24"/>
          <w:rtl/>
        </w:rPr>
      </w:pPr>
      <w:r>
        <w:rPr>
          <w:rFonts w:ascii="☞DIODRUM ARABIC MEDIUM" w:hAnsi="☞DIODRUM ARABIC MEDIUM" w:cs="☞DIODRUM ARABIC MEDIUM" w:hint="cs"/>
          <w:sz w:val="24"/>
          <w:szCs w:val="24"/>
          <w:rtl/>
        </w:rPr>
        <w:lastRenderedPageBreak/>
        <w:t>أ</w:t>
      </w:r>
      <w:r w:rsidR="00A058F0" w:rsidRPr="00A058F0">
        <w:rPr>
          <w:rFonts w:ascii="☞DIODRUM ARABIC MEDIUM" w:hAnsi="☞DIODRUM ARABIC MEDIUM" w:cs="☞DIODRUM ARABIC MEDIUM" w:hint="cs"/>
          <w:sz w:val="24"/>
          <w:szCs w:val="24"/>
          <w:rtl/>
        </w:rPr>
        <w:t>برز الشركاء مقدمي المنتجات أو الخدمات الرقمية:</w:t>
      </w:r>
    </w:p>
    <w:p w14:paraId="6C34A3AA" w14:textId="27C7929C" w:rsidR="00A058F0" w:rsidRDefault="00A058F0" w:rsidP="00A058F0">
      <w:pPr>
        <w:jc w:val="center"/>
        <w:rPr>
          <w:rFonts w:ascii="☞DIODRUM ARABIC MEDIUM" w:hAnsi="☞DIODRUM ARABIC MEDIUM" w:cs="☞DIODRUM ARABIC MEDIUM"/>
          <w:sz w:val="24"/>
          <w:szCs w:val="24"/>
          <w:rtl/>
        </w:rPr>
      </w:pPr>
      <w:r w:rsidRPr="00A058F0">
        <w:rPr>
          <w:rFonts w:ascii="☞DIODRUM ARABIC MEDIUM" w:hAnsi="☞DIODRUM ARABIC MEDIUM" w:cs="☞DIODRUM ARABIC MEDIUM"/>
          <w:noProof/>
          <w:sz w:val="24"/>
          <w:szCs w:val="24"/>
        </w:rPr>
        <w:drawing>
          <wp:inline distT="0" distB="0" distL="0" distR="0" wp14:anchorId="2E5037D9" wp14:editId="2CFA218D">
            <wp:extent cx="1355104" cy="712642"/>
            <wp:effectExtent l="0" t="0" r="3810" b="0"/>
            <wp:docPr id="681147515" name="Picture 2" descr="وزارة العدل ">
              <a:extLst xmlns:a="http://schemas.openxmlformats.org/drawingml/2006/main">
                <a:ext uri="{FF2B5EF4-FFF2-40B4-BE49-F238E27FC236}">
                  <a16:creationId xmlns:a16="http://schemas.microsoft.com/office/drawing/2014/main" id="{A7CA8809-0543-E95F-B3FE-4CEC6698D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47515" name="Picture 2" descr="وزارة العدل ">
                      <a:extLst>
                        <a:ext uri="{FF2B5EF4-FFF2-40B4-BE49-F238E27FC236}">
                          <a16:creationId xmlns:a16="http://schemas.microsoft.com/office/drawing/2014/main" id="{A7CA8809-0543-E95F-B3FE-4CEC6698D19A}"/>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5104" cy="712642"/>
                    </a:xfrm>
                    <a:prstGeom prst="rect">
                      <a:avLst/>
                    </a:prstGeom>
                    <a:noFill/>
                  </pic:spPr>
                </pic:pic>
              </a:graphicData>
            </a:graphic>
          </wp:inline>
        </w:drawing>
      </w:r>
    </w:p>
    <w:p w14:paraId="5EC2BA3F" w14:textId="1D2C2B7C" w:rsidR="00A058F0" w:rsidRDefault="00A058F0" w:rsidP="00A058F0">
      <w:pPr>
        <w:jc w:val="center"/>
        <w:rPr>
          <w:rFonts w:ascii="☞DIODRUM ARABIC MEDIUM" w:hAnsi="☞DIODRUM ARABIC MEDIUM" w:cs="☞DIODRUM ARABIC MEDIUM"/>
          <w:sz w:val="24"/>
          <w:szCs w:val="24"/>
          <w:rtl/>
        </w:rPr>
      </w:pPr>
      <w:r w:rsidRPr="00A058F0">
        <w:rPr>
          <w:rFonts w:ascii="☞DIODRUM ARABIC MEDIUM" w:hAnsi="☞DIODRUM ARABIC MEDIUM" w:cs="☞DIODRUM ARABIC MEDIUM"/>
          <w:noProof/>
          <w:sz w:val="24"/>
          <w:szCs w:val="24"/>
        </w:rPr>
        <w:drawing>
          <wp:inline distT="0" distB="0" distL="0" distR="0" wp14:anchorId="428CE4C0" wp14:editId="524EC4E9">
            <wp:extent cx="1548359" cy="572892"/>
            <wp:effectExtent l="0" t="0" r="1270" b="0"/>
            <wp:docPr id="95" name="Picture 8" descr="مستشفى الملك خالد التخصصي للعيون">
              <a:extLst xmlns:a="http://schemas.openxmlformats.org/drawingml/2006/main">
                <a:ext uri="{FF2B5EF4-FFF2-40B4-BE49-F238E27FC236}">
                  <a16:creationId xmlns:a16="http://schemas.microsoft.com/office/drawing/2014/main" id="{E5904BB9-98F8-4EF4-8C3B-45A59CCC7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8" descr="مستشفى الملك خالد التخصصي للعيون">
                      <a:extLst>
                        <a:ext uri="{FF2B5EF4-FFF2-40B4-BE49-F238E27FC236}">
                          <a16:creationId xmlns:a16="http://schemas.microsoft.com/office/drawing/2014/main" id="{E5904BB9-98F8-4EF4-8C3B-45A59CCC749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8359" cy="57289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B00B7B1" w14:textId="332C2295" w:rsidR="00A058F0" w:rsidRDefault="00A058F0" w:rsidP="00A058F0">
      <w:pPr>
        <w:jc w:val="center"/>
        <w:rPr>
          <w:rFonts w:ascii="☞DIODRUM ARABIC MEDIUM" w:hAnsi="☞DIODRUM ARABIC MEDIUM" w:cs="☞DIODRUM ARABIC MEDIUM"/>
          <w:sz w:val="24"/>
          <w:szCs w:val="24"/>
          <w:rtl/>
        </w:rPr>
      </w:pPr>
      <w:r w:rsidRPr="00A058F0">
        <w:rPr>
          <w:rFonts w:ascii="☞DIODRUM ARABIC MEDIUM" w:hAnsi="☞DIODRUM ARABIC MEDIUM" w:cs="☞DIODRUM ARABIC MEDIUM"/>
          <w:noProof/>
          <w:sz w:val="24"/>
          <w:szCs w:val="24"/>
        </w:rPr>
        <w:drawing>
          <wp:inline distT="0" distB="0" distL="0" distR="0" wp14:anchorId="3F376C78" wp14:editId="07BF70E4">
            <wp:extent cx="683973" cy="622431"/>
            <wp:effectExtent l="0" t="0" r="1905" b="0"/>
            <wp:docPr id="1282783563" name="Picture 16" descr="وزارة الصحة">
              <a:extLst xmlns:a="http://schemas.openxmlformats.org/drawingml/2006/main">
                <a:ext uri="{FF2B5EF4-FFF2-40B4-BE49-F238E27FC236}">
                  <a16:creationId xmlns:a16="http://schemas.microsoft.com/office/drawing/2014/main" id="{83FA5670-F59C-CDAF-FCDC-F77BC9BA3D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83563" name="Picture 16" descr="وزارة الصحة">
                      <a:extLst>
                        <a:ext uri="{FF2B5EF4-FFF2-40B4-BE49-F238E27FC236}">
                          <a16:creationId xmlns:a16="http://schemas.microsoft.com/office/drawing/2014/main" id="{83FA5670-F59C-CDAF-FCDC-F77BC9BA3DE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973" cy="62243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C9BF9CC" w14:textId="7C10FDF6" w:rsidR="00A058F0" w:rsidRDefault="00A058F0" w:rsidP="00A058F0">
      <w:pPr>
        <w:jc w:val="center"/>
        <w:rPr>
          <w:rFonts w:ascii="☞DIODRUM ARABIC MEDIUM" w:hAnsi="☞DIODRUM ARABIC MEDIUM" w:cs="☞DIODRUM ARABIC MEDIUM"/>
          <w:sz w:val="24"/>
          <w:szCs w:val="24"/>
          <w:rtl/>
        </w:rPr>
      </w:pPr>
      <w:r w:rsidRPr="00A058F0">
        <w:rPr>
          <w:rFonts w:ascii="☞DIODRUM ARABIC MEDIUM" w:hAnsi="☞DIODRUM ARABIC MEDIUM" w:cs="☞DIODRUM ARABIC MEDIUM"/>
          <w:noProof/>
          <w:sz w:val="24"/>
          <w:szCs w:val="24"/>
        </w:rPr>
        <w:drawing>
          <wp:inline distT="0" distB="0" distL="0" distR="0" wp14:anchorId="32EBC586" wp14:editId="6153BE83">
            <wp:extent cx="889166" cy="558887"/>
            <wp:effectExtent l="0" t="0" r="0" b="0"/>
            <wp:docPr id="1671317535" name="Picture 24" descr="وزارة الثقافة">
              <a:extLst xmlns:a="http://schemas.openxmlformats.org/drawingml/2006/main">
                <a:ext uri="{FF2B5EF4-FFF2-40B4-BE49-F238E27FC236}">
                  <a16:creationId xmlns:a16="http://schemas.microsoft.com/office/drawing/2014/main" id="{3982FC62-D259-D289-0B57-648BC5CF14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17535" name="Picture 24" descr="وزارة الثقافة">
                      <a:extLst>
                        <a:ext uri="{FF2B5EF4-FFF2-40B4-BE49-F238E27FC236}">
                          <a16:creationId xmlns:a16="http://schemas.microsoft.com/office/drawing/2014/main" id="{3982FC62-D259-D289-0B57-648BC5CF14D7}"/>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166" cy="55888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844D6B6" w14:textId="4F97A74E" w:rsidR="00A058F0" w:rsidRDefault="00A058F0" w:rsidP="00A058F0">
      <w:pPr>
        <w:jc w:val="center"/>
        <w:rPr>
          <w:rFonts w:ascii="☞DIODRUM ARABIC MEDIUM" w:hAnsi="☞DIODRUM ARABIC MEDIUM" w:cs="☞DIODRUM ARABIC MEDIUM"/>
          <w:sz w:val="24"/>
          <w:szCs w:val="24"/>
          <w:rtl/>
        </w:rPr>
      </w:pPr>
      <w:r w:rsidRPr="00A058F0">
        <w:rPr>
          <w:rFonts w:ascii="☞DIODRUM ARABIC MEDIUM" w:hAnsi="☞DIODRUM ARABIC MEDIUM" w:cs="☞DIODRUM ARABIC MEDIUM"/>
          <w:noProof/>
          <w:sz w:val="24"/>
          <w:szCs w:val="24"/>
        </w:rPr>
        <w:drawing>
          <wp:inline distT="0" distB="0" distL="0" distR="0" wp14:anchorId="07FA4583" wp14:editId="2AB88FD6">
            <wp:extent cx="1558556" cy="369065"/>
            <wp:effectExtent l="0" t="0" r="3810" b="0"/>
            <wp:docPr id="811204904" name="Picture 28" descr="هيئة الهلال الأحمر السعودي">
              <a:extLst xmlns:a="http://schemas.openxmlformats.org/drawingml/2006/main">
                <a:ext uri="{FF2B5EF4-FFF2-40B4-BE49-F238E27FC236}">
                  <a16:creationId xmlns:a16="http://schemas.microsoft.com/office/drawing/2014/main" id="{5B0CBC63-426B-B5C6-581A-86A7D488F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04904" name="Picture 28" descr="هيئة الهلال الأحمر السعودي">
                      <a:extLst>
                        <a:ext uri="{FF2B5EF4-FFF2-40B4-BE49-F238E27FC236}">
                          <a16:creationId xmlns:a16="http://schemas.microsoft.com/office/drawing/2014/main" id="{5B0CBC63-426B-B5C6-581A-86A7D488FDAC}"/>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8556" cy="3690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C1F1F0A" w14:textId="5B09FB62" w:rsidR="00A058F0" w:rsidRDefault="00A058F0" w:rsidP="00A058F0">
      <w:pPr>
        <w:jc w:val="center"/>
        <w:rPr>
          <w:rFonts w:ascii="☞DIODRUM ARABIC MEDIUM" w:hAnsi="☞DIODRUM ARABIC MEDIUM" w:cs="☞DIODRUM ARABIC MEDIUM"/>
          <w:sz w:val="24"/>
          <w:szCs w:val="24"/>
          <w:rtl/>
        </w:rPr>
      </w:pPr>
      <w:r w:rsidRPr="00A058F0">
        <w:rPr>
          <w:rFonts w:ascii="☞DIODRUM ARABIC MEDIUM" w:hAnsi="☞DIODRUM ARABIC MEDIUM" w:cs="☞DIODRUM ARABIC MEDIUM"/>
          <w:noProof/>
          <w:sz w:val="24"/>
          <w:szCs w:val="24"/>
        </w:rPr>
        <w:drawing>
          <wp:inline distT="0" distB="0" distL="0" distR="0" wp14:anchorId="28FDD42A" wp14:editId="5D969BA9">
            <wp:extent cx="1231152" cy="426254"/>
            <wp:effectExtent l="0" t="0" r="1270" b="5715"/>
            <wp:docPr id="836180095" name="Picture 26" descr="الهيئة السعودية للبيانات والذكاء الاصطناعي - سدايا">
              <a:extLst xmlns:a="http://schemas.openxmlformats.org/drawingml/2006/main">
                <a:ext uri="{FF2B5EF4-FFF2-40B4-BE49-F238E27FC236}">
                  <a16:creationId xmlns:a16="http://schemas.microsoft.com/office/drawing/2014/main" id="{95537CA0-7DF5-D382-8B96-0E62540B09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0095" name="Picture 26" descr="الهيئة السعودية للبيانات والذكاء الاصطناعي - سدايا">
                      <a:extLst>
                        <a:ext uri="{FF2B5EF4-FFF2-40B4-BE49-F238E27FC236}">
                          <a16:creationId xmlns:a16="http://schemas.microsoft.com/office/drawing/2014/main" id="{95537CA0-7DF5-D382-8B96-0E62540B0902}"/>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1152" cy="42625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6F92C25" w14:textId="3C621E24" w:rsidR="00A058F0" w:rsidRDefault="00A058F0" w:rsidP="00A058F0">
      <w:pPr>
        <w:jc w:val="center"/>
        <w:rPr>
          <w:rFonts w:ascii="☞DIODRUM ARABIC MEDIUM" w:hAnsi="☞DIODRUM ARABIC MEDIUM" w:cs="☞DIODRUM ARABIC MEDIUM"/>
          <w:sz w:val="24"/>
          <w:szCs w:val="24"/>
          <w:rtl/>
        </w:rPr>
      </w:pPr>
      <w:r w:rsidRPr="00A058F0">
        <w:rPr>
          <w:rFonts w:ascii="☞DIODRUM ARABIC MEDIUM" w:hAnsi="☞DIODRUM ARABIC MEDIUM" w:cs="☞DIODRUM ARABIC MEDIUM"/>
          <w:noProof/>
          <w:sz w:val="24"/>
          <w:szCs w:val="24"/>
        </w:rPr>
        <w:drawing>
          <wp:inline distT="0" distB="0" distL="0" distR="0" wp14:anchorId="1B2B2645" wp14:editId="0EB92A14">
            <wp:extent cx="1162754" cy="432582"/>
            <wp:effectExtent l="0" t="0" r="5715" b="0"/>
            <wp:docPr id="1383748062" name="Picture 58" descr="مواءمة">
              <a:extLst xmlns:a="http://schemas.openxmlformats.org/drawingml/2006/main">
                <a:ext uri="{FF2B5EF4-FFF2-40B4-BE49-F238E27FC236}">
                  <a16:creationId xmlns:a16="http://schemas.microsoft.com/office/drawing/2014/main" id="{AD437439-FB9C-F724-AF97-FE57E329F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48062" name="Picture 58" descr="مواءمة">
                      <a:extLst>
                        <a:ext uri="{FF2B5EF4-FFF2-40B4-BE49-F238E27FC236}">
                          <a16:creationId xmlns:a16="http://schemas.microsoft.com/office/drawing/2014/main" id="{AD437439-FB9C-F724-AF97-FE57E329F655}"/>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162754" cy="432582"/>
                    </a:xfrm>
                    <a:prstGeom prst="rect">
                      <a:avLst/>
                    </a:prstGeom>
                  </pic:spPr>
                </pic:pic>
              </a:graphicData>
            </a:graphic>
          </wp:inline>
        </w:drawing>
      </w:r>
    </w:p>
    <w:p w14:paraId="43984F04" w14:textId="597356D1" w:rsidR="004D3359" w:rsidRDefault="004D3359" w:rsidP="004D3359">
      <w:pPr>
        <w:jc w:val="center"/>
        <w:rPr>
          <w:rFonts w:ascii="☞DIODRUM ARABIC MEDIUM" w:hAnsi="☞DIODRUM ARABIC MEDIUM" w:cs="☞DIODRUM ARABIC MEDIUM"/>
          <w:sz w:val="24"/>
          <w:szCs w:val="24"/>
          <w:rtl/>
        </w:rPr>
      </w:pPr>
      <w:r w:rsidRPr="004D3359">
        <w:rPr>
          <w:rFonts w:ascii="☞DIODRUM ARABIC MEDIUM" w:hAnsi="☞DIODRUM ARABIC MEDIUM" w:cs="☞DIODRUM ARABIC MEDIUM"/>
          <w:noProof/>
          <w:sz w:val="24"/>
          <w:szCs w:val="24"/>
        </w:rPr>
        <w:drawing>
          <wp:inline distT="0" distB="0" distL="0" distR="0" wp14:anchorId="38D6802B" wp14:editId="3673812E">
            <wp:extent cx="757556" cy="757556"/>
            <wp:effectExtent l="0" t="0" r="4445" b="0"/>
            <wp:docPr id="96" name="Picture 2" descr="الشؤون الصحية بوزارة الحرس الوطني">
              <a:extLst xmlns:a="http://schemas.openxmlformats.org/drawingml/2006/main">
                <a:ext uri="{FF2B5EF4-FFF2-40B4-BE49-F238E27FC236}">
                  <a16:creationId xmlns:a16="http://schemas.microsoft.com/office/drawing/2014/main" id="{5BE4468F-29FC-4F7F-B1AF-23F515454E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2" descr="الشؤون الصحية بوزارة الحرس الوطني">
                      <a:extLst>
                        <a:ext uri="{FF2B5EF4-FFF2-40B4-BE49-F238E27FC236}">
                          <a16:creationId xmlns:a16="http://schemas.microsoft.com/office/drawing/2014/main" id="{5BE4468F-29FC-4F7F-B1AF-23F515454E9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7556" cy="75755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A885955" w14:textId="5FB774E1" w:rsidR="004D3359" w:rsidRPr="00A058F0" w:rsidRDefault="004D3359" w:rsidP="004D3359">
      <w:pPr>
        <w:jc w:val="center"/>
        <w:rPr>
          <w:rFonts w:ascii="☞DIODRUM ARABIC MEDIUM" w:hAnsi="☞DIODRUM ARABIC MEDIUM" w:cs="☞DIODRUM ARABIC MEDIUM"/>
          <w:sz w:val="24"/>
          <w:szCs w:val="24"/>
        </w:rPr>
      </w:pPr>
      <w:r w:rsidRPr="004D3359">
        <w:rPr>
          <w:rFonts w:ascii="☞DIODRUM ARABIC MEDIUM" w:hAnsi="☞DIODRUM ARABIC MEDIUM" w:cs="☞DIODRUM ARABIC MEDIUM"/>
          <w:noProof/>
          <w:sz w:val="24"/>
          <w:szCs w:val="24"/>
        </w:rPr>
        <w:drawing>
          <wp:inline distT="0" distB="0" distL="0" distR="0" wp14:anchorId="1C0BCF5B" wp14:editId="3E113C68">
            <wp:extent cx="1162754" cy="740190"/>
            <wp:effectExtent l="0" t="0" r="5715" b="0"/>
            <wp:docPr id="1132532190" name="Picture 30" descr="ابشر - وزارة الداخلية">
              <a:extLst xmlns:a="http://schemas.openxmlformats.org/drawingml/2006/main">
                <a:ext uri="{FF2B5EF4-FFF2-40B4-BE49-F238E27FC236}">
                  <a16:creationId xmlns:a16="http://schemas.microsoft.com/office/drawing/2014/main" id="{DD6E67D9-00A9-80BA-A62F-16F1573B50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32190" name="Picture 30" descr="ابشر - وزارة الداخلية">
                      <a:extLst>
                        <a:ext uri="{FF2B5EF4-FFF2-40B4-BE49-F238E27FC236}">
                          <a16:creationId xmlns:a16="http://schemas.microsoft.com/office/drawing/2014/main" id="{DD6E67D9-00A9-80BA-A62F-16F1573B50FF}"/>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2754" cy="74019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3FCE7A5" w14:textId="71CCC68E" w:rsidR="00D04C7D" w:rsidRDefault="00A058F0" w:rsidP="00A058F0">
      <w:pPr>
        <w:tabs>
          <w:tab w:val="left" w:pos="7156"/>
        </w:tabs>
        <w:jc w:val="right"/>
      </w:pPr>
      <w:r>
        <w:tab/>
      </w:r>
    </w:p>
    <w:p w14:paraId="1EA55A79" w14:textId="77777777" w:rsidR="00D04C7D" w:rsidRDefault="00D6184D">
      <w:r>
        <w:br w:type="page"/>
      </w:r>
    </w:p>
    <w:p w14:paraId="488CA780" w14:textId="45630471" w:rsidR="00D04C7D" w:rsidRPr="006F71CA" w:rsidRDefault="00A631E7">
      <w:pPr>
        <w:pStyle w:val="Heading3"/>
        <w:bidi/>
        <w:rPr>
          <w:rFonts w:ascii="☞DIODRUM ARABIC SEMIBOLD" w:hAnsi="☞DIODRUM ARABIC SEMIBOLD" w:cs="☞DIODRUM ARABIC SEMIBOLD"/>
          <w:color w:val="auto"/>
          <w:sz w:val="24"/>
          <w:szCs w:val="24"/>
        </w:rPr>
      </w:pPr>
      <w:bookmarkStart w:id="25" w:name="heading_12_33_الجهات_الحكومية_ودعم_تمكين"/>
      <w:bookmarkStart w:id="26" w:name="_Toc204265942"/>
      <w:r>
        <w:rPr>
          <w:rFonts w:ascii="☞DIODRUM ARABIC SEMIBOLD" w:hAnsi="☞DIODRUM ARABIC SEMIBOLD" w:cs="☞DIODRUM ARABIC SEMIBOLD"/>
          <w:color w:val="auto"/>
          <w:sz w:val="24"/>
          <w:szCs w:val="24"/>
        </w:rPr>
        <w:lastRenderedPageBreak/>
        <w:t xml:space="preserve"> </w:t>
      </w:r>
      <w:r w:rsidR="00D6184D" w:rsidRPr="006F71CA">
        <w:rPr>
          <w:rFonts w:ascii="☞DIODRUM ARABIC SEMIBOLD" w:hAnsi="☞DIODRUM ARABIC SEMIBOLD" w:cs="☞DIODRUM ARABIC SEMIBOLD" w:hint="cs"/>
          <w:color w:val="auto"/>
          <w:sz w:val="24"/>
          <w:szCs w:val="24"/>
        </w:rPr>
        <w:t xml:space="preserve">3.3 </w:t>
      </w:r>
      <w:r w:rsidR="00D6184D" w:rsidRPr="00083043">
        <w:rPr>
          <w:rFonts w:ascii="☞DIODRUM ARABIC SEMIBOLD" w:hAnsi="☞DIODRUM ARABIC SEMIBOLD" w:cs="☞DIODRUM ARABIC SEMIBOLD" w:hint="cs"/>
          <w:color w:val="auto"/>
          <w:rtl/>
        </w:rPr>
        <w:t>الجهات</w:t>
      </w:r>
      <w:r w:rsidR="00D6184D" w:rsidRPr="00083043">
        <w:rPr>
          <w:rFonts w:ascii="☞DIODRUM ARABIC SEMIBOLD" w:hAnsi="☞DIODRUM ARABIC SEMIBOLD" w:cs="☞DIODRUM ARABIC SEMIBOLD" w:hint="cs"/>
          <w:color w:val="auto"/>
        </w:rPr>
        <w:t xml:space="preserve"> </w:t>
      </w:r>
      <w:r w:rsidR="00D6184D" w:rsidRPr="00083043">
        <w:rPr>
          <w:rFonts w:ascii="☞DIODRUM ARABIC SEMIBOLD" w:hAnsi="☞DIODRUM ARABIC SEMIBOLD" w:cs="☞DIODRUM ARABIC SEMIBOLD" w:hint="cs"/>
          <w:color w:val="auto"/>
          <w:rtl/>
        </w:rPr>
        <w:t>الحكومية</w:t>
      </w:r>
      <w:r w:rsidR="00D6184D" w:rsidRPr="00083043">
        <w:rPr>
          <w:rFonts w:ascii="☞DIODRUM ARABIC SEMIBOLD" w:hAnsi="☞DIODRUM ARABIC SEMIBOLD" w:cs="☞DIODRUM ARABIC SEMIBOLD" w:hint="cs"/>
          <w:color w:val="auto"/>
        </w:rPr>
        <w:t xml:space="preserve"> </w:t>
      </w:r>
      <w:r w:rsidR="00D6184D" w:rsidRPr="00083043">
        <w:rPr>
          <w:rFonts w:ascii="☞DIODRUM ARABIC SEMIBOLD" w:hAnsi="☞DIODRUM ARABIC SEMIBOLD" w:cs="☞DIODRUM ARABIC SEMIBOLD" w:hint="cs"/>
          <w:color w:val="auto"/>
          <w:rtl/>
        </w:rPr>
        <w:t>ودعم</w:t>
      </w:r>
      <w:r w:rsidR="00D6184D" w:rsidRPr="00083043">
        <w:rPr>
          <w:rFonts w:ascii="☞DIODRUM ARABIC SEMIBOLD" w:hAnsi="☞DIODRUM ARABIC SEMIBOLD" w:cs="☞DIODRUM ARABIC SEMIBOLD" w:hint="cs"/>
          <w:color w:val="auto"/>
        </w:rPr>
        <w:t xml:space="preserve"> </w:t>
      </w:r>
      <w:r w:rsidR="00D6184D" w:rsidRPr="00083043">
        <w:rPr>
          <w:rFonts w:ascii="☞DIODRUM ARABIC SEMIBOLD" w:hAnsi="☞DIODRUM ARABIC SEMIBOLD" w:cs="☞DIODRUM ARABIC SEMIBOLD" w:hint="cs"/>
          <w:color w:val="auto"/>
          <w:rtl/>
        </w:rPr>
        <w:t>تمكين</w:t>
      </w:r>
      <w:r w:rsidR="00D6184D" w:rsidRPr="00083043">
        <w:rPr>
          <w:rFonts w:ascii="☞DIODRUM ARABIC SEMIBOLD" w:hAnsi="☞DIODRUM ARABIC SEMIBOLD" w:cs="☞DIODRUM ARABIC SEMIBOLD" w:hint="cs"/>
          <w:color w:val="auto"/>
        </w:rPr>
        <w:t xml:space="preserve"> </w:t>
      </w:r>
      <w:r w:rsidR="00D6184D" w:rsidRPr="00083043">
        <w:rPr>
          <w:rFonts w:ascii="☞DIODRUM ARABIC SEMIBOLD" w:hAnsi="☞DIODRUM ARABIC SEMIBOLD" w:cs="☞DIODRUM ARABIC SEMIBOLD" w:hint="cs"/>
          <w:color w:val="auto"/>
          <w:rtl/>
        </w:rPr>
        <w:t>الوصول</w:t>
      </w:r>
      <w:r w:rsidR="00D6184D" w:rsidRPr="00083043">
        <w:rPr>
          <w:rFonts w:ascii="☞DIODRUM ARABIC SEMIBOLD" w:hAnsi="☞DIODRUM ARABIC SEMIBOLD" w:cs="☞DIODRUM ARABIC SEMIBOLD" w:hint="cs"/>
          <w:color w:val="auto"/>
        </w:rPr>
        <w:t xml:space="preserve"> </w:t>
      </w:r>
      <w:r w:rsidR="00D6184D" w:rsidRPr="00083043">
        <w:rPr>
          <w:rFonts w:ascii="☞DIODRUM ARABIC SEMIBOLD" w:hAnsi="☞DIODRUM ARABIC SEMIBOLD" w:cs="☞DIODRUM ARABIC SEMIBOLD" w:hint="cs"/>
          <w:color w:val="auto"/>
          <w:rtl/>
        </w:rPr>
        <w:t>للأشخاص</w:t>
      </w:r>
      <w:r w:rsidR="00D6184D" w:rsidRPr="00083043">
        <w:rPr>
          <w:rFonts w:ascii="☞DIODRUM ARABIC SEMIBOLD" w:hAnsi="☞DIODRUM ARABIC SEMIBOLD" w:cs="☞DIODRUM ARABIC SEMIBOLD" w:hint="cs"/>
          <w:color w:val="auto"/>
        </w:rPr>
        <w:t xml:space="preserve"> </w:t>
      </w:r>
      <w:r w:rsidR="00D6184D" w:rsidRPr="00083043">
        <w:rPr>
          <w:rFonts w:ascii="☞DIODRUM ARABIC SEMIBOLD" w:hAnsi="☞DIODRUM ARABIC SEMIBOLD" w:cs="☞DIODRUM ARABIC SEMIBOLD" w:hint="cs"/>
          <w:color w:val="auto"/>
          <w:rtl/>
        </w:rPr>
        <w:t>ذوي</w:t>
      </w:r>
      <w:r w:rsidR="00D6184D" w:rsidRPr="00083043">
        <w:rPr>
          <w:rFonts w:ascii="☞DIODRUM ARABIC SEMIBOLD" w:hAnsi="☞DIODRUM ARABIC SEMIBOLD" w:cs="☞DIODRUM ARABIC SEMIBOLD" w:hint="cs"/>
          <w:color w:val="auto"/>
        </w:rPr>
        <w:t xml:space="preserve"> </w:t>
      </w:r>
      <w:r w:rsidR="00D6184D" w:rsidRPr="00083043">
        <w:rPr>
          <w:rFonts w:ascii="☞DIODRUM ARABIC SEMIBOLD" w:hAnsi="☞DIODRUM ARABIC SEMIBOLD" w:cs="☞DIODRUM ARABIC SEMIBOLD" w:hint="cs"/>
          <w:color w:val="auto"/>
          <w:rtl/>
        </w:rPr>
        <w:t>الإعاقة</w:t>
      </w:r>
      <w:r w:rsidR="00D6184D" w:rsidRPr="00083043">
        <w:rPr>
          <w:rFonts w:ascii="☞DIODRUM ARABIC SEMIBOLD" w:hAnsi="☞DIODRUM ARABIC SEMIBOLD" w:cs="☞DIODRUM ARABIC SEMIBOLD" w:hint="cs"/>
          <w:color w:val="auto"/>
        </w:rPr>
        <w:t xml:space="preserve"> </w:t>
      </w:r>
      <w:r w:rsidR="00D6184D" w:rsidRPr="00083043">
        <w:rPr>
          <w:rFonts w:ascii="☞DIODRUM ARABIC SEMIBOLD" w:hAnsi="☞DIODRUM ARABIC SEMIBOLD" w:cs="☞DIODRUM ARABIC SEMIBOLD" w:hint="cs"/>
          <w:color w:val="auto"/>
          <w:rtl/>
        </w:rPr>
        <w:t>وكبار</w:t>
      </w:r>
      <w:r w:rsidR="00D6184D" w:rsidRPr="00083043">
        <w:rPr>
          <w:rFonts w:ascii="☞DIODRUM ARABIC SEMIBOLD" w:hAnsi="☞DIODRUM ARABIC SEMIBOLD" w:cs="☞DIODRUM ARABIC SEMIBOLD" w:hint="cs"/>
          <w:color w:val="auto"/>
        </w:rPr>
        <w:t xml:space="preserve"> </w:t>
      </w:r>
      <w:r w:rsidR="00D6184D" w:rsidRPr="00083043">
        <w:rPr>
          <w:rFonts w:ascii="☞DIODRUM ARABIC SEMIBOLD" w:hAnsi="☞DIODRUM ARABIC SEMIBOLD" w:cs="☞DIODRUM ARABIC SEMIBOLD" w:hint="cs"/>
          <w:color w:val="auto"/>
          <w:rtl/>
        </w:rPr>
        <w:t>السن</w:t>
      </w:r>
      <w:bookmarkEnd w:id="25"/>
      <w:bookmarkEnd w:id="26"/>
    </w:p>
    <w:p w14:paraId="5702C7A5" w14:textId="66CF8889" w:rsidR="00D04C7D" w:rsidRDefault="00D6184D">
      <w:pPr>
        <w:bidi/>
        <w:rPr>
          <w:rtl/>
        </w:rPr>
      </w:pPr>
      <w:r>
        <w:rPr>
          <w:rFonts w:ascii="DiodrumArabic-Medium" w:hAnsi="DiodrumArabic-Medium" w:cs="DiodrumArabic-Medium"/>
          <w:sz w:val="21"/>
          <w:szCs w:val="21"/>
          <w:rtl/>
        </w:rPr>
        <w:t>الجهات</w:t>
      </w:r>
      <w:r>
        <w:rPr>
          <w:rFonts w:ascii="DiodrumArabic-Medium" w:hAnsi="DiodrumArabic-Medium"/>
          <w:sz w:val="21"/>
        </w:rPr>
        <w:t xml:space="preserve"> </w:t>
      </w:r>
      <w:r>
        <w:rPr>
          <w:rFonts w:ascii="DiodrumArabic-Medium" w:hAnsi="DiodrumArabic-Medium" w:cs="DiodrumArabic-Medium"/>
          <w:sz w:val="21"/>
          <w:szCs w:val="21"/>
          <w:rtl/>
        </w:rPr>
        <w:t>التي</w:t>
      </w:r>
      <w:r>
        <w:rPr>
          <w:rFonts w:ascii="DiodrumArabic-Medium" w:hAnsi="DiodrumArabic-Medium"/>
          <w:sz w:val="21"/>
        </w:rPr>
        <w:t xml:space="preserve"> </w:t>
      </w:r>
      <w:r>
        <w:rPr>
          <w:rFonts w:ascii="DiodrumArabic-Medium" w:hAnsi="DiodrumArabic-Medium" w:cs="DiodrumArabic-Medium"/>
          <w:sz w:val="21"/>
          <w:szCs w:val="21"/>
          <w:rtl/>
        </w:rPr>
        <w:t>تُعنى</w:t>
      </w:r>
      <w:r>
        <w:rPr>
          <w:rFonts w:ascii="DiodrumArabic-Medium" w:hAnsi="DiodrumArabic-Medium"/>
          <w:sz w:val="21"/>
        </w:rPr>
        <w:t xml:space="preserve"> </w:t>
      </w:r>
      <w:r>
        <w:rPr>
          <w:rFonts w:ascii="DiodrumArabic-Medium" w:hAnsi="DiodrumArabic-Medium" w:cs="DiodrumArabic-Medium"/>
          <w:sz w:val="21"/>
          <w:szCs w:val="21"/>
          <w:rtl/>
        </w:rPr>
        <w:t>بالأشخاص</w:t>
      </w:r>
      <w:r>
        <w:rPr>
          <w:rFonts w:ascii="DiodrumArabic-Medium" w:hAnsi="DiodrumArabic-Medium"/>
          <w:sz w:val="21"/>
        </w:rPr>
        <w:t xml:space="preserve"> </w:t>
      </w:r>
      <w:r>
        <w:rPr>
          <w:rFonts w:ascii="DiodrumArabic-Medium" w:hAnsi="DiodrumArabic-Medium" w:cs="DiodrumArabic-Medium"/>
          <w:sz w:val="21"/>
          <w:szCs w:val="21"/>
          <w:rtl/>
        </w:rPr>
        <w:t>ذوي</w:t>
      </w:r>
      <w:r>
        <w:rPr>
          <w:rFonts w:ascii="DiodrumArabic-Medium" w:hAnsi="DiodrumArabic-Medium"/>
          <w:sz w:val="21"/>
        </w:rPr>
        <w:t xml:space="preserve"> </w:t>
      </w:r>
      <w:r>
        <w:rPr>
          <w:rFonts w:ascii="DiodrumArabic-Medium" w:hAnsi="DiodrumArabic-Medium" w:cs="DiodrumArabic-Medium"/>
          <w:sz w:val="21"/>
          <w:szCs w:val="21"/>
          <w:rtl/>
        </w:rPr>
        <w:t>الإعاقة</w:t>
      </w:r>
      <w:r>
        <w:rPr>
          <w:rFonts w:ascii="DiodrumArabic-Medium" w:hAnsi="DiodrumArabic-Medium"/>
          <w:sz w:val="21"/>
        </w:rPr>
        <w:t xml:space="preserve"> </w:t>
      </w:r>
      <w:r>
        <w:rPr>
          <w:rFonts w:ascii="DiodrumArabic-Medium" w:hAnsi="DiodrumArabic-Medium" w:cs="DiodrumArabic-Medium"/>
          <w:sz w:val="21"/>
          <w:szCs w:val="21"/>
          <w:rtl/>
        </w:rPr>
        <w:t>وكبار</w:t>
      </w:r>
      <w:r>
        <w:rPr>
          <w:rFonts w:ascii="DiodrumArabic-Medium" w:hAnsi="DiodrumArabic-Medium"/>
          <w:sz w:val="21"/>
        </w:rPr>
        <w:t xml:space="preserve"> </w:t>
      </w:r>
      <w:r>
        <w:rPr>
          <w:rFonts w:ascii="DiodrumArabic-Medium" w:hAnsi="DiodrumArabic-Medium" w:cs="DiodrumArabic-Medium"/>
          <w:sz w:val="21"/>
          <w:szCs w:val="21"/>
          <w:rtl/>
        </w:rPr>
        <w:t>السن</w:t>
      </w:r>
      <w:r>
        <w:rPr>
          <w:rFonts w:ascii="DiodrumArabic-Medium" w:hAnsi="DiodrumArabic-Medium"/>
          <w:sz w:val="21"/>
        </w:rPr>
        <w:t xml:space="preserve"> </w:t>
      </w:r>
      <w:r>
        <w:rPr>
          <w:rFonts w:ascii="DiodrumArabic-Medium" w:hAnsi="DiodrumArabic-Medium" w:cs="DiodrumArabic-Medium"/>
          <w:sz w:val="21"/>
          <w:szCs w:val="21"/>
          <w:rtl/>
        </w:rPr>
        <w:t>متنوعة</w:t>
      </w:r>
      <w:r>
        <w:rPr>
          <w:rFonts w:ascii="DiodrumArabic-Medium" w:hAnsi="DiodrumArabic-Medium"/>
          <w:sz w:val="21"/>
        </w:rPr>
        <w:t xml:space="preserve"> </w:t>
      </w:r>
      <w:r>
        <w:rPr>
          <w:rFonts w:ascii="DiodrumArabic-Medium" w:hAnsi="DiodrumArabic-Medium" w:cs="DiodrumArabic-Medium"/>
          <w:sz w:val="21"/>
          <w:szCs w:val="21"/>
          <w:rtl/>
        </w:rPr>
        <w:t>وواسعة</w:t>
      </w:r>
      <w:r>
        <w:rPr>
          <w:rFonts w:ascii="DiodrumArabic-Medium" w:hAnsi="DiodrumArabic-Medium"/>
          <w:sz w:val="21"/>
        </w:rPr>
        <w:t xml:space="preserve"> </w:t>
      </w:r>
      <w:r>
        <w:rPr>
          <w:rFonts w:ascii="DiodrumArabic-Medium" w:hAnsi="DiodrumArabic-Medium" w:cs="DiodrumArabic-Medium"/>
          <w:sz w:val="21"/>
          <w:szCs w:val="21"/>
          <w:rtl/>
        </w:rPr>
        <w:t>الانتشار،</w:t>
      </w:r>
      <w:r>
        <w:rPr>
          <w:rFonts w:ascii="DiodrumArabic-Medium" w:hAnsi="DiodrumArabic-Medium"/>
          <w:sz w:val="21"/>
        </w:rPr>
        <w:t xml:space="preserve"> </w:t>
      </w:r>
      <w:r>
        <w:rPr>
          <w:rFonts w:ascii="DiodrumArabic-Medium" w:hAnsi="DiodrumArabic-Medium" w:cs="DiodrumArabic-Medium"/>
          <w:sz w:val="21"/>
          <w:szCs w:val="21"/>
          <w:rtl/>
        </w:rPr>
        <w:t>حيث</w:t>
      </w:r>
      <w:r>
        <w:rPr>
          <w:rFonts w:ascii="DiodrumArabic-Medium" w:hAnsi="DiodrumArabic-Medium"/>
          <w:sz w:val="21"/>
        </w:rPr>
        <w:t xml:space="preserve"> </w:t>
      </w:r>
      <w:r>
        <w:rPr>
          <w:rFonts w:ascii="DiodrumArabic-Medium" w:hAnsi="DiodrumArabic-Medium" w:cs="DiodrumArabic-Medium"/>
          <w:sz w:val="21"/>
          <w:szCs w:val="21"/>
          <w:rtl/>
        </w:rPr>
        <w:t>تشمل</w:t>
      </w:r>
      <w:r>
        <w:rPr>
          <w:rFonts w:ascii="DiodrumArabic-Medium" w:hAnsi="DiodrumArabic-Medium"/>
          <w:sz w:val="21"/>
        </w:rPr>
        <w:t xml:space="preserve"> </w:t>
      </w:r>
      <w:r>
        <w:rPr>
          <w:rFonts w:ascii="DiodrumArabic-Medium" w:hAnsi="DiodrumArabic-Medium" w:cs="DiodrumArabic-Medium"/>
          <w:sz w:val="21"/>
          <w:szCs w:val="21"/>
          <w:rtl/>
        </w:rPr>
        <w:t>الأفراد</w:t>
      </w:r>
      <w:r>
        <w:rPr>
          <w:rFonts w:ascii="DiodrumArabic-Medium" w:hAnsi="DiodrumArabic-Medium"/>
          <w:sz w:val="21"/>
        </w:rPr>
        <w:t xml:space="preserve"> </w:t>
      </w:r>
      <w:r>
        <w:rPr>
          <w:rFonts w:ascii="DiodrumArabic-Medium" w:hAnsi="DiodrumArabic-Medium" w:cs="DiodrumArabic-Medium"/>
          <w:sz w:val="21"/>
          <w:szCs w:val="21"/>
          <w:rtl/>
        </w:rPr>
        <w:t>الذين</w:t>
      </w:r>
      <w:r>
        <w:rPr>
          <w:rFonts w:ascii="DiodrumArabic-Medium" w:hAnsi="DiodrumArabic-Medium"/>
          <w:sz w:val="21"/>
        </w:rPr>
        <w:t xml:space="preserve"> </w:t>
      </w:r>
      <w:r>
        <w:rPr>
          <w:rFonts w:ascii="DiodrumArabic-Medium" w:hAnsi="DiodrumArabic-Medium" w:cs="DiodrumArabic-Medium"/>
          <w:sz w:val="21"/>
          <w:szCs w:val="21"/>
          <w:rtl/>
        </w:rPr>
        <w:t>يعانون</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أنواع</w:t>
      </w:r>
      <w:r>
        <w:rPr>
          <w:rFonts w:ascii="DiodrumArabic-Medium" w:hAnsi="DiodrumArabic-Medium"/>
          <w:sz w:val="21"/>
        </w:rPr>
        <w:t xml:space="preserve"> </w:t>
      </w:r>
      <w:r>
        <w:rPr>
          <w:rFonts w:ascii="DiodrumArabic-Medium" w:hAnsi="DiodrumArabic-Medium" w:cs="DiodrumArabic-Medium"/>
          <w:sz w:val="21"/>
          <w:szCs w:val="21"/>
          <w:rtl/>
        </w:rPr>
        <w:t>مختلفة</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الإعاقات،</w:t>
      </w:r>
      <w:r>
        <w:rPr>
          <w:rFonts w:ascii="DiodrumArabic-Medium" w:hAnsi="DiodrumArabic-Medium"/>
          <w:sz w:val="21"/>
        </w:rPr>
        <w:t xml:space="preserve"> </w:t>
      </w:r>
      <w:r>
        <w:rPr>
          <w:rFonts w:ascii="DiodrumArabic-Medium" w:hAnsi="DiodrumArabic-Medium" w:cs="DiodrumArabic-Medium"/>
          <w:sz w:val="21"/>
          <w:szCs w:val="21"/>
          <w:rtl/>
        </w:rPr>
        <w:t>وأسرهم،</w:t>
      </w:r>
      <w:r>
        <w:rPr>
          <w:rFonts w:ascii="DiodrumArabic-Medium" w:hAnsi="DiodrumArabic-Medium"/>
          <w:sz w:val="21"/>
        </w:rPr>
        <w:t xml:space="preserve"> </w:t>
      </w:r>
      <w:r>
        <w:rPr>
          <w:rFonts w:ascii="DiodrumArabic-Medium" w:hAnsi="DiodrumArabic-Medium" w:cs="DiodrumArabic-Medium"/>
          <w:sz w:val="21"/>
          <w:szCs w:val="21"/>
          <w:rtl/>
        </w:rPr>
        <w:t>ومقدمي</w:t>
      </w:r>
      <w:r>
        <w:rPr>
          <w:rFonts w:ascii="DiodrumArabic-Medium" w:hAnsi="DiodrumArabic-Medium"/>
          <w:sz w:val="21"/>
        </w:rPr>
        <w:t xml:space="preserve"> </w:t>
      </w:r>
      <w:r>
        <w:rPr>
          <w:rFonts w:ascii="DiodrumArabic-Medium" w:hAnsi="DiodrumArabic-Medium" w:cs="DiodrumArabic-Medium"/>
          <w:sz w:val="21"/>
          <w:szCs w:val="21"/>
          <w:rtl/>
        </w:rPr>
        <w:t>الرعاية،</w:t>
      </w:r>
      <w:r>
        <w:rPr>
          <w:rFonts w:ascii="DiodrumArabic-Medium" w:hAnsi="DiodrumArabic-Medium"/>
          <w:sz w:val="21"/>
        </w:rPr>
        <w:t xml:space="preserve"> </w:t>
      </w:r>
      <w:r>
        <w:rPr>
          <w:rFonts w:ascii="DiodrumArabic-Medium" w:hAnsi="DiodrumArabic-Medium" w:cs="DiodrumArabic-Medium"/>
          <w:sz w:val="21"/>
          <w:szCs w:val="21"/>
          <w:rtl/>
        </w:rPr>
        <w:t>والداعمين</w:t>
      </w:r>
      <w:r>
        <w:rPr>
          <w:rFonts w:ascii="DiodrumArabic-Medium" w:hAnsi="DiodrumArabic-Medium"/>
          <w:sz w:val="21"/>
        </w:rPr>
        <w:t xml:space="preserve">. </w:t>
      </w:r>
      <w:r>
        <w:rPr>
          <w:rFonts w:ascii="DiodrumArabic-Medium" w:hAnsi="DiodrumArabic-Medium" w:cs="DiodrumArabic-Medium"/>
          <w:sz w:val="21"/>
          <w:szCs w:val="21"/>
          <w:rtl/>
        </w:rPr>
        <w:t>وغالباً</w:t>
      </w:r>
      <w:r>
        <w:rPr>
          <w:rFonts w:ascii="DiodrumArabic-Medium" w:hAnsi="DiodrumArabic-Medium"/>
          <w:sz w:val="21"/>
        </w:rPr>
        <w:t xml:space="preserve"> </w:t>
      </w:r>
      <w:r>
        <w:rPr>
          <w:rFonts w:ascii="DiodrumArabic-Medium" w:hAnsi="DiodrumArabic-Medium" w:cs="DiodrumArabic-Medium"/>
          <w:sz w:val="21"/>
          <w:szCs w:val="21"/>
          <w:rtl/>
        </w:rPr>
        <w:t>ما</w:t>
      </w:r>
      <w:r>
        <w:rPr>
          <w:rFonts w:ascii="DiodrumArabic-Medium" w:hAnsi="DiodrumArabic-Medium"/>
          <w:sz w:val="21"/>
        </w:rPr>
        <w:t xml:space="preserve"> </w:t>
      </w:r>
      <w:r>
        <w:rPr>
          <w:rFonts w:ascii="DiodrumArabic-Medium" w:hAnsi="DiodrumArabic-Medium" w:cs="DiodrumArabic-Medium"/>
          <w:sz w:val="21"/>
          <w:szCs w:val="21"/>
          <w:rtl/>
        </w:rPr>
        <w:t>تتعاون</w:t>
      </w:r>
      <w:r>
        <w:rPr>
          <w:rFonts w:ascii="DiodrumArabic-Medium" w:hAnsi="DiodrumArabic-Medium"/>
          <w:sz w:val="21"/>
        </w:rPr>
        <w:t xml:space="preserve"> </w:t>
      </w:r>
      <w:r>
        <w:rPr>
          <w:rFonts w:ascii="DiodrumArabic-Medium" w:hAnsi="DiodrumArabic-Medium" w:cs="DiodrumArabic-Medium"/>
          <w:sz w:val="21"/>
          <w:szCs w:val="21"/>
          <w:rtl/>
        </w:rPr>
        <w:t>هذه</w:t>
      </w:r>
      <w:r>
        <w:rPr>
          <w:rFonts w:ascii="DiodrumArabic-Medium" w:hAnsi="DiodrumArabic-Medium"/>
          <w:sz w:val="21"/>
        </w:rPr>
        <w:t xml:space="preserve"> </w:t>
      </w:r>
      <w:r>
        <w:rPr>
          <w:rFonts w:ascii="DiodrumArabic-Medium" w:hAnsi="DiodrumArabic-Medium" w:cs="DiodrumArabic-Medium"/>
          <w:sz w:val="21"/>
          <w:szCs w:val="21"/>
          <w:rtl/>
        </w:rPr>
        <w:t>الجهات</w:t>
      </w:r>
      <w:r>
        <w:rPr>
          <w:rFonts w:ascii="DiodrumArabic-Medium" w:hAnsi="DiodrumArabic-Medium"/>
          <w:sz w:val="21"/>
        </w:rPr>
        <w:t xml:space="preserve"> </w:t>
      </w:r>
      <w:r>
        <w:rPr>
          <w:rFonts w:ascii="DiodrumArabic-Medium" w:hAnsi="DiodrumArabic-Medium" w:cs="DiodrumArabic-Medium"/>
          <w:sz w:val="21"/>
          <w:szCs w:val="21"/>
          <w:rtl/>
        </w:rPr>
        <w:t>لتعزيز</w:t>
      </w:r>
      <w:r>
        <w:rPr>
          <w:rFonts w:ascii="DiodrumArabic-Medium" w:hAnsi="DiodrumArabic-Medium"/>
          <w:sz w:val="21"/>
        </w:rPr>
        <w:t xml:space="preserve"> </w:t>
      </w:r>
      <w:r>
        <w:rPr>
          <w:rFonts w:ascii="DiodrumArabic-Medium" w:hAnsi="DiodrumArabic-Medium" w:cs="DiodrumArabic-Medium"/>
          <w:sz w:val="21"/>
          <w:szCs w:val="21"/>
          <w:rtl/>
        </w:rPr>
        <w:t>الشمولية،</w:t>
      </w:r>
      <w:r>
        <w:rPr>
          <w:rFonts w:ascii="DiodrumArabic-Medium" w:hAnsi="DiodrumArabic-Medium"/>
          <w:sz w:val="21"/>
        </w:rPr>
        <w:t xml:space="preserve"> </w:t>
      </w:r>
      <w:r>
        <w:rPr>
          <w:rFonts w:ascii="DiodrumArabic-Medium" w:hAnsi="DiodrumArabic-Medium" w:cs="DiodrumArabic-Medium"/>
          <w:sz w:val="21"/>
          <w:szCs w:val="21"/>
          <w:rtl/>
        </w:rPr>
        <w:t>وإمكانية</w:t>
      </w:r>
      <w:r>
        <w:rPr>
          <w:rFonts w:ascii="DiodrumArabic-Medium" w:hAnsi="DiodrumArabic-Medium"/>
          <w:sz w:val="21"/>
        </w:rPr>
        <w:t xml:space="preserve"> </w:t>
      </w:r>
      <w:r>
        <w:rPr>
          <w:rFonts w:ascii="DiodrumArabic-Medium" w:hAnsi="DiodrumArabic-Medium" w:cs="DiodrumArabic-Medium"/>
          <w:sz w:val="21"/>
          <w:szCs w:val="21"/>
          <w:rtl/>
        </w:rPr>
        <w:t>الوصول،</w:t>
      </w:r>
      <w:r>
        <w:rPr>
          <w:rFonts w:ascii="DiodrumArabic-Medium" w:hAnsi="DiodrumArabic-Medium"/>
          <w:sz w:val="21"/>
        </w:rPr>
        <w:t xml:space="preserve"> </w:t>
      </w:r>
      <w:r>
        <w:rPr>
          <w:rFonts w:ascii="DiodrumArabic-Medium" w:hAnsi="DiodrumArabic-Medium" w:cs="DiodrumArabic-Medium"/>
          <w:sz w:val="21"/>
          <w:szCs w:val="21"/>
          <w:rtl/>
        </w:rPr>
        <w:t>وتكافؤ</w:t>
      </w:r>
      <w:r>
        <w:rPr>
          <w:rFonts w:ascii="DiodrumArabic-Medium" w:hAnsi="DiodrumArabic-Medium"/>
          <w:sz w:val="21"/>
        </w:rPr>
        <w:t xml:space="preserve"> </w:t>
      </w:r>
      <w:r>
        <w:rPr>
          <w:rFonts w:ascii="DiodrumArabic-Medium" w:hAnsi="DiodrumArabic-Medium" w:cs="DiodrumArabic-Medium"/>
          <w:sz w:val="21"/>
          <w:szCs w:val="21"/>
          <w:rtl/>
        </w:rPr>
        <w:t>الفرص</w:t>
      </w:r>
      <w:r>
        <w:rPr>
          <w:rFonts w:ascii="DiodrumArabic-Medium" w:hAnsi="DiodrumArabic-Medium"/>
          <w:sz w:val="21"/>
        </w:rPr>
        <w:t xml:space="preserve"> </w:t>
      </w:r>
      <w:r>
        <w:rPr>
          <w:rFonts w:ascii="DiodrumArabic-Medium" w:hAnsi="DiodrumArabic-Medium" w:cs="DiodrumArabic-Medium"/>
          <w:sz w:val="21"/>
          <w:szCs w:val="21"/>
          <w:rtl/>
        </w:rPr>
        <w:t>للجميع</w:t>
      </w:r>
      <w:r>
        <w:rPr>
          <w:rFonts w:ascii="DiodrumArabic-Medium" w:hAnsi="DiodrumArabic-Medium"/>
          <w:sz w:val="21"/>
        </w:rPr>
        <w:t xml:space="preserve">. </w:t>
      </w:r>
      <w:r>
        <w:rPr>
          <w:rFonts w:ascii="DiodrumArabic-Medium" w:hAnsi="DiodrumArabic-Medium" w:cs="DiodrumArabic-Medium"/>
          <w:sz w:val="21"/>
          <w:szCs w:val="21"/>
          <w:rtl/>
        </w:rPr>
        <w:t>وفي</w:t>
      </w:r>
      <w:r>
        <w:rPr>
          <w:rFonts w:ascii="DiodrumArabic-Medium" w:hAnsi="DiodrumArabic-Medium"/>
          <w:sz w:val="21"/>
        </w:rPr>
        <w:t xml:space="preserve"> </w:t>
      </w:r>
      <w:r>
        <w:rPr>
          <w:rFonts w:ascii="DiodrumArabic-Medium" w:hAnsi="DiodrumArabic-Medium" w:cs="DiodrumArabic-Medium"/>
          <w:sz w:val="21"/>
          <w:szCs w:val="21"/>
          <w:rtl/>
        </w:rPr>
        <w:t>هذا</w:t>
      </w:r>
      <w:r>
        <w:rPr>
          <w:rFonts w:ascii="DiodrumArabic-Medium" w:hAnsi="DiodrumArabic-Medium"/>
          <w:sz w:val="21"/>
        </w:rPr>
        <w:t xml:space="preserve"> </w:t>
      </w:r>
      <w:r>
        <w:rPr>
          <w:rFonts w:ascii="DiodrumArabic-Medium" w:hAnsi="DiodrumArabic-Medium" w:cs="DiodrumArabic-Medium"/>
          <w:sz w:val="21"/>
          <w:szCs w:val="21"/>
          <w:rtl/>
        </w:rPr>
        <w:t>الإطار،</w:t>
      </w:r>
      <w:r>
        <w:rPr>
          <w:rFonts w:ascii="DiodrumArabic-Medium" w:hAnsi="DiodrumArabic-Medium"/>
          <w:sz w:val="21"/>
        </w:rPr>
        <w:t xml:space="preserve"> </w:t>
      </w:r>
      <w:r>
        <w:rPr>
          <w:rFonts w:ascii="DiodrumArabic-Medium" w:hAnsi="DiodrumArabic-Medium" w:cs="DiodrumArabic-Medium"/>
          <w:sz w:val="21"/>
          <w:szCs w:val="21"/>
          <w:rtl/>
        </w:rPr>
        <w:t>يمكننا</w:t>
      </w:r>
      <w:r>
        <w:rPr>
          <w:rFonts w:ascii="DiodrumArabic-Medium" w:hAnsi="DiodrumArabic-Medium"/>
          <w:sz w:val="21"/>
        </w:rPr>
        <w:t xml:space="preserve"> </w:t>
      </w:r>
      <w:r>
        <w:rPr>
          <w:rFonts w:ascii="DiodrumArabic-Medium" w:hAnsi="DiodrumArabic-Medium" w:cs="DiodrumArabic-Medium"/>
          <w:sz w:val="21"/>
          <w:szCs w:val="21"/>
          <w:rtl/>
        </w:rPr>
        <w:t>تسليط</w:t>
      </w:r>
      <w:r>
        <w:rPr>
          <w:rFonts w:ascii="DiodrumArabic-Medium" w:hAnsi="DiodrumArabic-Medium"/>
          <w:sz w:val="21"/>
        </w:rPr>
        <w:t xml:space="preserve"> </w:t>
      </w:r>
      <w:r>
        <w:rPr>
          <w:rFonts w:ascii="DiodrumArabic-Medium" w:hAnsi="DiodrumArabic-Medium" w:cs="DiodrumArabic-Medium"/>
          <w:sz w:val="21"/>
          <w:szCs w:val="21"/>
          <w:rtl/>
        </w:rPr>
        <w:t>الضوء</w:t>
      </w:r>
      <w:r>
        <w:rPr>
          <w:rFonts w:ascii="DiodrumArabic-Medium" w:hAnsi="DiodrumArabic-Medium"/>
          <w:sz w:val="21"/>
        </w:rPr>
        <w:t xml:space="preserve"> </w:t>
      </w:r>
      <w:r>
        <w:rPr>
          <w:rFonts w:ascii="DiodrumArabic-Medium" w:hAnsi="DiodrumArabic-Medium" w:cs="DiodrumArabic-Medium"/>
          <w:sz w:val="21"/>
          <w:szCs w:val="21"/>
          <w:rtl/>
        </w:rPr>
        <w:t>على</w:t>
      </w:r>
      <w:r>
        <w:rPr>
          <w:rFonts w:ascii="DiodrumArabic-Medium" w:hAnsi="DiodrumArabic-Medium"/>
          <w:sz w:val="21"/>
        </w:rPr>
        <w:t xml:space="preserve"> </w:t>
      </w:r>
      <w:r>
        <w:rPr>
          <w:rFonts w:ascii="DiodrumArabic-Medium" w:hAnsi="DiodrumArabic-Medium" w:cs="DiodrumArabic-Medium"/>
          <w:sz w:val="21"/>
          <w:szCs w:val="21"/>
          <w:rtl/>
        </w:rPr>
        <w:t>أبرز</w:t>
      </w:r>
      <w:r>
        <w:rPr>
          <w:rFonts w:ascii="DiodrumArabic-Medium" w:hAnsi="DiodrumArabic-Medium"/>
          <w:sz w:val="21"/>
        </w:rPr>
        <w:t xml:space="preserve"> </w:t>
      </w:r>
      <w:r>
        <w:rPr>
          <w:rFonts w:ascii="DiodrumArabic-Medium" w:hAnsi="DiodrumArabic-Medium" w:cs="DiodrumArabic-Medium"/>
          <w:sz w:val="21"/>
          <w:szCs w:val="21"/>
          <w:rtl/>
        </w:rPr>
        <w:t>الجهات</w:t>
      </w:r>
      <w:r>
        <w:rPr>
          <w:rFonts w:ascii="DiodrumArabic-Medium" w:hAnsi="DiodrumArabic-Medium"/>
          <w:sz w:val="21"/>
        </w:rPr>
        <w:t xml:space="preserve"> </w:t>
      </w:r>
      <w:r>
        <w:rPr>
          <w:rFonts w:ascii="DiodrumArabic-Medium" w:hAnsi="DiodrumArabic-Medium" w:cs="DiodrumArabic-Medium"/>
          <w:sz w:val="21"/>
          <w:szCs w:val="21"/>
          <w:rtl/>
        </w:rPr>
        <w:t>والجمعيات</w:t>
      </w:r>
      <w:r>
        <w:rPr>
          <w:rFonts w:ascii="DiodrumArabic-Medium" w:hAnsi="DiodrumArabic-Medium"/>
          <w:sz w:val="21"/>
        </w:rPr>
        <w:t xml:space="preserve"> </w:t>
      </w:r>
      <w:r>
        <w:rPr>
          <w:rFonts w:ascii="DiodrumArabic-Medium" w:hAnsi="DiodrumArabic-Medium" w:cs="DiodrumArabic-Medium"/>
          <w:sz w:val="21"/>
          <w:szCs w:val="21"/>
          <w:rtl/>
        </w:rPr>
        <w:t>التي</w:t>
      </w:r>
      <w:r>
        <w:rPr>
          <w:rFonts w:ascii="DiodrumArabic-Medium" w:hAnsi="DiodrumArabic-Medium"/>
          <w:sz w:val="21"/>
        </w:rPr>
        <w:t xml:space="preserve"> </w:t>
      </w:r>
      <w:r>
        <w:rPr>
          <w:rFonts w:ascii="DiodrumArabic-Medium" w:hAnsi="DiodrumArabic-Medium" w:cs="DiodrumArabic-Medium"/>
          <w:sz w:val="21"/>
          <w:szCs w:val="21"/>
          <w:rtl/>
        </w:rPr>
        <w:t>تقدم</w:t>
      </w:r>
      <w:r>
        <w:rPr>
          <w:rFonts w:ascii="DiodrumArabic-Medium" w:hAnsi="DiodrumArabic-Medium"/>
          <w:sz w:val="21"/>
        </w:rPr>
        <w:t xml:space="preserve"> </w:t>
      </w:r>
      <w:r>
        <w:rPr>
          <w:rFonts w:ascii="DiodrumArabic-Medium" w:hAnsi="DiodrumArabic-Medium" w:cs="DiodrumArabic-Medium"/>
          <w:sz w:val="21"/>
          <w:szCs w:val="21"/>
          <w:rtl/>
        </w:rPr>
        <w:t>دعماً</w:t>
      </w:r>
      <w:r>
        <w:rPr>
          <w:rFonts w:ascii="DiodrumArabic-Medium" w:hAnsi="DiodrumArabic-Medium"/>
          <w:sz w:val="21"/>
        </w:rPr>
        <w:t xml:space="preserve"> </w:t>
      </w:r>
      <w:r>
        <w:rPr>
          <w:rFonts w:ascii="DiodrumArabic-Medium" w:hAnsi="DiodrumArabic-Medium" w:cs="DiodrumArabic-Medium"/>
          <w:sz w:val="21"/>
          <w:szCs w:val="21"/>
          <w:rtl/>
        </w:rPr>
        <w:t>لكبار</w:t>
      </w:r>
      <w:r>
        <w:rPr>
          <w:rFonts w:ascii="DiodrumArabic-Medium" w:hAnsi="DiodrumArabic-Medium"/>
          <w:sz w:val="21"/>
        </w:rPr>
        <w:t xml:space="preserve"> </w:t>
      </w:r>
      <w:r>
        <w:rPr>
          <w:rFonts w:ascii="DiodrumArabic-Medium" w:hAnsi="DiodrumArabic-Medium" w:cs="DiodrumArabic-Medium"/>
          <w:sz w:val="21"/>
          <w:szCs w:val="21"/>
          <w:rtl/>
        </w:rPr>
        <w:t>السن</w:t>
      </w:r>
      <w:r>
        <w:rPr>
          <w:rFonts w:ascii="DiodrumArabic-Medium" w:hAnsi="DiodrumArabic-Medium"/>
          <w:sz w:val="21"/>
        </w:rPr>
        <w:t xml:space="preserve"> </w:t>
      </w:r>
      <w:r>
        <w:rPr>
          <w:rFonts w:ascii="DiodrumArabic-Medium" w:hAnsi="DiodrumArabic-Medium" w:cs="DiodrumArabic-Medium"/>
          <w:sz w:val="21"/>
          <w:szCs w:val="21"/>
          <w:rtl/>
        </w:rPr>
        <w:t>والأشخاص</w:t>
      </w:r>
      <w:r>
        <w:rPr>
          <w:rFonts w:ascii="DiodrumArabic-Medium" w:hAnsi="DiodrumArabic-Medium"/>
          <w:sz w:val="21"/>
        </w:rPr>
        <w:t xml:space="preserve"> </w:t>
      </w:r>
      <w:r>
        <w:rPr>
          <w:rFonts w:ascii="DiodrumArabic-Medium" w:hAnsi="DiodrumArabic-Medium" w:cs="DiodrumArabic-Medium"/>
          <w:sz w:val="21"/>
          <w:szCs w:val="21"/>
          <w:rtl/>
        </w:rPr>
        <w:t>ذوي</w:t>
      </w:r>
      <w:r>
        <w:rPr>
          <w:rFonts w:ascii="DiodrumArabic-Medium" w:hAnsi="DiodrumArabic-Medium"/>
          <w:sz w:val="21"/>
        </w:rPr>
        <w:t xml:space="preserve"> </w:t>
      </w:r>
      <w:r>
        <w:rPr>
          <w:rFonts w:ascii="DiodrumArabic-Medium" w:hAnsi="DiodrumArabic-Medium" w:cs="DiodrumArabic-Medium"/>
          <w:sz w:val="21"/>
          <w:szCs w:val="21"/>
          <w:rtl/>
        </w:rPr>
        <w:t>الإعاقة</w:t>
      </w:r>
      <w:r>
        <w:rPr>
          <w:rFonts w:ascii="DiodrumArabic-Medium" w:hAnsi="DiodrumArabic-Medium"/>
          <w:sz w:val="21"/>
        </w:rPr>
        <w:t xml:space="preserve"> </w:t>
      </w:r>
      <w:r>
        <w:rPr>
          <w:rFonts w:ascii="DiodrumArabic-Medium" w:hAnsi="DiodrumArabic-Medium" w:cs="DiodrumArabic-Medium"/>
          <w:sz w:val="21"/>
          <w:szCs w:val="21"/>
          <w:rtl/>
        </w:rPr>
        <w:t>في</w:t>
      </w:r>
      <w:r>
        <w:rPr>
          <w:rFonts w:ascii="DiodrumArabic-Medium" w:hAnsi="DiodrumArabic-Medium"/>
          <w:sz w:val="21"/>
        </w:rPr>
        <w:t xml:space="preserve"> </w:t>
      </w:r>
      <w:r>
        <w:rPr>
          <w:rFonts w:ascii="DiodrumArabic-Medium" w:hAnsi="DiodrumArabic-Medium" w:cs="DiodrumArabic-Medium"/>
          <w:sz w:val="21"/>
          <w:szCs w:val="21"/>
          <w:rtl/>
        </w:rPr>
        <w:t>مختلف</w:t>
      </w:r>
      <w:r>
        <w:rPr>
          <w:rFonts w:ascii="DiodrumArabic-Medium" w:hAnsi="DiodrumArabic-Medium"/>
          <w:sz w:val="21"/>
        </w:rPr>
        <w:t xml:space="preserve"> </w:t>
      </w:r>
      <w:r>
        <w:rPr>
          <w:rFonts w:ascii="DiodrumArabic-Medium" w:hAnsi="DiodrumArabic-Medium" w:cs="DiodrumArabic-Medium"/>
          <w:sz w:val="21"/>
          <w:szCs w:val="21"/>
          <w:rtl/>
        </w:rPr>
        <w:t>المجالات</w:t>
      </w:r>
      <w:r w:rsidR="00524722">
        <w:rPr>
          <w:rFonts w:ascii="DiodrumArabic-Medium" w:hAnsi="DiodrumArabic-Medium" w:hint="cs"/>
          <w:sz w:val="21"/>
          <w:rtl/>
        </w:rPr>
        <w:t>.</w:t>
      </w:r>
    </w:p>
    <w:p w14:paraId="26A65A75" w14:textId="77777777" w:rsidR="00524722" w:rsidRDefault="00524722" w:rsidP="00524722">
      <w:pPr>
        <w:bidi/>
        <w:rPr>
          <w:rtl/>
        </w:rPr>
      </w:pPr>
    </w:p>
    <w:p w14:paraId="424918FC" w14:textId="265BEB82" w:rsidR="00524722" w:rsidRPr="00524722" w:rsidRDefault="00524722" w:rsidP="00524722">
      <w:pPr>
        <w:bidi/>
        <w:rPr>
          <w:rFonts w:ascii="☞DIODRUM ARABIC MEDIUM" w:hAnsi="☞DIODRUM ARABIC MEDIUM" w:cs="☞DIODRUM ARABIC MEDIUM"/>
          <w:sz w:val="24"/>
          <w:szCs w:val="24"/>
        </w:rPr>
      </w:pPr>
      <w:r w:rsidRPr="00524722">
        <w:rPr>
          <w:rFonts w:ascii="☞DIODRUM ARABIC MEDIUM" w:hAnsi="☞DIODRUM ARABIC MEDIUM" w:cs="☞DIODRUM ARABIC MEDIUM" w:hint="cs"/>
          <w:sz w:val="24"/>
          <w:szCs w:val="24"/>
          <w:rtl/>
        </w:rPr>
        <w:t>وزارة الموارد البشرية</w:t>
      </w:r>
      <w:r w:rsidR="00E34FB3">
        <w:rPr>
          <w:rFonts w:ascii="☞DIODRUM ARABIC MEDIUM" w:hAnsi="☞DIODRUM ARABIC MEDIUM" w:cs="☞DIODRUM ARABIC MEDIUM" w:hint="cs"/>
          <w:sz w:val="24"/>
          <w:szCs w:val="24"/>
          <w:rtl/>
        </w:rPr>
        <w:t xml:space="preserve"> والتنمية الاجتماعية</w:t>
      </w:r>
      <w:r w:rsidRPr="00524722">
        <w:rPr>
          <w:rFonts w:ascii="☞DIODRUM ARABIC MEDIUM" w:hAnsi="☞DIODRUM ARABIC MEDIUM" w:cs="☞DIODRUM ARABIC MEDIUM" w:hint="cs"/>
          <w:sz w:val="24"/>
          <w:szCs w:val="24"/>
          <w:rtl/>
        </w:rPr>
        <w:t>:</w:t>
      </w:r>
    </w:p>
    <w:p w14:paraId="62CDAF8D" w14:textId="0F43F537" w:rsidR="00D04C7D" w:rsidRPr="00E85862" w:rsidRDefault="00D6184D">
      <w:pPr>
        <w:bidi/>
        <w:rPr>
          <w:rFonts w:ascii="☞DIODRUM ARABIC MEDIUM" w:hAnsi="☞DIODRUM ARABIC MEDIUM" w:cs="☞DIODRUM ARABIC MEDIUM"/>
          <w:sz w:val="21"/>
          <w:szCs w:val="21"/>
          <w:rtl/>
        </w:rPr>
      </w:pPr>
      <w:r w:rsidRPr="00E85862">
        <w:rPr>
          <w:rFonts w:ascii="☞DIODRUM ARABIC MEDIUM" w:hAnsi="☞DIODRUM ARABIC MEDIUM" w:cs="☞DIODRUM ARABIC MEDIUM" w:hint="cs"/>
          <w:sz w:val="21"/>
          <w:szCs w:val="21"/>
          <w:rtl/>
        </w:rPr>
        <w:t>جهة</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حكومية</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مسؤولة</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عن</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رسم</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السياسة</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العامة</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لأنظمة</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العمل</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والعمال</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في</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القطاعين</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العام</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والخاص</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في</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المملكة،</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وأيضاً</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عن</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كل</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ما</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يتعلق</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بالشؤون</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الاجتماعية</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وبرامجها</w:t>
      </w:r>
      <w:r w:rsidRPr="00E85862">
        <w:rPr>
          <w:rFonts w:ascii="☞DIODRUM ARABIC MEDIUM" w:hAnsi="☞DIODRUM ARABIC MEDIUM" w:cs="☞DIODRUM ARABIC MEDIUM" w:hint="cs"/>
          <w:sz w:val="21"/>
          <w:szCs w:val="21"/>
        </w:rPr>
        <w:t xml:space="preserve"> </w:t>
      </w:r>
      <w:r w:rsidRPr="00E85862">
        <w:rPr>
          <w:rFonts w:ascii="☞DIODRUM ARABIC MEDIUM" w:hAnsi="☞DIODRUM ARABIC MEDIUM" w:cs="☞DIODRUM ARABIC MEDIUM" w:hint="cs"/>
          <w:sz w:val="21"/>
          <w:szCs w:val="21"/>
          <w:rtl/>
        </w:rPr>
        <w:t>التنموية</w:t>
      </w:r>
      <w:r w:rsidR="00524722" w:rsidRPr="00E85862">
        <w:rPr>
          <w:rFonts w:ascii="☞DIODRUM ARABIC MEDIUM" w:hAnsi="☞DIODRUM ARABIC MEDIUM" w:cs="☞DIODRUM ARABIC MEDIUM" w:hint="cs"/>
          <w:sz w:val="21"/>
          <w:szCs w:val="21"/>
          <w:rtl/>
        </w:rPr>
        <w:t>.</w:t>
      </w:r>
    </w:p>
    <w:p w14:paraId="23657A91" w14:textId="77777777" w:rsidR="00524722" w:rsidRDefault="00524722" w:rsidP="00524722">
      <w:pPr>
        <w:bidi/>
        <w:rPr>
          <w:rtl/>
        </w:rPr>
      </w:pPr>
    </w:p>
    <w:p w14:paraId="51B546AA" w14:textId="1747D771" w:rsidR="00524722" w:rsidRDefault="00524722" w:rsidP="00524722">
      <w:pPr>
        <w:bidi/>
        <w:rPr>
          <w:rFonts w:ascii="☞DIODRUM ARABIC MEDIUM" w:hAnsi="☞DIODRUM ARABIC MEDIUM" w:cs="☞DIODRUM ARABIC MEDIUM"/>
          <w:sz w:val="24"/>
          <w:szCs w:val="24"/>
          <w:rtl/>
        </w:rPr>
      </w:pPr>
      <w:r w:rsidRPr="006F71CA">
        <w:rPr>
          <w:rFonts w:ascii="☞DIODRUM ARABIC MEDIUM" w:hAnsi="☞DIODRUM ARABIC MEDIUM" w:cs="☞DIODRUM ARABIC MEDIUM" w:hint="cs"/>
          <w:sz w:val="24"/>
          <w:szCs w:val="24"/>
          <w:rtl/>
        </w:rPr>
        <w:t xml:space="preserve">هيئة رعاية الأشخاص </w:t>
      </w:r>
      <w:r w:rsidR="006F71CA" w:rsidRPr="006F71CA">
        <w:rPr>
          <w:rFonts w:ascii="☞DIODRUM ARABIC MEDIUM" w:hAnsi="☞DIODRUM ARABIC MEDIUM" w:cs="☞DIODRUM ARABIC MEDIUM" w:hint="cs"/>
          <w:sz w:val="24"/>
          <w:szCs w:val="24"/>
          <w:rtl/>
        </w:rPr>
        <w:t>ذوي الإعاقة:</w:t>
      </w:r>
    </w:p>
    <w:p w14:paraId="66C3EB59" w14:textId="336A0B08" w:rsidR="006F71CA" w:rsidRPr="00E85862" w:rsidRDefault="009F0BD2" w:rsidP="009F0BD2">
      <w:pPr>
        <w:pStyle w:val="NormalWeb"/>
        <w:bidi/>
        <w:spacing w:before="0" w:beforeAutospacing="0" w:after="120" w:afterAutospacing="0" w:line="312" w:lineRule="auto"/>
        <w:jc w:val="lowKashida"/>
        <w:rPr>
          <w:sz w:val="21"/>
          <w:szCs w:val="21"/>
          <w:rtl/>
        </w:rPr>
      </w:pPr>
      <w:r w:rsidRPr="00E85862">
        <w:rPr>
          <w:rFonts w:ascii="☞DIODRUM ARABIC MEDIUM" w:eastAsia="+mn-ea" w:hAnsi="☞DIODRUM ARABIC MEDIUM" w:cs="☞DIODRUM ARABIC MEDIUM" w:hint="cs"/>
          <w:kern w:val="24"/>
          <w:sz w:val="21"/>
          <w:szCs w:val="21"/>
          <w:rtl/>
          <w:lang w:bidi="ar-JO"/>
        </w:rPr>
        <w:t>جهة حكومية تهدف إلى تمكين الأشخاص ذوي الإعاقة وضمان حصولهم على حقوقهم المتصلة بالإعاقة وتعزيز الخدمات التي تقدمها الأجهزة لهم، بما يساعد على حصولهم على الرعاية والتأهيل اللازمين.</w:t>
      </w:r>
    </w:p>
    <w:p w14:paraId="4EBD9EBC" w14:textId="77777777" w:rsidR="006F71CA" w:rsidRDefault="006F71CA" w:rsidP="006F71CA">
      <w:pPr>
        <w:bidi/>
        <w:rPr>
          <w:rFonts w:ascii="☞DIODRUM ARABIC MEDIUM" w:hAnsi="☞DIODRUM ARABIC MEDIUM"/>
          <w:color w:val="000000"/>
          <w:sz w:val="18"/>
          <w:rtl/>
        </w:rPr>
      </w:pPr>
    </w:p>
    <w:p w14:paraId="43B3475D" w14:textId="0D5F782B" w:rsidR="006F71CA" w:rsidRDefault="006F71CA" w:rsidP="006F71CA">
      <w:pPr>
        <w:bidi/>
        <w:rPr>
          <w:rFonts w:ascii="☞DIODRUM ARABIC MEDIUM" w:hAnsi="☞DIODRUM ARABIC MEDIUM" w:cs="☞DIODRUM ARABIC MEDIUM"/>
          <w:sz w:val="24"/>
          <w:szCs w:val="24"/>
          <w:rtl/>
        </w:rPr>
      </w:pPr>
      <w:r w:rsidRPr="006F71CA">
        <w:rPr>
          <w:rFonts w:ascii="☞DIODRUM ARABIC MEDIUM" w:hAnsi="☞DIODRUM ARABIC MEDIUM" w:cs="☞DIODRUM ARABIC MEDIUM" w:hint="cs"/>
          <w:sz w:val="24"/>
          <w:szCs w:val="24"/>
          <w:rtl/>
        </w:rPr>
        <w:t>مجلس شؤون ال</w:t>
      </w:r>
      <w:r w:rsidR="00E34FB3">
        <w:rPr>
          <w:rFonts w:ascii="☞DIODRUM ARABIC MEDIUM" w:hAnsi="☞DIODRUM ARABIC MEDIUM" w:cs="☞DIODRUM ARABIC MEDIUM" w:hint="cs"/>
          <w:sz w:val="24"/>
          <w:szCs w:val="24"/>
          <w:rtl/>
        </w:rPr>
        <w:t>أ</w:t>
      </w:r>
      <w:r w:rsidRPr="006F71CA">
        <w:rPr>
          <w:rFonts w:ascii="☞DIODRUM ARABIC MEDIUM" w:hAnsi="☞DIODRUM ARABIC MEDIUM" w:cs="☞DIODRUM ARABIC MEDIUM" w:hint="cs"/>
          <w:sz w:val="24"/>
          <w:szCs w:val="24"/>
          <w:rtl/>
        </w:rPr>
        <w:t>سرة:</w:t>
      </w:r>
    </w:p>
    <w:p w14:paraId="01E345B9" w14:textId="5FD28E0F" w:rsidR="006F71CA" w:rsidRDefault="006F71CA" w:rsidP="006F71CA">
      <w:pPr>
        <w:bidi/>
        <w:rPr>
          <w:rFonts w:ascii="☞DIODRUM ARABIC MEDIUM" w:hAnsi="☞DIODRUM ARABIC MEDIUM"/>
          <w:color w:val="000000"/>
          <w:sz w:val="21"/>
          <w:szCs w:val="21"/>
          <w:rtl/>
        </w:rPr>
      </w:pPr>
      <w:r w:rsidRPr="00E85862">
        <w:rPr>
          <w:rFonts w:ascii="☞DIODRUM ARABIC MEDIUM" w:hAnsi="☞DIODRUM ARABIC MEDIUM" w:cs="☞DIODRUM ARABIC MEDIUM"/>
          <w:color w:val="000000"/>
          <w:sz w:val="21"/>
          <w:szCs w:val="21"/>
          <w:rtl/>
        </w:rPr>
        <w:t>جهة</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حكومية</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تختص</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بالأسرة</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وتسعى</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لتعميق</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تماسكها</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والحفاظ</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على</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هويتها</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وقيمها</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وتحسين</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مستوى</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الحياة</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فيها</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بمختلف</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جوانبها،</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وبالتالي</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تعزيز</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دور</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الأسرة</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في</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عملية</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التنمية</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من</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خلال</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تطوير</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تفاعلها</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مع</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المؤسسات</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المجتمعية</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ذات</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الصلة</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بشؤون</w:t>
      </w:r>
      <w:r w:rsidRPr="00E85862">
        <w:rPr>
          <w:rFonts w:ascii="☞DIODRUM ARABIC MEDIUM" w:hAnsi="☞DIODRUM ARABIC MEDIUM"/>
          <w:color w:val="000000"/>
          <w:sz w:val="21"/>
          <w:szCs w:val="21"/>
        </w:rPr>
        <w:t xml:space="preserve"> </w:t>
      </w:r>
      <w:r w:rsidRPr="00E85862">
        <w:rPr>
          <w:rFonts w:ascii="☞DIODRUM ARABIC MEDIUM" w:hAnsi="☞DIODRUM ARABIC MEDIUM" w:cs="☞DIODRUM ARABIC MEDIUM"/>
          <w:color w:val="000000"/>
          <w:sz w:val="21"/>
          <w:szCs w:val="21"/>
          <w:rtl/>
        </w:rPr>
        <w:t>الأسرة</w:t>
      </w:r>
      <w:r w:rsidR="009F0BD2" w:rsidRPr="00E85862">
        <w:rPr>
          <w:rFonts w:ascii="☞DIODRUM ARABIC MEDIUM" w:hAnsi="☞DIODRUM ARABIC MEDIUM" w:hint="cs"/>
          <w:color w:val="000000"/>
          <w:sz w:val="21"/>
          <w:szCs w:val="21"/>
          <w:rtl/>
        </w:rPr>
        <w:t>.</w:t>
      </w:r>
    </w:p>
    <w:p w14:paraId="145ECE4B" w14:textId="77777777" w:rsidR="00E85862" w:rsidRDefault="00E85862" w:rsidP="00E85862">
      <w:pPr>
        <w:bidi/>
        <w:rPr>
          <w:rFonts w:ascii="☞DIODRUM ARABIC MEDIUM" w:hAnsi="☞DIODRUM ARABIC MEDIUM"/>
          <w:color w:val="000000"/>
          <w:sz w:val="21"/>
          <w:szCs w:val="21"/>
          <w:rtl/>
        </w:rPr>
      </w:pPr>
    </w:p>
    <w:p w14:paraId="31DA9808" w14:textId="77777777" w:rsidR="00E85862" w:rsidRDefault="00E85862" w:rsidP="00E85862">
      <w:pPr>
        <w:bidi/>
        <w:rPr>
          <w:rFonts w:ascii="☞DIODRUM ARABIC MEDIUM" w:hAnsi="☞DIODRUM ARABIC MEDIUM"/>
          <w:color w:val="000000"/>
          <w:sz w:val="21"/>
          <w:szCs w:val="21"/>
          <w:rtl/>
        </w:rPr>
      </w:pPr>
    </w:p>
    <w:p w14:paraId="723038B7" w14:textId="77777777" w:rsidR="00E85862" w:rsidRPr="00E85862" w:rsidRDefault="00E85862" w:rsidP="00E85862">
      <w:pPr>
        <w:bidi/>
        <w:rPr>
          <w:rFonts w:ascii="☞DIODRUM ARABIC MEDIUM" w:hAnsi="☞DIODRUM ARABIC MEDIUM"/>
          <w:color w:val="000000"/>
          <w:sz w:val="21"/>
          <w:szCs w:val="21"/>
          <w:rtl/>
        </w:rPr>
      </w:pPr>
    </w:p>
    <w:p w14:paraId="53ACFF4A" w14:textId="77777777" w:rsidR="009F0BD2" w:rsidRDefault="009F0BD2" w:rsidP="009F0BD2">
      <w:pPr>
        <w:bidi/>
        <w:rPr>
          <w:rFonts w:ascii="☞DIODRUM ARABIC MEDIUM" w:hAnsi="☞DIODRUM ARABIC MEDIUM"/>
          <w:color w:val="000000"/>
          <w:sz w:val="18"/>
          <w:rtl/>
        </w:rPr>
      </w:pPr>
    </w:p>
    <w:p w14:paraId="2C2A7689" w14:textId="11F83B67" w:rsidR="009F0BD2" w:rsidRDefault="009F0BD2" w:rsidP="009F0BD2">
      <w:pPr>
        <w:bidi/>
        <w:rPr>
          <w:rFonts w:ascii="☞DIODRUM ARABIC MEDIUM" w:hAnsi="☞DIODRUM ARABIC MEDIUM" w:cs="☞DIODRUM ARABIC MEDIUM"/>
          <w:sz w:val="24"/>
          <w:szCs w:val="24"/>
          <w:rtl/>
        </w:rPr>
      </w:pPr>
      <w:r w:rsidRPr="009F0BD2">
        <w:rPr>
          <w:rFonts w:ascii="☞DIODRUM ARABIC MEDIUM" w:hAnsi="☞DIODRUM ARABIC MEDIUM" w:cs="☞DIODRUM ARABIC MEDIUM" w:hint="cs"/>
          <w:color w:val="000000"/>
          <w:sz w:val="24"/>
          <w:szCs w:val="24"/>
          <w:rtl/>
        </w:rPr>
        <w:lastRenderedPageBreak/>
        <w:t>كفيف:</w:t>
      </w:r>
    </w:p>
    <w:p w14:paraId="0C52C619" w14:textId="77777777" w:rsidR="009F0BD2" w:rsidRPr="00E85862" w:rsidRDefault="009F0BD2" w:rsidP="009F0BD2">
      <w:pPr>
        <w:bidi/>
        <w:rPr>
          <w:rFonts w:ascii="☞DIODRUM ARABIC MEDIUM" w:hAnsi="☞DIODRUM ARABIC MEDIUM" w:cs="☞DIODRUM ARABIC MEDIUM"/>
          <w:sz w:val="21"/>
          <w:szCs w:val="21"/>
        </w:rPr>
      </w:pPr>
      <w:r w:rsidRPr="00E85862">
        <w:rPr>
          <w:rFonts w:ascii="☞DIODRUM ARABIC MEDIUM" w:hAnsi="☞DIODRUM ARABIC MEDIUM" w:cs="☞DIODRUM ARABIC MEDIUM" w:hint="cs"/>
          <w:sz w:val="21"/>
          <w:szCs w:val="21"/>
          <w:rtl/>
          <w:lang w:bidi="ar-JO"/>
        </w:rPr>
        <w:t>جمعية المكفوفين الأهلية تقدّم مجموعة من الخدمات الاجتماعية، والنفسية، والتعليمية المتنوعة للأشخاص ذوي الإعاقات البصرية، وأسرهم، والمتخصصين في المجال.</w:t>
      </w:r>
    </w:p>
    <w:p w14:paraId="77E536CA" w14:textId="77777777" w:rsidR="009F0BD2" w:rsidRPr="009F0BD2" w:rsidRDefault="009F0BD2" w:rsidP="009F0BD2">
      <w:pPr>
        <w:bidi/>
        <w:rPr>
          <w:rFonts w:ascii="☞DIODRUM ARABIC MEDIUM" w:hAnsi="☞DIODRUM ARABIC MEDIUM" w:cs="☞DIODRUM ARABIC MEDIUM"/>
          <w:sz w:val="24"/>
          <w:szCs w:val="24"/>
        </w:rPr>
      </w:pPr>
    </w:p>
    <w:p w14:paraId="3FF700B7" w14:textId="7A32C205" w:rsidR="006F71CA" w:rsidRDefault="009F0BD2" w:rsidP="006F71CA">
      <w:pPr>
        <w:bidi/>
        <w:rPr>
          <w:rFonts w:ascii="☞DIODRUM ARABIC MEDIUM" w:hAnsi="☞DIODRUM ARABIC MEDIUM" w:cs="☞DIODRUM ARABIC MEDIUM"/>
          <w:sz w:val="24"/>
          <w:szCs w:val="24"/>
          <w:rtl/>
        </w:rPr>
      </w:pPr>
      <w:r>
        <w:rPr>
          <w:rFonts w:ascii="☞DIODRUM ARABIC MEDIUM" w:hAnsi="☞DIODRUM ARABIC MEDIUM" w:cs="☞DIODRUM ARABIC MEDIUM" w:hint="cs"/>
          <w:sz w:val="24"/>
          <w:szCs w:val="24"/>
          <w:rtl/>
        </w:rPr>
        <w:t>الجمعية السعودية للإعاقة السمعية:</w:t>
      </w:r>
    </w:p>
    <w:p w14:paraId="5F994B82" w14:textId="77777777" w:rsidR="009F0BD2" w:rsidRPr="00E85862" w:rsidRDefault="009F0BD2" w:rsidP="009F0BD2">
      <w:pPr>
        <w:bidi/>
        <w:rPr>
          <w:rFonts w:ascii="☞DIODRUM ARABIC MEDIUM" w:hAnsi="☞DIODRUM ARABIC MEDIUM" w:cs="☞DIODRUM ARABIC MEDIUM"/>
          <w:sz w:val="21"/>
          <w:szCs w:val="21"/>
          <w:rtl/>
        </w:rPr>
      </w:pPr>
      <w:r w:rsidRPr="00E85862">
        <w:rPr>
          <w:rFonts w:ascii="☞DIODRUM ARABIC MEDIUM" w:hAnsi="☞DIODRUM ARABIC MEDIUM" w:cs="☞DIODRUM ARABIC MEDIUM" w:hint="cs"/>
          <w:sz w:val="21"/>
          <w:szCs w:val="21"/>
          <w:rtl/>
          <w:lang w:bidi="ar-JO"/>
        </w:rPr>
        <w:t>جمعية متخصصة في تمكين الأشخاص ذوي الإعاقات السمعية وتعزيز دورهم المجتمعي من خلال البرامج المبتكرة والشراكات الاستراتيجية.</w:t>
      </w:r>
    </w:p>
    <w:p w14:paraId="48A6A104" w14:textId="77777777" w:rsidR="009F0BD2" w:rsidRDefault="009F0BD2" w:rsidP="009F0BD2">
      <w:pPr>
        <w:bidi/>
        <w:rPr>
          <w:rFonts w:ascii="☞DIODRUM ARABIC MEDIUM" w:hAnsi="☞DIODRUM ARABIC MEDIUM" w:cs="☞DIODRUM ARABIC MEDIUM"/>
          <w:sz w:val="18"/>
          <w:szCs w:val="18"/>
          <w:rtl/>
        </w:rPr>
      </w:pPr>
    </w:p>
    <w:p w14:paraId="1C738248" w14:textId="48A7EB13" w:rsidR="009F0BD2" w:rsidRDefault="009F0BD2" w:rsidP="009F0BD2">
      <w:pPr>
        <w:bidi/>
        <w:rPr>
          <w:rFonts w:ascii="☞DIODRUM ARABIC MEDIUM" w:hAnsi="☞DIODRUM ARABIC MEDIUM" w:cs="☞DIODRUM ARABIC MEDIUM"/>
          <w:sz w:val="24"/>
          <w:szCs w:val="24"/>
          <w:rtl/>
        </w:rPr>
      </w:pPr>
      <w:r w:rsidRPr="009F0BD2">
        <w:rPr>
          <w:rFonts w:ascii="☞DIODRUM ARABIC MEDIUM" w:hAnsi="☞DIODRUM ARABIC MEDIUM" w:cs="☞DIODRUM ARABIC MEDIUM" w:hint="cs"/>
          <w:sz w:val="24"/>
          <w:szCs w:val="24"/>
          <w:rtl/>
        </w:rPr>
        <w:t>جمعية كبار السن الأهلية:</w:t>
      </w:r>
    </w:p>
    <w:p w14:paraId="1C8DF54B" w14:textId="77777777" w:rsidR="009F0BD2" w:rsidRPr="00E85862" w:rsidRDefault="009F0BD2" w:rsidP="009F0BD2">
      <w:pPr>
        <w:bidi/>
        <w:rPr>
          <w:rFonts w:ascii="☞DIODRUM ARABIC MEDIUM" w:hAnsi="☞DIODRUM ARABIC MEDIUM" w:cs="☞DIODRUM ARABIC MEDIUM"/>
          <w:sz w:val="21"/>
          <w:szCs w:val="21"/>
        </w:rPr>
      </w:pPr>
      <w:r w:rsidRPr="00E85862">
        <w:rPr>
          <w:rFonts w:ascii="☞DIODRUM ARABIC MEDIUM" w:hAnsi="☞DIODRUM ARABIC MEDIUM" w:cs="☞DIODRUM ARABIC MEDIUM" w:hint="cs"/>
          <w:sz w:val="21"/>
          <w:szCs w:val="21"/>
          <w:rtl/>
          <w:lang w:bidi="ar-JO"/>
        </w:rPr>
        <w:t>جمعية تلبي جميع الاحتياجات الاجتماعية، والصحية، والترفيهية لكبار السن، وتقوم بتقديرهم، وتوفّر لهم الرعاية، وتعمل بالتعاون مع الجهات والأفراد لتعزيز جودة حياتهم وتحسينها.</w:t>
      </w:r>
    </w:p>
    <w:p w14:paraId="1B1B94AB" w14:textId="77777777" w:rsidR="009F0BD2" w:rsidRPr="009F0BD2" w:rsidRDefault="009F0BD2" w:rsidP="009F0BD2">
      <w:pPr>
        <w:bidi/>
        <w:rPr>
          <w:rFonts w:ascii="☞DIODRUM ARABIC MEDIUM" w:hAnsi="☞DIODRUM ARABIC MEDIUM" w:cs="☞DIODRUM ARABIC MEDIUM"/>
          <w:sz w:val="24"/>
          <w:szCs w:val="24"/>
        </w:rPr>
      </w:pPr>
    </w:p>
    <w:p w14:paraId="64DF54C5" w14:textId="77777777" w:rsidR="006F71CA" w:rsidRPr="006F71CA" w:rsidRDefault="006F71CA" w:rsidP="006F71CA">
      <w:pPr>
        <w:bidi/>
        <w:rPr>
          <w:rFonts w:ascii="☞DIODRUM ARABIC MEDIUM" w:hAnsi="☞DIODRUM ARABIC MEDIUM" w:cs="☞DIODRUM ARABIC MEDIUM"/>
          <w:sz w:val="24"/>
          <w:szCs w:val="24"/>
        </w:rPr>
      </w:pPr>
    </w:p>
    <w:p w14:paraId="6EB3A675" w14:textId="25E34BA9" w:rsidR="00D04C7D" w:rsidRPr="00E85862" w:rsidRDefault="00D6184D" w:rsidP="00E85862">
      <w:pPr>
        <w:bidi/>
        <w:jc w:val="center"/>
      </w:pPr>
      <w:r w:rsidRPr="00E85862">
        <w:rPr>
          <w:rFonts w:ascii="DiodrumArabic-Medium" w:hAnsi="DiodrumArabic-Medium" w:cs="DiodrumArabic-Medium"/>
          <w:rtl/>
        </w:rPr>
        <w:t>يجب</w:t>
      </w:r>
      <w:r w:rsidRPr="00E85862">
        <w:rPr>
          <w:rFonts w:ascii="DiodrumArabic-Medium" w:hAnsi="DiodrumArabic-Medium"/>
        </w:rPr>
        <w:t xml:space="preserve"> </w:t>
      </w:r>
      <w:r w:rsidRPr="00E85862">
        <w:rPr>
          <w:rFonts w:ascii="DiodrumArabic-Medium" w:hAnsi="DiodrumArabic-Medium" w:cs="DiodrumArabic-Medium"/>
          <w:rtl/>
        </w:rPr>
        <w:t>أن</w:t>
      </w:r>
      <w:r w:rsidRPr="00E85862">
        <w:rPr>
          <w:rFonts w:ascii="DiodrumArabic-Medium" w:hAnsi="DiodrumArabic-Medium"/>
        </w:rPr>
        <w:t xml:space="preserve"> </w:t>
      </w:r>
      <w:r w:rsidRPr="00E85862">
        <w:rPr>
          <w:rFonts w:ascii="DiodrumArabic-Medium" w:hAnsi="DiodrumArabic-Medium" w:cs="DiodrumArabic-Medium"/>
          <w:rtl/>
        </w:rPr>
        <w:t>تراعى</w:t>
      </w:r>
      <w:r w:rsidRPr="00E85862">
        <w:rPr>
          <w:rFonts w:ascii="DiodrumArabic-Medium" w:hAnsi="DiodrumArabic-Medium"/>
        </w:rPr>
        <w:t xml:space="preserve"> </w:t>
      </w:r>
      <w:r w:rsidRPr="00E85862">
        <w:rPr>
          <w:rFonts w:ascii="DiodrumArabic-Medium" w:hAnsi="DiodrumArabic-Medium" w:cs="DiodrumArabic-Medium"/>
          <w:rtl/>
        </w:rPr>
        <w:t>الجهود</w:t>
      </w:r>
      <w:r w:rsidRPr="00E85862">
        <w:rPr>
          <w:rFonts w:ascii="DiodrumArabic-Medium" w:hAnsi="DiodrumArabic-Medium"/>
        </w:rPr>
        <w:t xml:space="preserve"> </w:t>
      </w:r>
      <w:r w:rsidRPr="00E85862">
        <w:rPr>
          <w:rFonts w:ascii="DiodrumArabic-Medium" w:hAnsi="DiodrumArabic-Medium" w:cs="DiodrumArabic-Medium"/>
          <w:rtl/>
        </w:rPr>
        <w:t>التي</w:t>
      </w:r>
      <w:r w:rsidRPr="00E85862">
        <w:rPr>
          <w:rFonts w:ascii="DiodrumArabic-Medium" w:hAnsi="DiodrumArabic-Medium"/>
        </w:rPr>
        <w:t xml:space="preserve"> </w:t>
      </w:r>
      <w:r w:rsidRPr="00E85862">
        <w:rPr>
          <w:rFonts w:ascii="DiodrumArabic-Medium" w:hAnsi="DiodrumArabic-Medium" w:cs="DiodrumArabic-Medium"/>
          <w:rtl/>
        </w:rPr>
        <w:t>تهدف</w:t>
      </w:r>
      <w:r w:rsidRPr="00E85862">
        <w:rPr>
          <w:rFonts w:ascii="DiodrumArabic-Medium" w:hAnsi="DiodrumArabic-Medium"/>
        </w:rPr>
        <w:t xml:space="preserve"> </w:t>
      </w:r>
      <w:r w:rsidRPr="00E85862">
        <w:rPr>
          <w:rFonts w:ascii="DiodrumArabic-Medium" w:hAnsi="DiodrumArabic-Medium" w:cs="DiodrumArabic-Medium"/>
          <w:rtl/>
        </w:rPr>
        <w:t>إلى</w:t>
      </w:r>
      <w:r w:rsidRPr="00E85862">
        <w:rPr>
          <w:rFonts w:ascii="DiodrumArabic-Medium" w:hAnsi="DiodrumArabic-Medium"/>
        </w:rPr>
        <w:t xml:space="preserve"> </w:t>
      </w:r>
      <w:r w:rsidRPr="00E85862">
        <w:rPr>
          <w:rFonts w:ascii="DiodrumArabic-Medium" w:hAnsi="DiodrumArabic-Medium" w:cs="DiodrumArabic-Medium"/>
          <w:rtl/>
        </w:rPr>
        <w:t>توفير</w:t>
      </w:r>
      <w:r w:rsidRPr="00E85862">
        <w:rPr>
          <w:rFonts w:ascii="DiodrumArabic-Medium" w:hAnsi="DiodrumArabic-Medium"/>
        </w:rPr>
        <w:t xml:space="preserve"> </w:t>
      </w:r>
      <w:r w:rsidRPr="00E85862">
        <w:rPr>
          <w:rFonts w:ascii="DiodrumArabic-Medium" w:hAnsi="DiodrumArabic-Medium" w:cs="DiodrumArabic-Medium"/>
          <w:rtl/>
        </w:rPr>
        <w:t>بيئة</w:t>
      </w:r>
      <w:r w:rsidRPr="00E85862">
        <w:rPr>
          <w:rFonts w:ascii="DiodrumArabic-Medium" w:hAnsi="DiodrumArabic-Medium"/>
        </w:rPr>
        <w:t xml:space="preserve"> </w:t>
      </w:r>
      <w:r w:rsidRPr="00E85862">
        <w:rPr>
          <w:rFonts w:ascii="DiodrumArabic-Medium" w:hAnsi="DiodrumArabic-Medium" w:cs="DiodrumArabic-Medium"/>
          <w:rtl/>
        </w:rPr>
        <w:t>رقمية</w:t>
      </w:r>
      <w:r w:rsidRPr="00E85862">
        <w:rPr>
          <w:rFonts w:ascii="DiodrumArabic-Medium" w:hAnsi="DiodrumArabic-Medium"/>
        </w:rPr>
        <w:t xml:space="preserve"> </w:t>
      </w:r>
      <w:r w:rsidRPr="00E85862">
        <w:rPr>
          <w:rFonts w:ascii="DiodrumArabic-Medium" w:hAnsi="DiodrumArabic-Medium" w:cs="DiodrumArabic-Medium"/>
          <w:rtl/>
        </w:rPr>
        <w:t>شاملة</w:t>
      </w:r>
      <w:r w:rsidRPr="00E85862">
        <w:rPr>
          <w:rFonts w:ascii="DiodrumArabic-Medium" w:hAnsi="DiodrumArabic-Medium"/>
        </w:rPr>
        <w:t xml:space="preserve"> </w:t>
      </w:r>
      <w:r w:rsidRPr="00E85862">
        <w:rPr>
          <w:rFonts w:ascii="DiodrumArabic-Medium" w:hAnsi="DiodrumArabic-Medium" w:cs="DiodrumArabic-Medium"/>
          <w:rtl/>
        </w:rPr>
        <w:t>الاحتياجات</w:t>
      </w:r>
      <w:r w:rsidRPr="00E85862">
        <w:rPr>
          <w:rFonts w:ascii="DiodrumArabic-Medium" w:hAnsi="DiodrumArabic-Medium"/>
        </w:rPr>
        <w:t xml:space="preserve"> </w:t>
      </w:r>
      <w:r w:rsidRPr="00E85862">
        <w:rPr>
          <w:rFonts w:ascii="DiodrumArabic-Medium" w:hAnsi="DiodrumArabic-Medium" w:cs="DiodrumArabic-Medium"/>
          <w:rtl/>
        </w:rPr>
        <w:t>المحددة</w:t>
      </w:r>
      <w:r w:rsidRPr="00E85862">
        <w:rPr>
          <w:rFonts w:ascii="DiodrumArabic-Medium" w:hAnsi="DiodrumArabic-Medium"/>
        </w:rPr>
        <w:t xml:space="preserve"> </w:t>
      </w:r>
      <w:r w:rsidRPr="00E85862">
        <w:rPr>
          <w:rFonts w:ascii="DiodrumArabic-Medium" w:hAnsi="DiodrumArabic-Medium" w:cs="DiodrumArabic-Medium"/>
          <w:rtl/>
        </w:rPr>
        <w:t>لهذه</w:t>
      </w:r>
      <w:r w:rsidRPr="00E85862">
        <w:rPr>
          <w:rFonts w:ascii="DiodrumArabic-Medium" w:hAnsi="DiodrumArabic-Medium"/>
        </w:rPr>
        <w:t xml:space="preserve"> </w:t>
      </w:r>
      <w:r w:rsidRPr="00E85862">
        <w:rPr>
          <w:rFonts w:ascii="DiodrumArabic-Medium" w:hAnsi="DiodrumArabic-Medium" w:cs="DiodrumArabic-Medium"/>
          <w:rtl/>
        </w:rPr>
        <w:t>المنظمات</w:t>
      </w:r>
      <w:r w:rsidRPr="00E85862">
        <w:rPr>
          <w:rFonts w:ascii="DiodrumArabic-Medium" w:hAnsi="DiodrumArabic-Medium"/>
        </w:rPr>
        <w:t xml:space="preserve"> </w:t>
      </w:r>
      <w:r w:rsidRPr="00E85862">
        <w:rPr>
          <w:rFonts w:ascii="DiodrumArabic-Medium" w:hAnsi="DiodrumArabic-Medium" w:cs="DiodrumArabic-Medium"/>
          <w:rtl/>
        </w:rPr>
        <w:t>المتنوعة</w:t>
      </w:r>
      <w:r w:rsidRPr="00E85862">
        <w:rPr>
          <w:rFonts w:ascii="DiodrumArabic-Medium" w:hAnsi="DiodrumArabic-Medium"/>
        </w:rPr>
        <w:t xml:space="preserve"> </w:t>
      </w:r>
      <w:r w:rsidRPr="00E85862">
        <w:rPr>
          <w:rFonts w:ascii="DiodrumArabic-Medium" w:hAnsi="DiodrumArabic-Medium" w:cs="DiodrumArabic-Medium"/>
          <w:rtl/>
        </w:rPr>
        <w:t>من</w:t>
      </w:r>
      <w:r w:rsidRPr="00E85862">
        <w:rPr>
          <w:rFonts w:ascii="DiodrumArabic-Medium" w:hAnsi="DiodrumArabic-Medium"/>
        </w:rPr>
        <w:t xml:space="preserve"> </w:t>
      </w:r>
      <w:r w:rsidRPr="00E85862">
        <w:rPr>
          <w:rFonts w:ascii="DiodrumArabic-Medium" w:hAnsi="DiodrumArabic-Medium" w:cs="DiodrumArabic-Medium"/>
          <w:rtl/>
        </w:rPr>
        <w:t>أجل</w:t>
      </w:r>
      <w:r w:rsidRPr="00E85862">
        <w:rPr>
          <w:rFonts w:ascii="DiodrumArabic-Medium" w:hAnsi="DiodrumArabic-Medium"/>
        </w:rPr>
        <w:t xml:space="preserve"> </w:t>
      </w:r>
      <w:r w:rsidRPr="00E85862">
        <w:rPr>
          <w:rFonts w:ascii="DiodrumArabic-Medium" w:hAnsi="DiodrumArabic-Medium" w:cs="DiodrumArabic-Medium"/>
          <w:rtl/>
        </w:rPr>
        <w:t>ضمان</w:t>
      </w:r>
      <w:r w:rsidRPr="00E85862">
        <w:rPr>
          <w:rFonts w:ascii="DiodrumArabic-Medium" w:hAnsi="DiodrumArabic-Medium"/>
        </w:rPr>
        <w:t xml:space="preserve"> </w:t>
      </w:r>
      <w:r w:rsidRPr="00E85862">
        <w:rPr>
          <w:rFonts w:ascii="DiodrumArabic-Medium" w:hAnsi="DiodrumArabic-Medium" w:cs="DiodrumArabic-Medium"/>
          <w:rtl/>
        </w:rPr>
        <w:t>المساواة</w:t>
      </w:r>
      <w:r w:rsidRPr="00E85862">
        <w:rPr>
          <w:rFonts w:ascii="DiodrumArabic-Medium" w:hAnsi="DiodrumArabic-Medium"/>
        </w:rPr>
        <w:t xml:space="preserve"> </w:t>
      </w:r>
      <w:r w:rsidRPr="00E85862">
        <w:rPr>
          <w:rFonts w:ascii="DiodrumArabic-Medium" w:hAnsi="DiodrumArabic-Medium" w:cs="DiodrumArabic-Medium"/>
          <w:rtl/>
        </w:rPr>
        <w:t>من</w:t>
      </w:r>
      <w:r w:rsidRPr="00E85862">
        <w:rPr>
          <w:rFonts w:ascii="DiodrumArabic-Medium" w:hAnsi="DiodrumArabic-Medium"/>
        </w:rPr>
        <w:t xml:space="preserve"> </w:t>
      </w:r>
      <w:r w:rsidRPr="00E85862">
        <w:rPr>
          <w:rFonts w:ascii="DiodrumArabic-Medium" w:hAnsi="DiodrumArabic-Medium" w:cs="DiodrumArabic-Medium"/>
          <w:rtl/>
        </w:rPr>
        <w:t>حيث</w:t>
      </w:r>
      <w:r w:rsidRPr="00E85862">
        <w:rPr>
          <w:rFonts w:ascii="DiodrumArabic-Medium" w:hAnsi="DiodrumArabic-Medium"/>
        </w:rPr>
        <w:t xml:space="preserve"> </w:t>
      </w:r>
      <w:r w:rsidRPr="00E85862">
        <w:rPr>
          <w:rFonts w:ascii="DiodrumArabic-Medium" w:hAnsi="DiodrumArabic-Medium" w:cs="DiodrumArabic-Medium"/>
          <w:rtl/>
        </w:rPr>
        <w:t>المشاركة</w:t>
      </w:r>
      <w:r w:rsidRPr="00E85862">
        <w:rPr>
          <w:rFonts w:ascii="DiodrumArabic-Medium" w:hAnsi="DiodrumArabic-Medium"/>
        </w:rPr>
        <w:t xml:space="preserve"> </w:t>
      </w:r>
      <w:r w:rsidRPr="00E85862">
        <w:rPr>
          <w:rFonts w:ascii="DiodrumArabic-Medium" w:hAnsi="DiodrumArabic-Medium" w:cs="DiodrumArabic-Medium"/>
          <w:rtl/>
        </w:rPr>
        <w:t>وإمكانية</w:t>
      </w:r>
      <w:r w:rsidRPr="00E85862">
        <w:rPr>
          <w:rFonts w:ascii="DiodrumArabic-Medium" w:hAnsi="DiodrumArabic-Medium"/>
        </w:rPr>
        <w:t xml:space="preserve"> </w:t>
      </w:r>
      <w:r w:rsidRPr="00E85862">
        <w:rPr>
          <w:rFonts w:ascii="DiodrumArabic-Medium" w:hAnsi="DiodrumArabic-Medium" w:cs="DiodrumArabic-Medium"/>
          <w:rtl/>
        </w:rPr>
        <w:t>الوصول،</w:t>
      </w:r>
      <w:r w:rsidRPr="00E85862">
        <w:rPr>
          <w:rFonts w:ascii="DiodrumArabic-Medium" w:hAnsi="DiodrumArabic-Medium"/>
        </w:rPr>
        <w:t xml:space="preserve"> </w:t>
      </w:r>
      <w:r w:rsidRPr="00E85862">
        <w:rPr>
          <w:rFonts w:ascii="DiodrumArabic-Medium" w:hAnsi="DiodrumArabic-Medium" w:cs="DiodrumArabic-Medium"/>
          <w:rtl/>
        </w:rPr>
        <w:t>وذلك</w:t>
      </w:r>
      <w:r w:rsidRPr="00E85862">
        <w:rPr>
          <w:rFonts w:ascii="DiodrumArabic-Medium" w:hAnsi="DiodrumArabic-Medium"/>
        </w:rPr>
        <w:t xml:space="preserve"> </w:t>
      </w:r>
      <w:r w:rsidRPr="00E85862">
        <w:rPr>
          <w:rFonts w:ascii="DiodrumArabic-Medium" w:hAnsi="DiodrumArabic-Medium" w:cs="DiodrumArabic-Medium"/>
          <w:rtl/>
        </w:rPr>
        <w:t>بما</w:t>
      </w:r>
      <w:r w:rsidRPr="00E85862">
        <w:rPr>
          <w:rFonts w:ascii="DiodrumArabic-Medium" w:hAnsi="DiodrumArabic-Medium"/>
        </w:rPr>
        <w:t xml:space="preserve"> </w:t>
      </w:r>
      <w:r w:rsidRPr="00E85862">
        <w:rPr>
          <w:rFonts w:ascii="DiodrumArabic-Medium" w:hAnsi="DiodrumArabic-Medium" w:cs="DiodrumArabic-Medium"/>
          <w:rtl/>
        </w:rPr>
        <w:t>يتماشى</w:t>
      </w:r>
      <w:r w:rsidRPr="00E85862">
        <w:rPr>
          <w:rFonts w:ascii="DiodrumArabic-Medium" w:hAnsi="DiodrumArabic-Medium"/>
        </w:rPr>
        <w:t xml:space="preserve"> </w:t>
      </w:r>
      <w:r w:rsidRPr="00E85862">
        <w:rPr>
          <w:rFonts w:ascii="DiodrumArabic-Medium" w:hAnsi="DiodrumArabic-Medium" w:cs="DiodrumArabic-Medium"/>
          <w:rtl/>
        </w:rPr>
        <w:t>مع</w:t>
      </w:r>
      <w:r w:rsidRPr="00E85862">
        <w:rPr>
          <w:rFonts w:ascii="DiodrumArabic-Medium" w:hAnsi="DiodrumArabic-Medium"/>
        </w:rPr>
        <w:t xml:space="preserve"> </w:t>
      </w:r>
      <w:r w:rsidRPr="00E85862">
        <w:rPr>
          <w:rFonts w:ascii="DiodrumArabic-Medium" w:hAnsi="DiodrumArabic-Medium" w:cs="DiodrumArabic-Medium"/>
          <w:rtl/>
        </w:rPr>
        <w:t>استراتيجيات</w:t>
      </w:r>
      <w:r w:rsidRPr="00E85862">
        <w:rPr>
          <w:rFonts w:ascii="DiodrumArabic-Medium" w:hAnsi="DiodrumArabic-Medium"/>
        </w:rPr>
        <w:t xml:space="preserve"> </w:t>
      </w:r>
      <w:r w:rsidRPr="00E85862">
        <w:rPr>
          <w:rFonts w:ascii="DiodrumArabic-Medium" w:hAnsi="DiodrumArabic-Medium" w:cs="DiodrumArabic-Medium"/>
          <w:rtl/>
        </w:rPr>
        <w:t>الشمولية</w:t>
      </w:r>
      <w:r w:rsidRPr="00E85862">
        <w:rPr>
          <w:rFonts w:ascii="DiodrumArabic-Medium" w:hAnsi="DiodrumArabic-Medium"/>
        </w:rPr>
        <w:t xml:space="preserve"> </w:t>
      </w:r>
      <w:r w:rsidRPr="00E85862">
        <w:rPr>
          <w:rFonts w:ascii="DiodrumArabic-Medium" w:hAnsi="DiodrumArabic-Medium" w:cs="DiodrumArabic-Medium"/>
          <w:rtl/>
        </w:rPr>
        <w:t>الرقمية</w:t>
      </w:r>
      <w:r w:rsidRPr="00E85862">
        <w:rPr>
          <w:rFonts w:ascii="DiodrumArabic-Medium" w:hAnsi="DiodrumArabic-Medium"/>
        </w:rPr>
        <w:t xml:space="preserve"> </w:t>
      </w:r>
      <w:r w:rsidRPr="00E85862">
        <w:rPr>
          <w:rFonts w:ascii="DiodrumArabic-Medium" w:hAnsi="DiodrumArabic-Medium" w:cs="DiodrumArabic-Medium"/>
          <w:rtl/>
        </w:rPr>
        <w:t>التي</w:t>
      </w:r>
      <w:r w:rsidRPr="00E85862">
        <w:rPr>
          <w:rFonts w:ascii="DiodrumArabic-Medium" w:hAnsi="DiodrumArabic-Medium"/>
        </w:rPr>
        <w:t xml:space="preserve"> </w:t>
      </w:r>
      <w:r w:rsidRPr="00E85862">
        <w:rPr>
          <w:rFonts w:ascii="DiodrumArabic-Medium" w:hAnsi="DiodrumArabic-Medium" w:cs="DiodrumArabic-Medium"/>
          <w:rtl/>
        </w:rPr>
        <w:t>تسعى</w:t>
      </w:r>
      <w:r w:rsidRPr="00E85862">
        <w:rPr>
          <w:rFonts w:ascii="DiodrumArabic-Medium" w:hAnsi="DiodrumArabic-Medium"/>
        </w:rPr>
        <w:t xml:space="preserve"> </w:t>
      </w:r>
      <w:r w:rsidRPr="00E85862">
        <w:rPr>
          <w:rFonts w:ascii="DiodrumArabic-Medium" w:hAnsi="DiodrumArabic-Medium" w:cs="DiodrumArabic-Medium"/>
          <w:rtl/>
        </w:rPr>
        <w:t>إلى</w:t>
      </w:r>
      <w:r w:rsidRPr="00E85862">
        <w:rPr>
          <w:rFonts w:ascii="DiodrumArabic-Medium" w:hAnsi="DiodrumArabic-Medium"/>
        </w:rPr>
        <w:t xml:space="preserve"> </w:t>
      </w:r>
      <w:r w:rsidRPr="00E85862">
        <w:rPr>
          <w:rFonts w:ascii="DiodrumArabic-Medium" w:hAnsi="DiodrumArabic-Medium" w:cs="DiodrumArabic-Medium"/>
          <w:rtl/>
        </w:rPr>
        <w:t>ترسيخ</w:t>
      </w:r>
      <w:r w:rsidRPr="00E85862">
        <w:rPr>
          <w:rFonts w:ascii="DiodrumArabic-Medium" w:hAnsi="DiodrumArabic-Medium"/>
        </w:rPr>
        <w:t xml:space="preserve"> </w:t>
      </w:r>
      <w:r w:rsidRPr="00E85862">
        <w:rPr>
          <w:rFonts w:ascii="DiodrumArabic-Medium" w:hAnsi="DiodrumArabic-Medium" w:cs="DiodrumArabic-Medium"/>
          <w:rtl/>
        </w:rPr>
        <w:t>هذا</w:t>
      </w:r>
      <w:r w:rsidRPr="00E85862">
        <w:rPr>
          <w:rFonts w:ascii="DiodrumArabic-Medium" w:hAnsi="DiodrumArabic-Medium"/>
        </w:rPr>
        <w:t xml:space="preserve"> </w:t>
      </w:r>
      <w:r w:rsidRPr="00E85862">
        <w:rPr>
          <w:rFonts w:ascii="DiodrumArabic-Medium" w:hAnsi="DiodrumArabic-Medium" w:cs="DiodrumArabic-Medium"/>
          <w:rtl/>
        </w:rPr>
        <w:t>المبدأ</w:t>
      </w:r>
      <w:r w:rsidRPr="00E85862">
        <w:rPr>
          <w:rFonts w:ascii="DiodrumArabic-Medium" w:hAnsi="DiodrumArabic-Medium"/>
        </w:rPr>
        <w:t xml:space="preserve"> </w:t>
      </w:r>
      <w:r w:rsidRPr="00E85862">
        <w:rPr>
          <w:rFonts w:ascii="DiodrumArabic-Medium" w:hAnsi="DiodrumArabic-Medium" w:cs="DiodrumArabic-Medium"/>
          <w:rtl/>
        </w:rPr>
        <w:t>في</w:t>
      </w:r>
      <w:r w:rsidRPr="00E85862">
        <w:rPr>
          <w:rFonts w:ascii="DiodrumArabic-Medium" w:hAnsi="DiodrumArabic-Medium"/>
        </w:rPr>
        <w:t xml:space="preserve"> </w:t>
      </w:r>
      <w:r w:rsidRPr="00E85862">
        <w:rPr>
          <w:rFonts w:ascii="DiodrumArabic-Medium" w:hAnsi="DiodrumArabic-Medium" w:cs="DiodrumArabic-Medium"/>
          <w:rtl/>
        </w:rPr>
        <w:t>المجتمع</w:t>
      </w:r>
      <w:r w:rsidR="009F0BD2" w:rsidRPr="00E85862">
        <w:rPr>
          <w:rFonts w:ascii="DiodrumArabic-Medium" w:hAnsi="DiodrumArabic-Medium" w:hint="cs"/>
          <w:rtl/>
        </w:rPr>
        <w:t>.</w:t>
      </w:r>
    </w:p>
    <w:p w14:paraId="7D05B80F" w14:textId="77777777" w:rsidR="00D04C7D" w:rsidRDefault="00D6184D">
      <w:r>
        <w:br w:type="page"/>
      </w:r>
    </w:p>
    <w:p w14:paraId="5F730478" w14:textId="02AE36E6" w:rsidR="00D04C7D" w:rsidRPr="00103393" w:rsidRDefault="00A631E7">
      <w:pPr>
        <w:pStyle w:val="Heading3"/>
        <w:bidi/>
        <w:rPr>
          <w:rFonts w:ascii="DiodrumArabic-Bold" w:hAnsi="DiodrumArabic-Bold" w:cs="DiodrumArabic-Bold"/>
          <w:color w:val="auto"/>
          <w:sz w:val="24"/>
          <w:szCs w:val="24"/>
        </w:rPr>
      </w:pPr>
      <w:bookmarkStart w:id="27" w:name="heading_13_34_قصص_نجاح_في_مجال_الشمولية_"/>
      <w:bookmarkStart w:id="28" w:name="_Toc204265943"/>
      <w:r>
        <w:rPr>
          <w:rFonts w:ascii="DiodrumArabic-Bold" w:hAnsi="DiodrumArabic-Bold" w:cs="DiodrumArabic-Bold"/>
          <w:color w:val="auto"/>
          <w:sz w:val="24"/>
          <w:szCs w:val="24"/>
        </w:rPr>
        <w:lastRenderedPageBreak/>
        <w:t xml:space="preserve"> </w:t>
      </w:r>
      <w:r w:rsidR="00D6184D" w:rsidRPr="00103393">
        <w:rPr>
          <w:rFonts w:ascii="DiodrumArabic-Bold" w:hAnsi="DiodrumArabic-Bold" w:cs="DiodrumArabic-Bold"/>
          <w:color w:val="auto"/>
          <w:sz w:val="24"/>
          <w:szCs w:val="24"/>
        </w:rPr>
        <w:t xml:space="preserve">3.4 </w:t>
      </w:r>
      <w:r w:rsidR="00D6184D" w:rsidRPr="00103393">
        <w:rPr>
          <w:rFonts w:ascii="DiodrumArabic-Bold" w:hAnsi="DiodrumArabic-Bold" w:cs="DiodrumArabic-Bold"/>
          <w:color w:val="auto"/>
          <w:sz w:val="24"/>
          <w:szCs w:val="24"/>
          <w:rtl/>
        </w:rPr>
        <w:t>قصص</w:t>
      </w:r>
      <w:r w:rsidR="00D6184D" w:rsidRPr="00103393">
        <w:rPr>
          <w:rFonts w:ascii="DiodrumArabic-Bold" w:hAnsi="DiodrumArabic-Bold" w:cs="DiodrumArabic-Bold"/>
          <w:color w:val="auto"/>
          <w:sz w:val="24"/>
          <w:szCs w:val="24"/>
        </w:rPr>
        <w:t xml:space="preserve"> </w:t>
      </w:r>
      <w:r w:rsidR="00D6184D" w:rsidRPr="00103393">
        <w:rPr>
          <w:rFonts w:ascii="DiodrumArabic-Bold" w:hAnsi="DiodrumArabic-Bold" w:cs="DiodrumArabic-Bold"/>
          <w:color w:val="auto"/>
          <w:sz w:val="24"/>
          <w:szCs w:val="24"/>
          <w:rtl/>
        </w:rPr>
        <w:t>نجاح</w:t>
      </w:r>
      <w:r w:rsidR="00D6184D" w:rsidRPr="00103393">
        <w:rPr>
          <w:rFonts w:ascii="DiodrumArabic-Bold" w:hAnsi="DiodrumArabic-Bold" w:cs="DiodrumArabic-Bold"/>
          <w:color w:val="auto"/>
          <w:sz w:val="24"/>
          <w:szCs w:val="24"/>
        </w:rPr>
        <w:t xml:space="preserve"> </w:t>
      </w:r>
      <w:r w:rsidR="00D6184D" w:rsidRPr="00103393">
        <w:rPr>
          <w:rFonts w:ascii="DiodrumArabic-Bold" w:hAnsi="DiodrumArabic-Bold" w:cs="DiodrumArabic-Bold"/>
          <w:color w:val="auto"/>
          <w:sz w:val="24"/>
          <w:szCs w:val="24"/>
          <w:rtl/>
        </w:rPr>
        <w:t>في</w:t>
      </w:r>
      <w:r w:rsidR="00D6184D" w:rsidRPr="00103393">
        <w:rPr>
          <w:rFonts w:ascii="DiodrumArabic-Bold" w:hAnsi="DiodrumArabic-Bold" w:cs="DiodrumArabic-Bold"/>
          <w:color w:val="auto"/>
          <w:sz w:val="24"/>
          <w:szCs w:val="24"/>
        </w:rPr>
        <w:t xml:space="preserve"> </w:t>
      </w:r>
      <w:r w:rsidR="00D6184D" w:rsidRPr="00103393">
        <w:rPr>
          <w:rFonts w:ascii="DiodrumArabic-Bold" w:hAnsi="DiodrumArabic-Bold" w:cs="DiodrumArabic-Bold"/>
          <w:color w:val="auto"/>
          <w:sz w:val="24"/>
          <w:szCs w:val="24"/>
          <w:rtl/>
        </w:rPr>
        <w:t>مجال</w:t>
      </w:r>
      <w:r w:rsidR="00D6184D" w:rsidRPr="00103393">
        <w:rPr>
          <w:rFonts w:ascii="DiodrumArabic-Bold" w:hAnsi="DiodrumArabic-Bold" w:cs="DiodrumArabic-Bold"/>
          <w:color w:val="auto"/>
          <w:sz w:val="24"/>
          <w:szCs w:val="24"/>
        </w:rPr>
        <w:t xml:space="preserve"> </w:t>
      </w:r>
      <w:r w:rsidR="00D6184D" w:rsidRPr="00103393">
        <w:rPr>
          <w:rFonts w:ascii="DiodrumArabic-Bold" w:hAnsi="DiodrumArabic-Bold" w:cs="DiodrumArabic-Bold"/>
          <w:color w:val="auto"/>
          <w:sz w:val="24"/>
          <w:szCs w:val="24"/>
          <w:rtl/>
        </w:rPr>
        <w:t>الشمولية</w:t>
      </w:r>
      <w:r w:rsidR="00D6184D" w:rsidRPr="00103393">
        <w:rPr>
          <w:rFonts w:ascii="DiodrumArabic-Bold" w:hAnsi="DiodrumArabic-Bold" w:cs="DiodrumArabic-Bold"/>
          <w:color w:val="auto"/>
          <w:sz w:val="24"/>
          <w:szCs w:val="24"/>
        </w:rPr>
        <w:t xml:space="preserve"> </w:t>
      </w:r>
      <w:r w:rsidR="00D6184D" w:rsidRPr="00103393">
        <w:rPr>
          <w:rFonts w:ascii="DiodrumArabic-Bold" w:hAnsi="DiodrumArabic-Bold" w:cs="DiodrumArabic-Bold"/>
          <w:color w:val="auto"/>
          <w:sz w:val="24"/>
          <w:szCs w:val="24"/>
          <w:rtl/>
        </w:rPr>
        <w:t>الرقمية</w:t>
      </w:r>
      <w:r w:rsidR="00D6184D" w:rsidRPr="00103393">
        <w:rPr>
          <w:rFonts w:ascii="DiodrumArabic-Bold" w:hAnsi="DiodrumArabic-Bold" w:cs="DiodrumArabic-Bold"/>
          <w:color w:val="auto"/>
          <w:sz w:val="24"/>
          <w:szCs w:val="24"/>
        </w:rPr>
        <w:t xml:space="preserve"> </w:t>
      </w:r>
      <w:r w:rsidR="00D6184D" w:rsidRPr="00103393">
        <w:rPr>
          <w:rFonts w:ascii="DiodrumArabic-Bold" w:hAnsi="DiodrumArabic-Bold" w:cs="DiodrumArabic-Bold"/>
          <w:color w:val="auto"/>
          <w:sz w:val="24"/>
          <w:szCs w:val="24"/>
          <w:rtl/>
        </w:rPr>
        <w:t>في</w:t>
      </w:r>
      <w:r w:rsidR="00D6184D" w:rsidRPr="00103393">
        <w:rPr>
          <w:rFonts w:ascii="DiodrumArabic-Bold" w:hAnsi="DiodrumArabic-Bold" w:cs="DiodrumArabic-Bold"/>
          <w:color w:val="auto"/>
          <w:sz w:val="24"/>
          <w:szCs w:val="24"/>
        </w:rPr>
        <w:t xml:space="preserve"> </w:t>
      </w:r>
      <w:r w:rsidR="00D6184D" w:rsidRPr="00103393">
        <w:rPr>
          <w:rFonts w:ascii="DiodrumArabic-Bold" w:hAnsi="DiodrumArabic-Bold" w:cs="DiodrumArabic-Bold"/>
          <w:color w:val="auto"/>
          <w:sz w:val="24"/>
          <w:szCs w:val="24"/>
          <w:rtl/>
        </w:rPr>
        <w:t>المملكة</w:t>
      </w:r>
      <w:bookmarkEnd w:id="27"/>
      <w:bookmarkEnd w:id="28"/>
    </w:p>
    <w:p w14:paraId="5A7F5485" w14:textId="350222A4" w:rsidR="00D04C7D" w:rsidRPr="00E85862" w:rsidRDefault="00D6184D">
      <w:pPr>
        <w:bidi/>
        <w:rPr>
          <w:rFonts w:ascii="☞DIODRUM ARABIC MEDIUM" w:hAnsi="☞DIODRUM ARABIC MEDIUM" w:cs="☞DIODRUM ARABIC MEDIUM"/>
        </w:rPr>
      </w:pPr>
      <w:r w:rsidRPr="00E85862">
        <w:rPr>
          <w:rFonts w:ascii="☞DIODRUM ARABIC MEDIUM" w:hAnsi="☞DIODRUM ARABIC MEDIUM" w:cs="☞DIODRUM ARABIC MEDIUM" w:hint="cs"/>
          <w:sz w:val="21"/>
          <w:szCs w:val="21"/>
          <w:rtl/>
        </w:rPr>
        <w:t>قطعت</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الجهات</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الحكومية</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شوطاً</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كبيراً</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في</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مجال</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تعزيز</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الشمولية</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الرقمية،</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فهي</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تحرص</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على</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إمكانية</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وصول</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جميع</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فئات</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المجتمع،</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بمن</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فيها</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الأشخاص</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ذوي</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الإعاقة،</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للمنتجات</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والخدمات</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الرقمية</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وفيما</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يلي</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مجموعة</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من</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قصص</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النجاح</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التي</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تؤكد</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على</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التزام</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المملكة</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بتعزيز</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إمكانية</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وصول</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الأشخاص</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ذوي</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الإعاقة</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واستقلاليتهم</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من</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خلال</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الحلول</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والمبادرات</w:t>
      </w:r>
      <w:r w:rsidRPr="00E85862">
        <w:rPr>
          <w:rFonts w:ascii="☞DIODRUM ARABIC MEDIUM" w:hAnsi="☞DIODRUM ARABIC MEDIUM" w:cs="☞DIODRUM ARABIC MEDIUM" w:hint="cs"/>
          <w:sz w:val="21"/>
        </w:rPr>
        <w:t xml:space="preserve"> </w:t>
      </w:r>
      <w:r w:rsidRPr="00E85862">
        <w:rPr>
          <w:rFonts w:ascii="☞DIODRUM ARABIC MEDIUM" w:hAnsi="☞DIODRUM ARABIC MEDIUM" w:cs="☞DIODRUM ARABIC MEDIUM" w:hint="cs"/>
          <w:sz w:val="21"/>
          <w:szCs w:val="21"/>
          <w:rtl/>
        </w:rPr>
        <w:t>المبتكرة</w:t>
      </w:r>
      <w:r w:rsidR="009F0BD2" w:rsidRPr="00E85862">
        <w:rPr>
          <w:rFonts w:ascii="☞DIODRUM ARABIC MEDIUM" w:hAnsi="☞DIODRUM ARABIC MEDIUM" w:cs="☞DIODRUM ARABIC MEDIUM" w:hint="cs"/>
          <w:rtl/>
        </w:rPr>
        <w:t>.</w:t>
      </w:r>
    </w:p>
    <w:p w14:paraId="61DA65DB" w14:textId="2DF7B13D" w:rsidR="00D04C7D" w:rsidRDefault="00D04C7D">
      <w:pPr>
        <w:jc w:val="center"/>
      </w:pPr>
    </w:p>
    <w:p w14:paraId="2EA3C0C7" w14:textId="12BEDAFF" w:rsidR="00D04C7D" w:rsidRPr="009F0BD2" w:rsidRDefault="00D6184D">
      <w:pPr>
        <w:pStyle w:val="Heading4"/>
        <w:bidi/>
        <w:rPr>
          <w:rFonts w:ascii="☞DIODRUM ARABIC MEDIUM" w:hAnsi="☞DIODRUM ARABIC MEDIUM" w:cs="☞DIODRUM ARABIC MEDIUM"/>
          <w:b w:val="0"/>
          <w:bCs w:val="0"/>
          <w:i w:val="0"/>
          <w:iCs w:val="0"/>
          <w:color w:val="auto"/>
          <w:sz w:val="24"/>
          <w:szCs w:val="24"/>
        </w:rPr>
      </w:pPr>
      <w:r w:rsidRPr="009F0BD2">
        <w:rPr>
          <w:rFonts w:ascii="☞DIODRUM ARABIC MEDIUM" w:hAnsi="☞DIODRUM ARABIC MEDIUM" w:cs="☞DIODRUM ARABIC MEDIUM" w:hint="cs"/>
          <w:b w:val="0"/>
          <w:bCs w:val="0"/>
          <w:i w:val="0"/>
          <w:iCs w:val="0"/>
          <w:color w:val="auto"/>
          <w:sz w:val="24"/>
          <w:szCs w:val="24"/>
          <w:rtl/>
        </w:rPr>
        <w:t>وزارة</w:t>
      </w:r>
      <w:r w:rsidRPr="009F0BD2">
        <w:rPr>
          <w:rFonts w:ascii="☞DIODRUM ARABIC MEDIUM" w:hAnsi="☞DIODRUM ARABIC MEDIUM" w:cs="☞DIODRUM ARABIC MEDIUM" w:hint="cs"/>
          <w:b w:val="0"/>
          <w:bCs w:val="0"/>
          <w:i w:val="0"/>
          <w:iCs w:val="0"/>
          <w:color w:val="auto"/>
          <w:sz w:val="24"/>
          <w:szCs w:val="24"/>
        </w:rPr>
        <w:t xml:space="preserve"> </w:t>
      </w:r>
      <w:r w:rsidRPr="009F0BD2">
        <w:rPr>
          <w:rFonts w:ascii="☞DIODRUM ARABIC MEDIUM" w:hAnsi="☞DIODRUM ARABIC MEDIUM" w:cs="☞DIODRUM ARABIC MEDIUM" w:hint="cs"/>
          <w:b w:val="0"/>
          <w:bCs w:val="0"/>
          <w:i w:val="0"/>
          <w:iCs w:val="0"/>
          <w:color w:val="auto"/>
          <w:sz w:val="24"/>
          <w:szCs w:val="24"/>
          <w:rtl/>
        </w:rPr>
        <w:t>العدل</w:t>
      </w:r>
      <w:r w:rsidR="009F0BD2" w:rsidRPr="009F0BD2">
        <w:rPr>
          <w:rFonts w:ascii="☞DIODRUM ARABIC MEDIUM" w:hAnsi="☞DIODRUM ARABIC MEDIUM" w:cs="☞DIODRUM ARABIC MEDIUM" w:hint="cs"/>
          <w:b w:val="0"/>
          <w:bCs w:val="0"/>
          <w:i w:val="0"/>
          <w:iCs w:val="0"/>
          <w:color w:val="auto"/>
          <w:sz w:val="24"/>
          <w:szCs w:val="24"/>
          <w:rtl/>
        </w:rPr>
        <w:t>- خدمة كتابات العدل المتنقلة</w:t>
      </w:r>
      <w:r w:rsidR="009F0BD2">
        <w:rPr>
          <w:rFonts w:ascii="☞DIODRUM ARABIC MEDIUM" w:hAnsi="☞DIODRUM ARABIC MEDIUM" w:cs="☞DIODRUM ARABIC MEDIUM" w:hint="cs"/>
          <w:b w:val="0"/>
          <w:bCs w:val="0"/>
          <w:i w:val="0"/>
          <w:iCs w:val="0"/>
          <w:color w:val="auto"/>
          <w:sz w:val="24"/>
          <w:szCs w:val="24"/>
          <w:rtl/>
        </w:rPr>
        <w:t>:</w:t>
      </w:r>
    </w:p>
    <w:p w14:paraId="5B276DEE" w14:textId="19A4993E" w:rsidR="00D04C7D" w:rsidRDefault="00D6184D">
      <w:pPr>
        <w:bidi/>
        <w:rPr>
          <w:rtl/>
        </w:rPr>
      </w:pPr>
      <w:r>
        <w:rPr>
          <w:rFonts w:ascii="DiodrumArabic-Medium" w:hAnsi="DiodrumArabic-Medium" w:cs="DiodrumArabic-Medium"/>
          <w:color w:val="000000"/>
          <w:sz w:val="21"/>
          <w:szCs w:val="21"/>
          <w:rtl/>
        </w:rPr>
        <w:t>توفّر</w:t>
      </w:r>
      <w:r>
        <w:rPr>
          <w:rFonts w:ascii="DiodrumArabic-Medium" w:hAnsi="DiodrumArabic-Medium"/>
          <w:color w:val="000000"/>
          <w:sz w:val="21"/>
        </w:rPr>
        <w:t xml:space="preserve"> </w:t>
      </w:r>
      <w:r>
        <w:rPr>
          <w:rFonts w:ascii="DiodrumArabic-Medium" w:hAnsi="DiodrumArabic-Medium" w:cs="DiodrumArabic-Medium"/>
          <w:color w:val="000000"/>
          <w:sz w:val="21"/>
          <w:szCs w:val="21"/>
          <w:rtl/>
        </w:rPr>
        <w:t>وزارة</w:t>
      </w:r>
      <w:r>
        <w:rPr>
          <w:rFonts w:ascii="DiodrumArabic-Medium" w:hAnsi="DiodrumArabic-Medium"/>
          <w:color w:val="000000"/>
          <w:sz w:val="21"/>
        </w:rPr>
        <w:t xml:space="preserve"> </w:t>
      </w:r>
      <w:r>
        <w:rPr>
          <w:rFonts w:ascii="DiodrumArabic-Medium" w:hAnsi="DiodrumArabic-Medium" w:cs="DiodrumArabic-Medium"/>
          <w:color w:val="000000"/>
          <w:sz w:val="21"/>
          <w:szCs w:val="21"/>
          <w:rtl/>
        </w:rPr>
        <w:t>العدل</w:t>
      </w:r>
      <w:r>
        <w:rPr>
          <w:rFonts w:ascii="DiodrumArabic-Medium" w:hAnsi="DiodrumArabic-Medium"/>
          <w:color w:val="000000"/>
          <w:sz w:val="21"/>
        </w:rPr>
        <w:t xml:space="preserve"> </w:t>
      </w:r>
      <w:r>
        <w:rPr>
          <w:rFonts w:ascii="DiodrumArabic-Medium" w:hAnsi="DiodrumArabic-Medium" w:cs="DiodrumArabic-Medium"/>
          <w:color w:val="000000"/>
          <w:sz w:val="21"/>
          <w:szCs w:val="21"/>
          <w:rtl/>
        </w:rPr>
        <w:t>خدمة</w:t>
      </w:r>
      <w:r>
        <w:rPr>
          <w:rFonts w:ascii="DiodrumArabic-Medium" w:hAnsi="DiodrumArabic-Medium"/>
          <w:color w:val="000000"/>
          <w:sz w:val="21"/>
        </w:rPr>
        <w:t xml:space="preserve"> </w:t>
      </w:r>
      <w:r>
        <w:rPr>
          <w:rFonts w:ascii="DiodrumArabic-Medium" w:hAnsi="DiodrumArabic-Medium" w:cs="DiodrumArabic-Medium"/>
          <w:color w:val="000000"/>
          <w:sz w:val="21"/>
          <w:szCs w:val="21"/>
          <w:rtl/>
        </w:rPr>
        <w:t>كتابات</w:t>
      </w:r>
      <w:r>
        <w:rPr>
          <w:rFonts w:ascii="DiodrumArabic-Medium" w:hAnsi="DiodrumArabic-Medium"/>
          <w:color w:val="000000"/>
          <w:sz w:val="21"/>
        </w:rPr>
        <w:t xml:space="preserve"> </w:t>
      </w:r>
      <w:r>
        <w:rPr>
          <w:rFonts w:ascii="DiodrumArabic-Medium" w:hAnsi="DiodrumArabic-Medium" w:cs="DiodrumArabic-Medium"/>
          <w:color w:val="000000"/>
          <w:sz w:val="21"/>
          <w:szCs w:val="21"/>
          <w:rtl/>
        </w:rPr>
        <w:t>العدل</w:t>
      </w:r>
      <w:r>
        <w:rPr>
          <w:rFonts w:ascii="DiodrumArabic-Medium" w:hAnsi="DiodrumArabic-Medium"/>
          <w:color w:val="000000"/>
          <w:sz w:val="21"/>
        </w:rPr>
        <w:t xml:space="preserve"> </w:t>
      </w:r>
      <w:r>
        <w:rPr>
          <w:rFonts w:ascii="DiodrumArabic-Medium" w:hAnsi="DiodrumArabic-Medium" w:cs="DiodrumArabic-Medium"/>
          <w:color w:val="000000"/>
          <w:sz w:val="21"/>
          <w:szCs w:val="21"/>
          <w:rtl/>
        </w:rPr>
        <w:t>المتنقلة</w:t>
      </w:r>
      <w:r>
        <w:rPr>
          <w:rFonts w:ascii="DiodrumArabic-Medium" w:hAnsi="DiodrumArabic-Medium"/>
          <w:color w:val="000000"/>
          <w:sz w:val="21"/>
        </w:rPr>
        <w:t xml:space="preserve"> </w:t>
      </w:r>
      <w:r>
        <w:rPr>
          <w:rFonts w:ascii="DiodrumArabic-Medium" w:hAnsi="DiodrumArabic-Medium" w:cs="DiodrumArabic-Medium"/>
          <w:color w:val="000000"/>
          <w:sz w:val="21"/>
          <w:szCs w:val="21"/>
          <w:rtl/>
        </w:rPr>
        <w:t>والمجانية</w:t>
      </w:r>
      <w:r>
        <w:rPr>
          <w:rFonts w:ascii="DiodrumArabic-Medium" w:hAnsi="DiodrumArabic-Medium"/>
          <w:color w:val="000000"/>
          <w:sz w:val="21"/>
        </w:rPr>
        <w:t xml:space="preserve"> </w:t>
      </w:r>
      <w:r>
        <w:rPr>
          <w:rFonts w:ascii="DiodrumArabic-Medium" w:hAnsi="DiodrumArabic-Medium" w:cs="DiodrumArabic-Medium"/>
          <w:color w:val="000000"/>
          <w:sz w:val="21"/>
          <w:szCs w:val="21"/>
          <w:rtl/>
        </w:rPr>
        <w:t>لدعم</w:t>
      </w:r>
      <w:r>
        <w:rPr>
          <w:rFonts w:ascii="DiodrumArabic-Medium" w:hAnsi="DiodrumArabic-Medium"/>
          <w:color w:val="000000"/>
          <w:sz w:val="21"/>
        </w:rPr>
        <w:t xml:space="preserve"> </w:t>
      </w:r>
      <w:r>
        <w:rPr>
          <w:rFonts w:ascii="DiodrumArabic-Medium" w:hAnsi="DiodrumArabic-Medium" w:cs="DiodrumArabic-Medium"/>
          <w:color w:val="000000"/>
          <w:sz w:val="21"/>
          <w:szCs w:val="21"/>
          <w:rtl/>
        </w:rPr>
        <w:t>الأفراد</w:t>
      </w:r>
      <w:r>
        <w:rPr>
          <w:rFonts w:ascii="DiodrumArabic-Medium" w:hAnsi="DiodrumArabic-Medium"/>
          <w:color w:val="000000"/>
          <w:sz w:val="21"/>
        </w:rPr>
        <w:t xml:space="preserve"> </w:t>
      </w:r>
      <w:r>
        <w:rPr>
          <w:rFonts w:ascii="DiodrumArabic-Medium" w:hAnsi="DiodrumArabic-Medium" w:cs="DiodrumArabic-Medium"/>
          <w:color w:val="000000"/>
          <w:sz w:val="21"/>
          <w:szCs w:val="21"/>
          <w:rtl/>
        </w:rPr>
        <w:t>من</w:t>
      </w:r>
      <w:r>
        <w:rPr>
          <w:rFonts w:ascii="DiodrumArabic-Medium" w:hAnsi="DiodrumArabic-Medium"/>
          <w:color w:val="000000"/>
          <w:sz w:val="21"/>
        </w:rPr>
        <w:t xml:space="preserve"> </w:t>
      </w:r>
      <w:r>
        <w:rPr>
          <w:rFonts w:ascii="DiodrumArabic-Medium" w:hAnsi="DiodrumArabic-Medium" w:cs="DiodrumArabic-Medium"/>
          <w:color w:val="000000"/>
          <w:sz w:val="21"/>
          <w:szCs w:val="21"/>
          <w:rtl/>
        </w:rPr>
        <w:t>خلال</w:t>
      </w:r>
      <w:r>
        <w:rPr>
          <w:rFonts w:ascii="DiodrumArabic-Medium" w:hAnsi="DiodrumArabic-Medium"/>
          <w:color w:val="000000"/>
          <w:sz w:val="21"/>
        </w:rPr>
        <w:t xml:space="preserve"> </w:t>
      </w:r>
      <w:r>
        <w:rPr>
          <w:rFonts w:ascii="DiodrumArabic-Medium" w:hAnsi="DiodrumArabic-Medium" w:cs="DiodrumArabic-Medium"/>
          <w:color w:val="000000"/>
          <w:sz w:val="21"/>
          <w:szCs w:val="21"/>
          <w:rtl/>
        </w:rPr>
        <w:t>تمكينهم</w:t>
      </w:r>
      <w:r>
        <w:rPr>
          <w:rFonts w:ascii="DiodrumArabic-Medium" w:hAnsi="DiodrumArabic-Medium"/>
          <w:color w:val="000000"/>
          <w:sz w:val="21"/>
        </w:rPr>
        <w:t xml:space="preserve"> </w:t>
      </w:r>
      <w:r>
        <w:rPr>
          <w:rFonts w:ascii="DiodrumArabic-Medium" w:hAnsi="DiodrumArabic-Medium" w:cs="DiodrumArabic-Medium"/>
          <w:color w:val="000000"/>
          <w:sz w:val="21"/>
          <w:szCs w:val="21"/>
          <w:rtl/>
        </w:rPr>
        <w:t>من</w:t>
      </w:r>
      <w:r>
        <w:rPr>
          <w:rFonts w:ascii="DiodrumArabic-Medium" w:hAnsi="DiodrumArabic-Medium"/>
          <w:color w:val="000000"/>
          <w:sz w:val="21"/>
        </w:rPr>
        <w:t xml:space="preserve"> </w:t>
      </w:r>
      <w:r>
        <w:rPr>
          <w:rFonts w:ascii="DiodrumArabic-Medium" w:hAnsi="DiodrumArabic-Medium" w:cs="DiodrumArabic-Medium"/>
          <w:color w:val="000000"/>
          <w:sz w:val="21"/>
          <w:szCs w:val="21"/>
          <w:rtl/>
        </w:rPr>
        <w:t>استخدام</w:t>
      </w:r>
      <w:r>
        <w:rPr>
          <w:rFonts w:ascii="DiodrumArabic-Medium" w:hAnsi="DiodrumArabic-Medium"/>
          <w:color w:val="000000"/>
          <w:sz w:val="21"/>
        </w:rPr>
        <w:t xml:space="preserve"> </w:t>
      </w:r>
      <w:r>
        <w:rPr>
          <w:rFonts w:ascii="DiodrumArabic-Medium" w:hAnsi="DiodrumArabic-Medium" w:cs="DiodrumArabic-Medium"/>
          <w:color w:val="000000"/>
          <w:sz w:val="21"/>
          <w:szCs w:val="21"/>
          <w:rtl/>
        </w:rPr>
        <w:t>الخدمات</w:t>
      </w:r>
      <w:r>
        <w:rPr>
          <w:rFonts w:ascii="DiodrumArabic-Medium" w:hAnsi="DiodrumArabic-Medium"/>
          <w:color w:val="000000"/>
          <w:sz w:val="21"/>
        </w:rPr>
        <w:t xml:space="preserve"> </w:t>
      </w:r>
      <w:r>
        <w:rPr>
          <w:rFonts w:ascii="DiodrumArabic-Medium" w:hAnsi="DiodrumArabic-Medium" w:cs="DiodrumArabic-Medium"/>
          <w:color w:val="000000"/>
          <w:sz w:val="21"/>
          <w:szCs w:val="21"/>
          <w:rtl/>
        </w:rPr>
        <w:t>من</w:t>
      </w:r>
      <w:r>
        <w:rPr>
          <w:rFonts w:ascii="DiodrumArabic-Medium" w:hAnsi="DiodrumArabic-Medium"/>
          <w:color w:val="000000"/>
          <w:sz w:val="21"/>
        </w:rPr>
        <w:t xml:space="preserve"> </w:t>
      </w:r>
      <w:r>
        <w:rPr>
          <w:rFonts w:ascii="DiodrumArabic-Medium" w:hAnsi="DiodrumArabic-Medium" w:cs="DiodrumArabic-Medium"/>
          <w:color w:val="000000"/>
          <w:sz w:val="21"/>
          <w:szCs w:val="21"/>
          <w:rtl/>
        </w:rPr>
        <w:t>مواقعهم،</w:t>
      </w:r>
      <w:r>
        <w:rPr>
          <w:rFonts w:ascii="DiodrumArabic-Medium" w:hAnsi="DiodrumArabic-Medium"/>
          <w:color w:val="000000"/>
          <w:sz w:val="21"/>
        </w:rPr>
        <w:t xml:space="preserve"> </w:t>
      </w:r>
      <w:r>
        <w:rPr>
          <w:rFonts w:ascii="DiodrumArabic-Medium" w:hAnsi="DiodrumArabic-Medium" w:cs="DiodrumArabic-Medium"/>
          <w:color w:val="000000"/>
          <w:sz w:val="21"/>
          <w:szCs w:val="21"/>
          <w:rtl/>
        </w:rPr>
        <w:t>بمن</w:t>
      </w:r>
      <w:r>
        <w:rPr>
          <w:rFonts w:ascii="DiodrumArabic-Medium" w:hAnsi="DiodrumArabic-Medium"/>
          <w:color w:val="000000"/>
          <w:sz w:val="21"/>
        </w:rPr>
        <w:t xml:space="preserve"> </w:t>
      </w:r>
      <w:r>
        <w:rPr>
          <w:rFonts w:ascii="DiodrumArabic-Medium" w:hAnsi="DiodrumArabic-Medium" w:cs="DiodrumArabic-Medium"/>
          <w:color w:val="000000"/>
          <w:sz w:val="21"/>
          <w:szCs w:val="21"/>
          <w:rtl/>
        </w:rPr>
        <w:t>فيهم</w:t>
      </w:r>
      <w:r>
        <w:rPr>
          <w:rFonts w:ascii="DiodrumArabic-Medium" w:hAnsi="DiodrumArabic-Medium"/>
          <w:color w:val="000000"/>
          <w:sz w:val="21"/>
        </w:rPr>
        <w:t xml:space="preserve"> </w:t>
      </w:r>
      <w:r>
        <w:rPr>
          <w:rFonts w:ascii="DiodrumArabic-Medium" w:hAnsi="DiodrumArabic-Medium" w:cs="DiodrumArabic-Medium"/>
          <w:color w:val="000000"/>
          <w:sz w:val="21"/>
          <w:szCs w:val="21"/>
          <w:rtl/>
        </w:rPr>
        <w:t>كبار</w:t>
      </w:r>
      <w:r>
        <w:rPr>
          <w:rFonts w:ascii="DiodrumArabic-Medium" w:hAnsi="DiodrumArabic-Medium"/>
          <w:color w:val="000000"/>
          <w:sz w:val="21"/>
        </w:rPr>
        <w:t xml:space="preserve"> </w:t>
      </w:r>
      <w:r>
        <w:rPr>
          <w:rFonts w:ascii="DiodrumArabic-Medium" w:hAnsi="DiodrumArabic-Medium" w:cs="DiodrumArabic-Medium"/>
          <w:color w:val="000000"/>
          <w:sz w:val="21"/>
          <w:szCs w:val="21"/>
          <w:rtl/>
        </w:rPr>
        <w:t>السن،</w:t>
      </w:r>
      <w:r>
        <w:rPr>
          <w:rFonts w:ascii="DiodrumArabic-Medium" w:hAnsi="DiodrumArabic-Medium"/>
          <w:color w:val="000000"/>
          <w:sz w:val="21"/>
        </w:rPr>
        <w:t xml:space="preserve"> </w:t>
      </w:r>
      <w:r>
        <w:rPr>
          <w:rFonts w:ascii="DiodrumArabic-Medium" w:hAnsi="DiodrumArabic-Medium" w:cs="DiodrumArabic-Medium"/>
          <w:color w:val="000000"/>
          <w:sz w:val="21"/>
          <w:szCs w:val="21"/>
          <w:rtl/>
        </w:rPr>
        <w:t>والأشخاص</w:t>
      </w:r>
      <w:r>
        <w:rPr>
          <w:rFonts w:ascii="DiodrumArabic-Medium" w:hAnsi="DiodrumArabic-Medium"/>
          <w:color w:val="000000"/>
          <w:sz w:val="21"/>
        </w:rPr>
        <w:t xml:space="preserve"> </w:t>
      </w:r>
      <w:r>
        <w:rPr>
          <w:rFonts w:ascii="DiodrumArabic-Medium" w:hAnsi="DiodrumArabic-Medium" w:cs="DiodrumArabic-Medium"/>
          <w:color w:val="000000"/>
          <w:sz w:val="21"/>
          <w:szCs w:val="21"/>
          <w:rtl/>
        </w:rPr>
        <w:t>ذوي</w:t>
      </w:r>
      <w:r>
        <w:rPr>
          <w:rFonts w:ascii="DiodrumArabic-Medium" w:hAnsi="DiodrumArabic-Medium"/>
          <w:color w:val="000000"/>
          <w:sz w:val="21"/>
        </w:rPr>
        <w:t xml:space="preserve"> </w:t>
      </w:r>
      <w:r>
        <w:rPr>
          <w:rFonts w:ascii="DiodrumArabic-Medium" w:hAnsi="DiodrumArabic-Medium" w:cs="DiodrumArabic-Medium"/>
          <w:color w:val="000000"/>
          <w:sz w:val="21"/>
          <w:szCs w:val="21"/>
          <w:rtl/>
        </w:rPr>
        <w:t>الإعاقة،</w:t>
      </w:r>
      <w:r>
        <w:rPr>
          <w:rFonts w:ascii="DiodrumArabic-Medium" w:hAnsi="DiodrumArabic-Medium"/>
          <w:color w:val="000000"/>
          <w:sz w:val="21"/>
        </w:rPr>
        <w:t xml:space="preserve"> </w:t>
      </w:r>
      <w:r>
        <w:rPr>
          <w:rFonts w:ascii="DiodrumArabic-Medium" w:hAnsi="DiodrumArabic-Medium" w:cs="DiodrumArabic-Medium"/>
          <w:color w:val="000000"/>
          <w:sz w:val="21"/>
          <w:szCs w:val="21"/>
          <w:rtl/>
        </w:rPr>
        <w:t>والنزلاء،</w:t>
      </w:r>
      <w:r>
        <w:rPr>
          <w:rFonts w:ascii="DiodrumArabic-Medium" w:hAnsi="DiodrumArabic-Medium"/>
          <w:color w:val="000000"/>
          <w:sz w:val="21"/>
        </w:rPr>
        <w:t xml:space="preserve"> </w:t>
      </w:r>
      <w:r>
        <w:rPr>
          <w:rFonts w:ascii="DiodrumArabic-Medium" w:hAnsi="DiodrumArabic-Medium" w:cs="DiodrumArabic-Medium"/>
          <w:color w:val="000000"/>
          <w:sz w:val="21"/>
          <w:szCs w:val="21"/>
          <w:rtl/>
        </w:rPr>
        <w:t>مما</w:t>
      </w:r>
      <w:r>
        <w:rPr>
          <w:rFonts w:ascii="DiodrumArabic-Medium" w:hAnsi="DiodrumArabic-Medium"/>
          <w:color w:val="000000"/>
          <w:sz w:val="21"/>
        </w:rPr>
        <w:t xml:space="preserve"> </w:t>
      </w:r>
      <w:r>
        <w:rPr>
          <w:rFonts w:ascii="DiodrumArabic-Medium" w:hAnsi="DiodrumArabic-Medium" w:cs="DiodrumArabic-Medium"/>
          <w:color w:val="000000"/>
          <w:sz w:val="21"/>
          <w:szCs w:val="21"/>
          <w:rtl/>
        </w:rPr>
        <w:t>يضمن</w:t>
      </w:r>
      <w:r>
        <w:rPr>
          <w:rFonts w:ascii="DiodrumArabic-Medium" w:hAnsi="DiodrumArabic-Medium"/>
          <w:color w:val="000000"/>
          <w:sz w:val="21"/>
        </w:rPr>
        <w:t xml:space="preserve"> </w:t>
      </w:r>
      <w:r>
        <w:rPr>
          <w:rFonts w:ascii="DiodrumArabic-Medium" w:hAnsi="DiodrumArabic-Medium" w:cs="DiodrumArabic-Medium"/>
          <w:color w:val="000000"/>
          <w:sz w:val="21"/>
          <w:szCs w:val="21"/>
          <w:rtl/>
        </w:rPr>
        <w:t>حصولهم</w:t>
      </w:r>
      <w:r>
        <w:rPr>
          <w:rFonts w:ascii="DiodrumArabic-Medium" w:hAnsi="DiodrumArabic-Medium"/>
          <w:color w:val="000000"/>
          <w:sz w:val="21"/>
        </w:rPr>
        <w:t xml:space="preserve"> </w:t>
      </w:r>
      <w:r>
        <w:rPr>
          <w:rFonts w:ascii="DiodrumArabic-Medium" w:hAnsi="DiodrumArabic-Medium" w:cs="DiodrumArabic-Medium"/>
          <w:color w:val="000000"/>
          <w:sz w:val="21"/>
          <w:szCs w:val="21"/>
          <w:rtl/>
        </w:rPr>
        <w:t>على</w:t>
      </w:r>
      <w:r>
        <w:rPr>
          <w:rFonts w:ascii="DiodrumArabic-Medium" w:hAnsi="DiodrumArabic-Medium"/>
          <w:color w:val="000000"/>
          <w:sz w:val="21"/>
        </w:rPr>
        <w:t xml:space="preserve"> </w:t>
      </w:r>
      <w:r>
        <w:rPr>
          <w:rFonts w:ascii="DiodrumArabic-Medium" w:hAnsi="DiodrumArabic-Medium" w:cs="DiodrumArabic-Medium"/>
          <w:color w:val="000000"/>
          <w:sz w:val="21"/>
          <w:szCs w:val="21"/>
          <w:rtl/>
        </w:rPr>
        <w:t>المساعدة</w:t>
      </w:r>
      <w:r>
        <w:rPr>
          <w:rFonts w:ascii="DiodrumArabic-Medium" w:hAnsi="DiodrumArabic-Medium"/>
          <w:color w:val="000000"/>
          <w:sz w:val="21"/>
        </w:rPr>
        <w:t xml:space="preserve"> </w:t>
      </w:r>
      <w:r>
        <w:rPr>
          <w:rFonts w:ascii="DiodrumArabic-Medium" w:hAnsi="DiodrumArabic-Medium" w:cs="DiodrumArabic-Medium"/>
          <w:color w:val="000000"/>
          <w:sz w:val="21"/>
          <w:szCs w:val="21"/>
          <w:rtl/>
        </w:rPr>
        <w:t>التي</w:t>
      </w:r>
      <w:r>
        <w:rPr>
          <w:rFonts w:ascii="DiodrumArabic-Medium" w:hAnsi="DiodrumArabic-Medium"/>
          <w:color w:val="000000"/>
          <w:sz w:val="21"/>
        </w:rPr>
        <w:t xml:space="preserve"> </w:t>
      </w:r>
      <w:r>
        <w:rPr>
          <w:rFonts w:ascii="DiodrumArabic-Medium" w:hAnsi="DiodrumArabic-Medium" w:cs="DiodrumArabic-Medium"/>
          <w:color w:val="000000"/>
          <w:sz w:val="21"/>
          <w:szCs w:val="21"/>
          <w:rtl/>
        </w:rPr>
        <w:t>يحتاجونها</w:t>
      </w:r>
      <w:r>
        <w:rPr>
          <w:rFonts w:ascii="DiodrumArabic-Medium" w:hAnsi="DiodrumArabic-Medium"/>
          <w:color w:val="000000"/>
          <w:sz w:val="21"/>
        </w:rPr>
        <w:t xml:space="preserve"> </w:t>
      </w:r>
      <w:r>
        <w:rPr>
          <w:rFonts w:ascii="DiodrumArabic-Medium" w:hAnsi="DiodrumArabic-Medium" w:cs="DiodrumArabic-Medium"/>
          <w:color w:val="000000"/>
          <w:sz w:val="21"/>
          <w:szCs w:val="21"/>
          <w:rtl/>
        </w:rPr>
        <w:t>من</w:t>
      </w:r>
      <w:r>
        <w:rPr>
          <w:rFonts w:ascii="DiodrumArabic-Medium" w:hAnsi="DiodrumArabic-Medium"/>
          <w:color w:val="000000"/>
          <w:sz w:val="21"/>
        </w:rPr>
        <w:t xml:space="preserve"> </w:t>
      </w:r>
      <w:r>
        <w:rPr>
          <w:rFonts w:ascii="DiodrumArabic-Medium" w:hAnsi="DiodrumArabic-Medium" w:cs="DiodrumArabic-Medium"/>
          <w:color w:val="000000"/>
          <w:sz w:val="21"/>
          <w:szCs w:val="21"/>
          <w:rtl/>
        </w:rPr>
        <w:t>منازلهم</w:t>
      </w:r>
      <w:r>
        <w:rPr>
          <w:rFonts w:ascii="DiodrumArabic-Medium" w:hAnsi="DiodrumArabic-Medium"/>
          <w:color w:val="000000"/>
          <w:sz w:val="21"/>
        </w:rPr>
        <w:t xml:space="preserve">. </w:t>
      </w:r>
      <w:r>
        <w:rPr>
          <w:rFonts w:ascii="DiodrumArabic-Medium" w:hAnsi="DiodrumArabic-Medium" w:cs="DiodrumArabic-Medium"/>
          <w:color w:val="000000"/>
          <w:sz w:val="21"/>
          <w:szCs w:val="21"/>
          <w:rtl/>
        </w:rPr>
        <w:t>وحتى</w:t>
      </w:r>
      <w:r>
        <w:rPr>
          <w:rFonts w:ascii="DiodrumArabic-Medium" w:hAnsi="DiodrumArabic-Medium"/>
          <w:color w:val="000000"/>
          <w:sz w:val="21"/>
        </w:rPr>
        <w:t xml:space="preserve"> </w:t>
      </w:r>
      <w:r>
        <w:rPr>
          <w:rFonts w:ascii="DiodrumArabic-Medium" w:hAnsi="DiodrumArabic-Medium" w:cs="DiodrumArabic-Medium"/>
          <w:color w:val="000000"/>
          <w:sz w:val="21"/>
          <w:szCs w:val="21"/>
          <w:rtl/>
        </w:rPr>
        <w:t>الآن،</w:t>
      </w:r>
      <w:r>
        <w:rPr>
          <w:rFonts w:ascii="DiodrumArabic-Medium" w:hAnsi="DiodrumArabic-Medium"/>
          <w:color w:val="000000"/>
          <w:sz w:val="21"/>
        </w:rPr>
        <w:t xml:space="preserve"> </w:t>
      </w:r>
      <w:r>
        <w:rPr>
          <w:rFonts w:ascii="DiodrumArabic-Medium" w:hAnsi="DiodrumArabic-Medium" w:cs="DiodrumArabic-Medium"/>
          <w:color w:val="000000"/>
          <w:sz w:val="21"/>
          <w:szCs w:val="21"/>
          <w:rtl/>
        </w:rPr>
        <w:t>استفاد</w:t>
      </w:r>
      <w:r>
        <w:rPr>
          <w:rFonts w:ascii="DiodrumArabic-Medium" w:hAnsi="DiodrumArabic-Medium"/>
          <w:color w:val="000000"/>
          <w:sz w:val="21"/>
        </w:rPr>
        <w:t xml:space="preserve"> </w:t>
      </w:r>
      <w:r>
        <w:rPr>
          <w:rFonts w:ascii="DiodrumArabic-Medium" w:hAnsi="DiodrumArabic-Medium" w:cs="DiodrumArabic-Medium"/>
          <w:color w:val="000000"/>
          <w:sz w:val="21"/>
          <w:szCs w:val="21"/>
          <w:rtl/>
        </w:rPr>
        <w:t>من</w:t>
      </w:r>
      <w:r>
        <w:rPr>
          <w:rFonts w:ascii="DiodrumArabic-Medium" w:hAnsi="DiodrumArabic-Medium"/>
          <w:color w:val="000000"/>
          <w:sz w:val="21"/>
        </w:rPr>
        <w:t xml:space="preserve"> </w:t>
      </w:r>
      <w:r>
        <w:rPr>
          <w:rFonts w:ascii="DiodrumArabic-Medium" w:hAnsi="DiodrumArabic-Medium" w:cs="DiodrumArabic-Medium"/>
          <w:color w:val="000000"/>
          <w:sz w:val="21"/>
          <w:szCs w:val="21"/>
          <w:rtl/>
        </w:rPr>
        <w:t>هذه</w:t>
      </w:r>
      <w:r>
        <w:rPr>
          <w:rFonts w:ascii="DiodrumArabic-Medium" w:hAnsi="DiodrumArabic-Medium"/>
          <w:color w:val="000000"/>
          <w:sz w:val="21"/>
        </w:rPr>
        <w:t xml:space="preserve"> </w:t>
      </w:r>
      <w:r>
        <w:rPr>
          <w:rFonts w:ascii="DiodrumArabic-Medium" w:hAnsi="DiodrumArabic-Medium" w:cs="DiodrumArabic-Medium"/>
          <w:color w:val="000000"/>
          <w:sz w:val="21"/>
          <w:szCs w:val="21"/>
          <w:rtl/>
        </w:rPr>
        <w:t>الخدمة</w:t>
      </w:r>
      <w:r>
        <w:rPr>
          <w:rFonts w:ascii="DiodrumArabic-Medium" w:hAnsi="DiodrumArabic-Medium"/>
          <w:color w:val="000000"/>
          <w:sz w:val="21"/>
        </w:rPr>
        <w:t xml:space="preserve"> </w:t>
      </w:r>
      <w:r>
        <w:rPr>
          <w:rFonts w:ascii="DiodrumArabic-Medium" w:hAnsi="DiodrumArabic-Medium" w:cs="DiodrumArabic-Medium"/>
          <w:color w:val="000000"/>
          <w:sz w:val="21"/>
          <w:szCs w:val="21"/>
          <w:rtl/>
        </w:rPr>
        <w:t>أكثر</w:t>
      </w:r>
      <w:r>
        <w:rPr>
          <w:rFonts w:ascii="DiodrumArabic-Medium" w:hAnsi="DiodrumArabic-Medium"/>
          <w:color w:val="000000"/>
          <w:sz w:val="21"/>
        </w:rPr>
        <w:t xml:space="preserve"> </w:t>
      </w:r>
      <w:r>
        <w:rPr>
          <w:rFonts w:ascii="DiodrumArabic-Medium" w:hAnsi="DiodrumArabic-Medium" w:cs="DiodrumArabic-Medium"/>
          <w:color w:val="000000"/>
          <w:sz w:val="21"/>
          <w:szCs w:val="21"/>
          <w:rtl/>
        </w:rPr>
        <w:t>من</w:t>
      </w:r>
      <w:r>
        <w:rPr>
          <w:rFonts w:ascii="DiodrumArabic-Medium" w:hAnsi="DiodrumArabic-Medium"/>
          <w:color w:val="000000"/>
          <w:sz w:val="21"/>
        </w:rPr>
        <w:t xml:space="preserve"> </w:t>
      </w:r>
      <w:r w:rsidR="009F0BD2">
        <w:rPr>
          <w:rFonts w:ascii="DiodrumArabic-Medium" w:hAnsi="DiodrumArabic-Medium"/>
          <w:color w:val="000000"/>
          <w:sz w:val="21"/>
        </w:rPr>
        <w:t>50,000</w:t>
      </w:r>
      <w:r w:rsidR="009F0BD2">
        <w:rPr>
          <w:rFonts w:ascii="DiodrumArabic-Medium" w:hAnsi="DiodrumArabic-Medium" w:hint="cs"/>
          <w:color w:val="000000"/>
          <w:sz w:val="21"/>
          <w:rtl/>
        </w:rPr>
        <w:t xml:space="preserve"> مستخدم.</w:t>
      </w:r>
    </w:p>
    <w:p w14:paraId="30957AF2" w14:textId="3EE413A5" w:rsidR="00D04C7D" w:rsidRDefault="00D04C7D">
      <w:pPr>
        <w:jc w:val="center"/>
      </w:pPr>
    </w:p>
    <w:p w14:paraId="4C597550" w14:textId="256FFFF2" w:rsidR="00D04C7D" w:rsidRPr="009F0BD2" w:rsidRDefault="00D6184D">
      <w:pPr>
        <w:pStyle w:val="Heading4"/>
        <w:bidi/>
        <w:rPr>
          <w:rFonts w:ascii="☞DIODRUM ARABIC MEDIUM" w:hAnsi="☞DIODRUM ARABIC MEDIUM" w:cs="☞DIODRUM ARABIC MEDIUM"/>
          <w:b w:val="0"/>
          <w:bCs w:val="0"/>
          <w:i w:val="0"/>
          <w:iCs w:val="0"/>
          <w:color w:val="auto"/>
          <w:sz w:val="24"/>
          <w:szCs w:val="24"/>
        </w:rPr>
      </w:pPr>
      <w:r w:rsidRPr="009F0BD2">
        <w:rPr>
          <w:rFonts w:ascii="☞DIODRUM ARABIC MEDIUM" w:hAnsi="☞DIODRUM ARABIC MEDIUM" w:cs="☞DIODRUM ARABIC MEDIUM" w:hint="cs"/>
          <w:b w:val="0"/>
          <w:bCs w:val="0"/>
          <w:i w:val="0"/>
          <w:iCs w:val="0"/>
          <w:color w:val="auto"/>
          <w:sz w:val="24"/>
          <w:szCs w:val="24"/>
          <w:rtl/>
        </w:rPr>
        <w:t>وزارة</w:t>
      </w:r>
      <w:r w:rsidRPr="009F0BD2">
        <w:rPr>
          <w:rFonts w:ascii="☞DIODRUM ARABIC MEDIUM" w:hAnsi="☞DIODRUM ARABIC MEDIUM" w:cs="☞DIODRUM ARABIC MEDIUM" w:hint="cs"/>
          <w:b w:val="0"/>
          <w:bCs w:val="0"/>
          <w:i w:val="0"/>
          <w:iCs w:val="0"/>
          <w:color w:val="auto"/>
          <w:sz w:val="24"/>
          <w:szCs w:val="24"/>
        </w:rPr>
        <w:t xml:space="preserve"> </w:t>
      </w:r>
      <w:r w:rsidRPr="009F0BD2">
        <w:rPr>
          <w:rFonts w:ascii="☞DIODRUM ARABIC MEDIUM" w:hAnsi="☞DIODRUM ARABIC MEDIUM" w:cs="☞DIODRUM ARABIC MEDIUM" w:hint="cs"/>
          <w:b w:val="0"/>
          <w:bCs w:val="0"/>
          <w:i w:val="0"/>
          <w:iCs w:val="0"/>
          <w:color w:val="auto"/>
          <w:sz w:val="24"/>
          <w:szCs w:val="24"/>
          <w:rtl/>
        </w:rPr>
        <w:t>الداخلية</w:t>
      </w:r>
      <w:r w:rsidR="0080174C">
        <w:rPr>
          <w:rFonts w:ascii="☞DIODRUM ARABIC MEDIUM" w:hAnsi="☞DIODRUM ARABIC MEDIUM" w:cs="☞DIODRUM ARABIC MEDIUM" w:hint="cs"/>
          <w:b w:val="0"/>
          <w:bCs w:val="0"/>
          <w:i w:val="0"/>
          <w:iCs w:val="0"/>
          <w:color w:val="auto"/>
          <w:sz w:val="24"/>
          <w:szCs w:val="24"/>
          <w:rtl/>
        </w:rPr>
        <w:t xml:space="preserve"> </w:t>
      </w:r>
      <w:r w:rsidR="009F0BD2" w:rsidRPr="009F0BD2">
        <w:rPr>
          <w:rFonts w:ascii="☞DIODRUM ARABIC MEDIUM" w:hAnsi="☞DIODRUM ARABIC MEDIUM" w:cs="☞DIODRUM ARABIC MEDIUM" w:hint="cs"/>
          <w:b w:val="0"/>
          <w:bCs w:val="0"/>
          <w:i w:val="0"/>
          <w:iCs w:val="0"/>
          <w:color w:val="auto"/>
          <w:sz w:val="24"/>
          <w:szCs w:val="24"/>
          <w:rtl/>
        </w:rPr>
        <w:t xml:space="preserve">- </w:t>
      </w:r>
      <w:r w:rsidRPr="009F0BD2">
        <w:rPr>
          <w:rFonts w:ascii="☞DIODRUM ARABIC MEDIUM" w:hAnsi="☞DIODRUM ARABIC MEDIUM" w:cs="☞DIODRUM ARABIC MEDIUM" w:hint="cs"/>
          <w:b w:val="0"/>
          <w:bCs w:val="0"/>
          <w:i w:val="0"/>
          <w:iCs w:val="0"/>
          <w:color w:val="auto"/>
          <w:sz w:val="24"/>
          <w:szCs w:val="24"/>
          <w:rtl/>
        </w:rPr>
        <w:t>خدمة</w:t>
      </w:r>
      <w:r w:rsidRPr="009F0BD2">
        <w:rPr>
          <w:rFonts w:ascii="☞DIODRUM ARABIC MEDIUM" w:hAnsi="☞DIODRUM ARABIC MEDIUM" w:cs="☞DIODRUM ARABIC MEDIUM" w:hint="cs"/>
          <w:b w:val="0"/>
          <w:bCs w:val="0"/>
          <w:i w:val="0"/>
          <w:iCs w:val="0"/>
          <w:color w:val="auto"/>
          <w:sz w:val="24"/>
          <w:szCs w:val="24"/>
        </w:rPr>
        <w:t xml:space="preserve"> </w:t>
      </w:r>
      <w:r w:rsidRPr="009F0BD2">
        <w:rPr>
          <w:rFonts w:ascii="☞DIODRUM ARABIC MEDIUM" w:hAnsi="☞DIODRUM ARABIC MEDIUM" w:cs="☞DIODRUM ARABIC MEDIUM" w:hint="cs"/>
          <w:b w:val="0"/>
          <w:bCs w:val="0"/>
          <w:i w:val="0"/>
          <w:iCs w:val="0"/>
          <w:color w:val="auto"/>
          <w:sz w:val="24"/>
          <w:szCs w:val="24"/>
          <w:rtl/>
        </w:rPr>
        <w:t>تقدير</w:t>
      </w:r>
      <w:r w:rsidR="009F0BD2">
        <w:rPr>
          <w:rFonts w:ascii="☞DIODRUM ARABIC MEDIUM" w:hAnsi="☞DIODRUM ARABIC MEDIUM" w:cs="☞DIODRUM ARABIC MEDIUM" w:hint="cs"/>
          <w:b w:val="0"/>
          <w:bCs w:val="0"/>
          <w:i w:val="0"/>
          <w:iCs w:val="0"/>
          <w:color w:val="auto"/>
          <w:sz w:val="24"/>
          <w:szCs w:val="24"/>
          <w:rtl/>
        </w:rPr>
        <w:t>:</w:t>
      </w:r>
    </w:p>
    <w:p w14:paraId="1EF64E50" w14:textId="1545C3BF" w:rsidR="00D04C7D" w:rsidRPr="00E85862" w:rsidRDefault="00D6184D">
      <w:pPr>
        <w:bidi/>
        <w:rPr>
          <w:rFonts w:ascii="☞DIODRUM ARABIC MEDIUM" w:hAnsi="☞DIODRUM ARABIC MEDIUM" w:cs="☞DIODRUM ARABIC MEDIUM"/>
        </w:rPr>
      </w:pPr>
      <w:r w:rsidRPr="00E85862">
        <w:rPr>
          <w:rFonts w:ascii="☞DIODRUM ARABIC MEDIUM" w:hAnsi="☞DIODRUM ARABIC MEDIUM" w:cs="☞DIODRUM ARABIC MEDIUM" w:hint="cs"/>
          <w:color w:val="000000"/>
          <w:sz w:val="21"/>
          <w:szCs w:val="21"/>
          <w:rtl/>
        </w:rPr>
        <w:t>خدمة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تقدير</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هي</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خدمة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اجتماعية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إلكترونية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مصممة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لتقديم</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الدعم</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للأفراد</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من</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منازلهم،</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بمن</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فيهم</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كبار</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السن</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والأشخاص</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ذوي</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الإعاقات،</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مما</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يضمن</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حصولهم</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على</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خدمات</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الأحوال</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المدنية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اللازمة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من</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دون</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الحاجة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إلى</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زيارة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المكاتب</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وتوفّر</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خدمة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تقدير</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خدمات</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الأحوال</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المدنية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للمستخدمين</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في</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أماكن</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وجودهم،</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ويمكن</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الوصول</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إليها</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من</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خلال</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تطبيق</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أبشر</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وحتى</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الآن،</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استفاد</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من</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هذه</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الخدمة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أكثر</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من</w:t>
      </w:r>
      <w:r w:rsidRPr="00E85862">
        <w:rPr>
          <w:rFonts w:ascii="☞DIODRUM ARABIC MEDIUM" w:hAnsi="☞DIODRUM ARABIC MEDIUM" w:cs="☞DIODRUM ARABIC MEDIUM" w:hint="cs"/>
          <w:color w:val="000000"/>
          <w:sz w:val="21"/>
        </w:rPr>
        <w:t xml:space="preserve"> </w:t>
      </w:r>
      <w:r w:rsidR="009F0BD2" w:rsidRPr="00E85862">
        <w:rPr>
          <w:rFonts w:ascii="☞DIODRUM ARABIC MEDIUM" w:hAnsi="☞DIODRUM ARABIC MEDIUM" w:cs="☞DIODRUM ARABIC MEDIUM" w:hint="cs"/>
          <w:color w:val="000000"/>
          <w:sz w:val="21"/>
        </w:rPr>
        <w:t>75.4</w:t>
      </w:r>
      <w:r w:rsidR="0080174C" w:rsidRPr="00E85862">
        <w:rPr>
          <w:rFonts w:ascii="☞DIODRUM ARABIC MEDIUM" w:hAnsi="☞DIODRUM ARABIC MEDIUM" w:cs="☞DIODRUM ARABIC MEDIUM" w:hint="cs"/>
          <w:color w:val="000000"/>
          <w:sz w:val="21"/>
        </w:rPr>
        <w:t>61</w:t>
      </w:r>
      <w:r w:rsidR="0080174C" w:rsidRPr="00E85862">
        <w:rPr>
          <w:rFonts w:ascii="☞DIODRUM ARABIC MEDIUM" w:hAnsi="☞DIODRUM ARABIC MEDIUM" w:cs="☞DIODRUM ARABIC MEDIUM" w:hint="cs"/>
          <w:color w:val="000000"/>
          <w:sz w:val="21"/>
          <w:rtl/>
        </w:rPr>
        <w:t xml:space="preserve"> مستخدم.</w:t>
      </w:r>
      <w:r w:rsidR="009F0BD2" w:rsidRPr="00E85862">
        <w:rPr>
          <w:rFonts w:ascii="☞DIODRUM ARABIC MEDIUM" w:hAnsi="☞DIODRUM ARABIC MEDIUM" w:cs="☞DIODRUM ARABIC MEDIUM" w:hint="cs"/>
          <w:color w:val="000000"/>
          <w:sz w:val="21"/>
          <w:rtl/>
        </w:rPr>
        <w:t xml:space="preserve"> </w:t>
      </w:r>
    </w:p>
    <w:p w14:paraId="6A271B24" w14:textId="499C52FF" w:rsidR="00D04C7D" w:rsidRDefault="00D04C7D">
      <w:pPr>
        <w:jc w:val="center"/>
      </w:pPr>
    </w:p>
    <w:p w14:paraId="06E65129" w14:textId="18498E1C" w:rsidR="00D04C7D" w:rsidRPr="0080174C" w:rsidRDefault="00D6184D">
      <w:pPr>
        <w:pStyle w:val="Heading4"/>
        <w:bidi/>
        <w:rPr>
          <w:rFonts w:ascii="☞DIODRUM ARABIC MEDIUM" w:hAnsi="☞DIODRUM ARABIC MEDIUM" w:cs="☞DIODRUM ARABIC MEDIUM"/>
          <w:b w:val="0"/>
          <w:bCs w:val="0"/>
          <w:i w:val="0"/>
          <w:iCs w:val="0"/>
          <w:color w:val="auto"/>
          <w:sz w:val="24"/>
          <w:szCs w:val="24"/>
        </w:rPr>
      </w:pPr>
      <w:r w:rsidRPr="0080174C">
        <w:rPr>
          <w:rFonts w:ascii="☞DIODRUM ARABIC MEDIUM" w:hAnsi="☞DIODRUM ARABIC MEDIUM" w:cs="☞DIODRUM ARABIC MEDIUM" w:hint="cs"/>
          <w:b w:val="0"/>
          <w:bCs w:val="0"/>
          <w:i w:val="0"/>
          <w:iCs w:val="0"/>
          <w:color w:val="auto"/>
          <w:sz w:val="24"/>
          <w:szCs w:val="24"/>
          <w:rtl/>
        </w:rPr>
        <w:t>وزارة</w:t>
      </w:r>
      <w:r w:rsidRPr="0080174C">
        <w:rPr>
          <w:rFonts w:ascii="☞DIODRUM ARABIC MEDIUM" w:hAnsi="☞DIODRUM ARABIC MEDIUM" w:cs="☞DIODRUM ARABIC MEDIUM" w:hint="cs"/>
          <w:b w:val="0"/>
          <w:bCs w:val="0"/>
          <w:i w:val="0"/>
          <w:iCs w:val="0"/>
          <w:color w:val="auto"/>
          <w:sz w:val="24"/>
          <w:szCs w:val="24"/>
        </w:rPr>
        <w:t xml:space="preserve"> </w:t>
      </w:r>
      <w:r w:rsidRPr="0080174C">
        <w:rPr>
          <w:rFonts w:ascii="☞DIODRUM ARABIC MEDIUM" w:hAnsi="☞DIODRUM ARABIC MEDIUM" w:cs="☞DIODRUM ARABIC MEDIUM" w:hint="cs"/>
          <w:b w:val="0"/>
          <w:bCs w:val="0"/>
          <w:i w:val="0"/>
          <w:iCs w:val="0"/>
          <w:color w:val="auto"/>
          <w:sz w:val="24"/>
          <w:szCs w:val="24"/>
          <w:rtl/>
        </w:rPr>
        <w:t>الموارد</w:t>
      </w:r>
      <w:r w:rsidRPr="0080174C">
        <w:rPr>
          <w:rFonts w:ascii="☞DIODRUM ARABIC MEDIUM" w:hAnsi="☞DIODRUM ARABIC MEDIUM" w:cs="☞DIODRUM ARABIC MEDIUM" w:hint="cs"/>
          <w:b w:val="0"/>
          <w:bCs w:val="0"/>
          <w:i w:val="0"/>
          <w:iCs w:val="0"/>
          <w:color w:val="auto"/>
          <w:sz w:val="24"/>
          <w:szCs w:val="24"/>
        </w:rPr>
        <w:t xml:space="preserve"> </w:t>
      </w:r>
      <w:r w:rsidRPr="0080174C">
        <w:rPr>
          <w:rFonts w:ascii="☞DIODRUM ARABIC MEDIUM" w:hAnsi="☞DIODRUM ARABIC MEDIUM" w:cs="☞DIODRUM ARABIC MEDIUM" w:hint="cs"/>
          <w:b w:val="0"/>
          <w:bCs w:val="0"/>
          <w:i w:val="0"/>
          <w:iCs w:val="0"/>
          <w:color w:val="auto"/>
          <w:sz w:val="24"/>
          <w:szCs w:val="24"/>
          <w:rtl/>
        </w:rPr>
        <w:t>البشرية</w:t>
      </w:r>
      <w:r w:rsidRPr="0080174C">
        <w:rPr>
          <w:rFonts w:ascii="☞DIODRUM ARABIC MEDIUM" w:hAnsi="☞DIODRUM ARABIC MEDIUM" w:cs="☞DIODRUM ARABIC MEDIUM" w:hint="cs"/>
          <w:b w:val="0"/>
          <w:bCs w:val="0"/>
          <w:i w:val="0"/>
          <w:iCs w:val="0"/>
          <w:color w:val="auto"/>
          <w:sz w:val="24"/>
          <w:szCs w:val="24"/>
        </w:rPr>
        <w:t xml:space="preserve"> </w:t>
      </w:r>
      <w:r w:rsidRPr="0080174C">
        <w:rPr>
          <w:rFonts w:ascii="☞DIODRUM ARABIC MEDIUM" w:hAnsi="☞DIODRUM ARABIC MEDIUM" w:cs="☞DIODRUM ARABIC MEDIUM" w:hint="cs"/>
          <w:b w:val="0"/>
          <w:bCs w:val="0"/>
          <w:i w:val="0"/>
          <w:iCs w:val="0"/>
          <w:color w:val="auto"/>
          <w:sz w:val="24"/>
          <w:szCs w:val="24"/>
          <w:rtl/>
        </w:rPr>
        <w:t>والتنمية</w:t>
      </w:r>
      <w:r w:rsidRPr="0080174C">
        <w:rPr>
          <w:rFonts w:ascii="☞DIODRUM ARABIC MEDIUM" w:hAnsi="☞DIODRUM ARABIC MEDIUM" w:cs="☞DIODRUM ARABIC MEDIUM" w:hint="cs"/>
          <w:b w:val="0"/>
          <w:bCs w:val="0"/>
          <w:i w:val="0"/>
          <w:iCs w:val="0"/>
          <w:color w:val="auto"/>
          <w:sz w:val="24"/>
          <w:szCs w:val="24"/>
        </w:rPr>
        <w:t xml:space="preserve"> </w:t>
      </w:r>
      <w:r w:rsidRPr="0080174C">
        <w:rPr>
          <w:rFonts w:ascii="☞DIODRUM ARABIC MEDIUM" w:hAnsi="☞DIODRUM ARABIC MEDIUM" w:cs="☞DIODRUM ARABIC MEDIUM" w:hint="cs"/>
          <w:b w:val="0"/>
          <w:bCs w:val="0"/>
          <w:i w:val="0"/>
          <w:iCs w:val="0"/>
          <w:color w:val="auto"/>
          <w:sz w:val="24"/>
          <w:szCs w:val="24"/>
          <w:rtl/>
        </w:rPr>
        <w:t>الاجتماعية</w:t>
      </w:r>
      <w:r w:rsidR="0080174C" w:rsidRPr="0080174C">
        <w:rPr>
          <w:rFonts w:ascii="☞DIODRUM ARABIC MEDIUM" w:hAnsi="☞DIODRUM ARABIC MEDIUM" w:cs="☞DIODRUM ARABIC MEDIUM" w:hint="cs"/>
          <w:b w:val="0"/>
          <w:bCs w:val="0"/>
          <w:i w:val="0"/>
          <w:iCs w:val="0"/>
          <w:color w:val="auto"/>
          <w:sz w:val="24"/>
          <w:szCs w:val="24"/>
          <w:rtl/>
        </w:rPr>
        <w:t xml:space="preserve"> - </w:t>
      </w:r>
      <w:r w:rsidRPr="0080174C">
        <w:rPr>
          <w:rFonts w:ascii="☞DIODRUM ARABIC MEDIUM" w:hAnsi="☞DIODRUM ARABIC MEDIUM" w:cs="☞DIODRUM ARABIC MEDIUM" w:hint="cs"/>
          <w:b w:val="0"/>
          <w:bCs w:val="0"/>
          <w:i w:val="0"/>
          <w:iCs w:val="0"/>
          <w:color w:val="auto"/>
          <w:sz w:val="24"/>
          <w:szCs w:val="24"/>
          <w:rtl/>
        </w:rPr>
        <w:t>تطبيق</w:t>
      </w:r>
      <w:r w:rsidRPr="0080174C">
        <w:rPr>
          <w:rFonts w:ascii="☞DIODRUM ARABIC MEDIUM" w:hAnsi="☞DIODRUM ARABIC MEDIUM" w:cs="☞DIODRUM ARABIC MEDIUM" w:hint="cs"/>
          <w:b w:val="0"/>
          <w:bCs w:val="0"/>
          <w:i w:val="0"/>
          <w:iCs w:val="0"/>
          <w:color w:val="auto"/>
          <w:sz w:val="24"/>
          <w:szCs w:val="24"/>
        </w:rPr>
        <w:t xml:space="preserve"> </w:t>
      </w:r>
      <w:r w:rsidRPr="0080174C">
        <w:rPr>
          <w:rFonts w:ascii="☞DIODRUM ARABIC MEDIUM" w:hAnsi="☞DIODRUM ARABIC MEDIUM" w:cs="☞DIODRUM ARABIC MEDIUM" w:hint="cs"/>
          <w:b w:val="0"/>
          <w:bCs w:val="0"/>
          <w:i w:val="0"/>
          <w:iCs w:val="0"/>
          <w:color w:val="auto"/>
          <w:sz w:val="24"/>
          <w:szCs w:val="24"/>
          <w:rtl/>
        </w:rPr>
        <w:t>مواءمة</w:t>
      </w:r>
      <w:r w:rsidR="0080174C">
        <w:rPr>
          <w:rFonts w:ascii="☞DIODRUM ARABIC MEDIUM" w:hAnsi="☞DIODRUM ARABIC MEDIUM" w:cs="☞DIODRUM ARABIC MEDIUM" w:hint="cs"/>
          <w:b w:val="0"/>
          <w:bCs w:val="0"/>
          <w:i w:val="0"/>
          <w:iCs w:val="0"/>
          <w:color w:val="auto"/>
          <w:sz w:val="24"/>
          <w:szCs w:val="24"/>
          <w:rtl/>
        </w:rPr>
        <w:t>:</w:t>
      </w:r>
    </w:p>
    <w:p w14:paraId="4CC4540E" w14:textId="46DFBE51" w:rsidR="00D04C7D" w:rsidRPr="00E85862" w:rsidRDefault="00D6184D">
      <w:pPr>
        <w:bidi/>
        <w:rPr>
          <w:rFonts w:ascii="☞DIODRUM ARABIC MEDIUM" w:hAnsi="☞DIODRUM ARABIC MEDIUM" w:cs="☞DIODRUM ARABIC MEDIUM"/>
        </w:rPr>
      </w:pPr>
      <w:r w:rsidRPr="00E85862">
        <w:rPr>
          <w:rFonts w:ascii="☞DIODRUM ARABIC MEDIUM" w:hAnsi="☞DIODRUM ARABIC MEDIUM" w:cs="☞DIODRUM ARABIC MEDIUM" w:hint="cs"/>
          <w:color w:val="000000"/>
          <w:sz w:val="21"/>
          <w:szCs w:val="21"/>
          <w:rtl/>
        </w:rPr>
        <w:t>وفّرت</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وزارة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الموارد</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البشرية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والتنمية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الاجتماعية،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من</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خلال</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تطويرها</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تطبيق</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مواءمة</w:t>
      </w:r>
      <w:r w:rsidRPr="00E85862">
        <w:rPr>
          <w:rFonts w:ascii="☞DIODRUM ARABIC MEDIUM" w:hAnsi="☞DIODRUM ARABIC MEDIUM" w:cs="☞DIODRUM ARABIC MEDIUM" w:hint="cs"/>
          <w:color w:val="000000"/>
          <w:sz w:val="21"/>
        </w:rPr>
        <w:t>"</w:t>
      </w:r>
      <w:r w:rsidRPr="00E85862">
        <w:rPr>
          <w:rFonts w:ascii="☞DIODRUM ARABIC MEDIUM" w:hAnsi="☞DIODRUM ARABIC MEDIUM" w:cs="☞DIODRUM ARABIC MEDIUM" w:hint="cs"/>
          <w:color w:val="000000"/>
          <w:sz w:val="21"/>
          <w:szCs w:val="21"/>
          <w:rtl/>
        </w:rPr>
        <w:t>،</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منصة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للمتطوعين</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لمساعدة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الأشخاص</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الذين</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يعانون</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من</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أي</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نوع</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من</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الإعاقة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بطرق</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مختلفة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وقد</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استفاد</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أكثر</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من</w:t>
      </w:r>
      <w:r w:rsidRPr="00E85862">
        <w:rPr>
          <w:rFonts w:ascii="☞DIODRUM ARABIC MEDIUM" w:hAnsi="☞DIODRUM ARABIC MEDIUM" w:cs="☞DIODRUM ARABIC MEDIUM" w:hint="cs"/>
          <w:color w:val="000000"/>
          <w:sz w:val="21"/>
        </w:rPr>
        <w:t xml:space="preserve"> 49,965 </w:t>
      </w:r>
      <w:r w:rsidRPr="00E85862">
        <w:rPr>
          <w:rFonts w:ascii="☞DIODRUM ARABIC MEDIUM" w:hAnsi="☞DIODRUM ARABIC MEDIUM" w:cs="☞DIODRUM ARABIC MEDIUM" w:hint="cs"/>
          <w:color w:val="000000"/>
          <w:sz w:val="21"/>
          <w:szCs w:val="21"/>
          <w:rtl/>
        </w:rPr>
        <w:t>فرداً</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من</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هذا</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التطبيق</w:t>
      </w:r>
      <w:r w:rsidR="0080174C" w:rsidRPr="00E85862">
        <w:rPr>
          <w:rFonts w:ascii="☞DIODRUM ARABIC MEDIUM" w:hAnsi="☞DIODRUM ARABIC MEDIUM" w:cs="☞DIODRUM ARABIC MEDIUM" w:hint="cs"/>
          <w:color w:val="000000"/>
          <w:sz w:val="21"/>
          <w:rtl/>
        </w:rPr>
        <w:t>.</w:t>
      </w:r>
    </w:p>
    <w:p w14:paraId="22D985D6" w14:textId="77777777" w:rsidR="00D04C7D" w:rsidRDefault="00D6184D">
      <w:r>
        <w:br w:type="page"/>
      </w:r>
    </w:p>
    <w:p w14:paraId="0DF03A09" w14:textId="7951BD2F" w:rsidR="00D04C7D" w:rsidRPr="0080174C" w:rsidRDefault="00D6184D">
      <w:pPr>
        <w:pStyle w:val="Heading4"/>
        <w:bidi/>
        <w:rPr>
          <w:rFonts w:ascii="☞DIODRUM ARABIC MEDIUM" w:hAnsi="☞DIODRUM ARABIC MEDIUM" w:cs="☞DIODRUM ARABIC MEDIUM"/>
          <w:b w:val="0"/>
          <w:bCs w:val="0"/>
          <w:i w:val="0"/>
          <w:iCs w:val="0"/>
          <w:color w:val="auto"/>
          <w:sz w:val="24"/>
          <w:szCs w:val="24"/>
        </w:rPr>
      </w:pPr>
      <w:r w:rsidRPr="0080174C">
        <w:rPr>
          <w:rFonts w:ascii="☞DIODRUM ARABIC MEDIUM" w:hAnsi="☞DIODRUM ARABIC MEDIUM" w:cs="☞DIODRUM ARABIC MEDIUM" w:hint="cs"/>
          <w:b w:val="0"/>
          <w:bCs w:val="0"/>
          <w:i w:val="0"/>
          <w:iCs w:val="0"/>
          <w:color w:val="auto"/>
          <w:sz w:val="24"/>
          <w:szCs w:val="24"/>
          <w:rtl/>
        </w:rPr>
        <w:lastRenderedPageBreak/>
        <w:t>وزارة</w:t>
      </w:r>
      <w:r w:rsidRPr="0080174C">
        <w:rPr>
          <w:rFonts w:ascii="☞DIODRUM ARABIC MEDIUM" w:hAnsi="☞DIODRUM ARABIC MEDIUM" w:cs="☞DIODRUM ARABIC MEDIUM" w:hint="cs"/>
          <w:b w:val="0"/>
          <w:bCs w:val="0"/>
          <w:i w:val="0"/>
          <w:iCs w:val="0"/>
          <w:color w:val="auto"/>
          <w:sz w:val="24"/>
          <w:szCs w:val="24"/>
        </w:rPr>
        <w:t xml:space="preserve"> </w:t>
      </w:r>
      <w:r w:rsidRPr="0080174C">
        <w:rPr>
          <w:rFonts w:ascii="☞DIODRUM ARABIC MEDIUM" w:hAnsi="☞DIODRUM ARABIC MEDIUM" w:cs="☞DIODRUM ARABIC MEDIUM" w:hint="cs"/>
          <w:b w:val="0"/>
          <w:bCs w:val="0"/>
          <w:i w:val="0"/>
          <w:iCs w:val="0"/>
          <w:color w:val="auto"/>
          <w:sz w:val="24"/>
          <w:szCs w:val="24"/>
          <w:rtl/>
        </w:rPr>
        <w:t>الثقافة</w:t>
      </w:r>
      <w:r w:rsidR="0080174C">
        <w:rPr>
          <w:rFonts w:ascii="☞DIODRUM ARABIC MEDIUM" w:hAnsi="☞DIODRUM ARABIC MEDIUM" w:cs="☞DIODRUM ARABIC MEDIUM" w:hint="cs"/>
          <w:b w:val="0"/>
          <w:bCs w:val="0"/>
          <w:i w:val="0"/>
          <w:iCs w:val="0"/>
          <w:color w:val="auto"/>
          <w:sz w:val="24"/>
          <w:szCs w:val="24"/>
          <w:rtl/>
        </w:rPr>
        <w:t xml:space="preserve"> </w:t>
      </w:r>
      <w:r w:rsidR="0080174C">
        <w:rPr>
          <w:rFonts w:ascii="☞DIODRUM ARABIC MEDIUM" w:hAnsi="☞DIODRUM ARABIC MEDIUM" w:cs="☞DIODRUM ARABIC MEDIUM"/>
          <w:b w:val="0"/>
          <w:bCs w:val="0"/>
          <w:i w:val="0"/>
          <w:iCs w:val="0"/>
          <w:color w:val="auto"/>
          <w:sz w:val="24"/>
          <w:szCs w:val="24"/>
          <w:rtl/>
        </w:rPr>
        <w:t>–</w:t>
      </w:r>
      <w:r w:rsidR="0080174C">
        <w:rPr>
          <w:rFonts w:ascii="☞DIODRUM ARABIC MEDIUM" w:hAnsi="☞DIODRUM ARABIC MEDIUM" w:cs="☞DIODRUM ARABIC MEDIUM" w:hint="cs"/>
          <w:b w:val="0"/>
          <w:bCs w:val="0"/>
          <w:i w:val="0"/>
          <w:iCs w:val="0"/>
          <w:color w:val="auto"/>
          <w:sz w:val="24"/>
          <w:szCs w:val="24"/>
          <w:rtl/>
        </w:rPr>
        <w:t xml:space="preserve"> منصات الوزارة:</w:t>
      </w:r>
    </w:p>
    <w:p w14:paraId="45DF2B9E" w14:textId="4517609C" w:rsidR="00D04C7D" w:rsidRPr="00E85862" w:rsidRDefault="00D6184D">
      <w:pPr>
        <w:bidi/>
        <w:rPr>
          <w:rFonts w:ascii="☞DIODRUM ARABIC MEDIUM" w:hAnsi="☞DIODRUM ARABIC MEDIUM" w:cs="☞DIODRUM ARABIC MEDIUM"/>
        </w:rPr>
      </w:pPr>
      <w:r w:rsidRPr="00E85862">
        <w:rPr>
          <w:rFonts w:ascii="☞DIODRUM ARABIC MEDIUM" w:hAnsi="☞DIODRUM ARABIC MEDIUM" w:cs="☞DIODRUM ARABIC MEDIUM" w:hint="cs"/>
          <w:color w:val="000000"/>
          <w:sz w:val="21"/>
          <w:szCs w:val="21"/>
          <w:rtl/>
        </w:rPr>
        <w:t>تعمل</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وزارة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الثقافة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على</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تعزيز</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إمكانية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الوصول</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من</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خلال</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تحسين</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عملية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تصميم</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واجهاتها</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الرقمية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لمنصاتها،</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مما</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يضمن</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سهولة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استخدامها</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بالنسبة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إلى</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الأشخاص</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ذوي</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الإعاقة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وتهدف</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هذه</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المبادرة</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إلى</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تعزيز</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تجربتهم</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مع</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التقنيات</w:t>
      </w:r>
      <w:r w:rsidRPr="00E85862">
        <w:rPr>
          <w:rFonts w:ascii="☞DIODRUM ARABIC MEDIUM" w:hAnsi="☞DIODRUM ARABIC MEDIUM" w:cs="☞DIODRUM ARABIC MEDIUM" w:hint="cs"/>
          <w:color w:val="000000"/>
          <w:sz w:val="21"/>
        </w:rPr>
        <w:t xml:space="preserve"> </w:t>
      </w:r>
      <w:r w:rsidRPr="00E85862">
        <w:rPr>
          <w:rFonts w:ascii="☞DIODRUM ARABIC MEDIUM" w:hAnsi="☞DIODRUM ARABIC MEDIUM" w:cs="☞DIODRUM ARABIC MEDIUM" w:hint="cs"/>
          <w:color w:val="000000"/>
          <w:sz w:val="21"/>
          <w:szCs w:val="21"/>
          <w:rtl/>
        </w:rPr>
        <w:t>الحديثة</w:t>
      </w:r>
      <w:r w:rsidR="0080174C" w:rsidRPr="00E85862">
        <w:rPr>
          <w:rFonts w:ascii="☞DIODRUM ARABIC MEDIUM" w:hAnsi="☞DIODRUM ARABIC MEDIUM" w:cs="☞DIODRUM ARABIC MEDIUM" w:hint="cs"/>
          <w:color w:val="000000"/>
          <w:sz w:val="21"/>
          <w:rtl/>
        </w:rPr>
        <w:t>.</w:t>
      </w:r>
    </w:p>
    <w:p w14:paraId="15F29421" w14:textId="4FD3AD9B" w:rsidR="00D04C7D" w:rsidRDefault="00D04C7D">
      <w:pPr>
        <w:jc w:val="center"/>
      </w:pPr>
    </w:p>
    <w:p w14:paraId="50C2293E" w14:textId="00282DD4" w:rsidR="00D04C7D" w:rsidRPr="0080174C" w:rsidRDefault="00D6184D">
      <w:pPr>
        <w:pStyle w:val="Heading4"/>
        <w:bidi/>
        <w:rPr>
          <w:rFonts w:ascii="☞DIODRUM ARABIC MEDIUM" w:hAnsi="☞DIODRUM ARABIC MEDIUM" w:cs="☞DIODRUM ARABIC MEDIUM"/>
          <w:b w:val="0"/>
          <w:bCs w:val="0"/>
          <w:i w:val="0"/>
          <w:iCs w:val="0"/>
          <w:color w:val="auto"/>
          <w:sz w:val="24"/>
          <w:szCs w:val="24"/>
        </w:rPr>
      </w:pPr>
      <w:r w:rsidRPr="0080174C">
        <w:rPr>
          <w:rFonts w:ascii="☞DIODRUM ARABIC MEDIUM" w:hAnsi="☞DIODRUM ARABIC MEDIUM" w:cs="☞DIODRUM ARABIC MEDIUM" w:hint="cs"/>
          <w:b w:val="0"/>
          <w:bCs w:val="0"/>
          <w:i w:val="0"/>
          <w:iCs w:val="0"/>
          <w:color w:val="auto"/>
          <w:sz w:val="24"/>
          <w:szCs w:val="24"/>
          <w:rtl/>
        </w:rPr>
        <w:t>هيئة</w:t>
      </w:r>
      <w:r w:rsidRPr="0080174C">
        <w:rPr>
          <w:rFonts w:ascii="☞DIODRUM ARABIC MEDIUM" w:hAnsi="☞DIODRUM ARABIC MEDIUM" w:cs="☞DIODRUM ARABIC MEDIUM" w:hint="cs"/>
          <w:b w:val="0"/>
          <w:bCs w:val="0"/>
          <w:i w:val="0"/>
          <w:iCs w:val="0"/>
          <w:color w:val="auto"/>
          <w:sz w:val="24"/>
          <w:szCs w:val="24"/>
        </w:rPr>
        <w:t xml:space="preserve"> </w:t>
      </w:r>
      <w:r w:rsidRPr="0080174C">
        <w:rPr>
          <w:rFonts w:ascii="☞DIODRUM ARABIC MEDIUM" w:hAnsi="☞DIODRUM ARABIC MEDIUM" w:cs="☞DIODRUM ARABIC MEDIUM" w:hint="cs"/>
          <w:b w:val="0"/>
          <w:bCs w:val="0"/>
          <w:i w:val="0"/>
          <w:iCs w:val="0"/>
          <w:color w:val="auto"/>
          <w:sz w:val="24"/>
          <w:szCs w:val="24"/>
          <w:rtl/>
        </w:rPr>
        <w:t>الهلال</w:t>
      </w:r>
      <w:r w:rsidRPr="0080174C">
        <w:rPr>
          <w:rFonts w:ascii="☞DIODRUM ARABIC MEDIUM" w:hAnsi="☞DIODRUM ARABIC MEDIUM" w:cs="☞DIODRUM ARABIC MEDIUM" w:hint="cs"/>
          <w:b w:val="0"/>
          <w:bCs w:val="0"/>
          <w:i w:val="0"/>
          <w:iCs w:val="0"/>
          <w:color w:val="auto"/>
          <w:sz w:val="24"/>
          <w:szCs w:val="24"/>
        </w:rPr>
        <w:t xml:space="preserve"> </w:t>
      </w:r>
      <w:r w:rsidRPr="0080174C">
        <w:rPr>
          <w:rFonts w:ascii="☞DIODRUM ARABIC MEDIUM" w:hAnsi="☞DIODRUM ARABIC MEDIUM" w:cs="☞DIODRUM ARABIC MEDIUM" w:hint="cs"/>
          <w:b w:val="0"/>
          <w:bCs w:val="0"/>
          <w:i w:val="0"/>
          <w:iCs w:val="0"/>
          <w:color w:val="auto"/>
          <w:sz w:val="24"/>
          <w:szCs w:val="24"/>
          <w:rtl/>
        </w:rPr>
        <w:t>الأحمر</w:t>
      </w:r>
      <w:r w:rsidRPr="0080174C">
        <w:rPr>
          <w:rFonts w:ascii="☞DIODRUM ARABIC MEDIUM" w:hAnsi="☞DIODRUM ARABIC MEDIUM" w:cs="☞DIODRUM ARABIC MEDIUM" w:hint="cs"/>
          <w:b w:val="0"/>
          <w:bCs w:val="0"/>
          <w:i w:val="0"/>
          <w:iCs w:val="0"/>
          <w:color w:val="auto"/>
          <w:sz w:val="24"/>
          <w:szCs w:val="24"/>
        </w:rPr>
        <w:t xml:space="preserve"> </w:t>
      </w:r>
      <w:r w:rsidRPr="0080174C">
        <w:rPr>
          <w:rFonts w:ascii="☞DIODRUM ARABIC MEDIUM" w:hAnsi="☞DIODRUM ARABIC MEDIUM" w:cs="☞DIODRUM ARABIC MEDIUM" w:hint="cs"/>
          <w:b w:val="0"/>
          <w:bCs w:val="0"/>
          <w:i w:val="0"/>
          <w:iCs w:val="0"/>
          <w:color w:val="auto"/>
          <w:sz w:val="24"/>
          <w:szCs w:val="24"/>
          <w:rtl/>
        </w:rPr>
        <w:t>السعودي</w:t>
      </w:r>
      <w:r w:rsidR="0080174C">
        <w:rPr>
          <w:rFonts w:ascii="☞DIODRUM ARABIC MEDIUM" w:hAnsi="☞DIODRUM ARABIC MEDIUM" w:cs="☞DIODRUM ARABIC MEDIUM" w:hint="cs"/>
          <w:b w:val="0"/>
          <w:bCs w:val="0"/>
          <w:i w:val="0"/>
          <w:iCs w:val="0"/>
          <w:color w:val="auto"/>
          <w:sz w:val="24"/>
          <w:szCs w:val="24"/>
          <w:rtl/>
        </w:rPr>
        <w:t xml:space="preserve"> </w:t>
      </w:r>
      <w:r w:rsidRPr="0080174C">
        <w:rPr>
          <w:rFonts w:ascii="☞DIODRUM ARABIC MEDIUM" w:hAnsi="☞DIODRUM ARABIC MEDIUM" w:cs="☞DIODRUM ARABIC MEDIUM" w:hint="cs"/>
          <w:b w:val="0"/>
          <w:bCs w:val="0"/>
          <w:i w:val="0"/>
          <w:iCs w:val="0"/>
          <w:color w:val="auto"/>
          <w:sz w:val="24"/>
          <w:szCs w:val="24"/>
        </w:rPr>
        <w:t xml:space="preserve"> </w:t>
      </w:r>
      <w:r w:rsidR="0080174C">
        <w:rPr>
          <w:rFonts w:ascii="☞DIODRUM ARABIC MEDIUM" w:hAnsi="☞DIODRUM ARABIC MEDIUM" w:cs="☞DIODRUM ARABIC MEDIUM" w:hint="cs"/>
          <w:b w:val="0"/>
          <w:bCs w:val="0"/>
          <w:i w:val="0"/>
          <w:iCs w:val="0"/>
          <w:color w:val="auto"/>
          <w:sz w:val="24"/>
          <w:szCs w:val="24"/>
          <w:rtl/>
        </w:rPr>
        <w:t xml:space="preserve">- </w:t>
      </w:r>
      <w:r w:rsidRPr="0080174C">
        <w:rPr>
          <w:rFonts w:ascii="☞DIODRUM ARABIC MEDIUM" w:hAnsi="☞DIODRUM ARABIC MEDIUM" w:cs="☞DIODRUM ARABIC MEDIUM" w:hint="cs"/>
          <w:b w:val="0"/>
          <w:bCs w:val="0"/>
          <w:i w:val="0"/>
          <w:iCs w:val="0"/>
          <w:color w:val="auto"/>
          <w:sz w:val="24"/>
          <w:szCs w:val="24"/>
          <w:rtl/>
        </w:rPr>
        <w:t>خدمة</w:t>
      </w:r>
      <w:r w:rsidRPr="0080174C">
        <w:rPr>
          <w:rFonts w:ascii="☞DIODRUM ARABIC MEDIUM" w:hAnsi="☞DIODRUM ARABIC MEDIUM" w:cs="☞DIODRUM ARABIC MEDIUM" w:hint="cs"/>
          <w:b w:val="0"/>
          <w:bCs w:val="0"/>
          <w:i w:val="0"/>
          <w:iCs w:val="0"/>
          <w:color w:val="auto"/>
          <w:sz w:val="24"/>
          <w:szCs w:val="24"/>
        </w:rPr>
        <w:t xml:space="preserve"> </w:t>
      </w:r>
      <w:r w:rsidRPr="0080174C">
        <w:rPr>
          <w:rFonts w:ascii="☞DIODRUM ARABIC MEDIUM" w:hAnsi="☞DIODRUM ARABIC MEDIUM" w:cs="☞DIODRUM ARABIC MEDIUM" w:hint="cs"/>
          <w:b w:val="0"/>
          <w:bCs w:val="0"/>
          <w:i w:val="0"/>
          <w:iCs w:val="0"/>
          <w:color w:val="auto"/>
          <w:sz w:val="24"/>
          <w:szCs w:val="24"/>
          <w:rtl/>
        </w:rPr>
        <w:t>الاتصال</w:t>
      </w:r>
      <w:r w:rsidRPr="0080174C">
        <w:rPr>
          <w:rFonts w:ascii="☞DIODRUM ARABIC MEDIUM" w:hAnsi="☞DIODRUM ARABIC MEDIUM" w:cs="☞DIODRUM ARABIC MEDIUM" w:hint="cs"/>
          <w:b w:val="0"/>
          <w:bCs w:val="0"/>
          <w:i w:val="0"/>
          <w:iCs w:val="0"/>
          <w:color w:val="auto"/>
          <w:sz w:val="24"/>
          <w:szCs w:val="24"/>
        </w:rPr>
        <w:t xml:space="preserve"> </w:t>
      </w:r>
      <w:r w:rsidRPr="0080174C">
        <w:rPr>
          <w:rFonts w:ascii="☞DIODRUM ARABIC MEDIUM" w:hAnsi="☞DIODRUM ARABIC MEDIUM" w:cs="☞DIODRUM ARABIC MEDIUM" w:hint="cs"/>
          <w:b w:val="0"/>
          <w:bCs w:val="0"/>
          <w:i w:val="0"/>
          <w:iCs w:val="0"/>
          <w:color w:val="auto"/>
          <w:sz w:val="24"/>
          <w:szCs w:val="24"/>
          <w:rtl/>
        </w:rPr>
        <w:t>المرئي</w:t>
      </w:r>
      <w:r w:rsidR="0080174C">
        <w:rPr>
          <w:rFonts w:ascii="☞DIODRUM ARABIC MEDIUM" w:hAnsi="☞DIODRUM ARABIC MEDIUM" w:cs="☞DIODRUM ARABIC MEDIUM" w:hint="cs"/>
          <w:b w:val="0"/>
          <w:bCs w:val="0"/>
          <w:i w:val="0"/>
          <w:iCs w:val="0"/>
          <w:color w:val="auto"/>
          <w:sz w:val="24"/>
          <w:szCs w:val="24"/>
          <w:rtl/>
        </w:rPr>
        <w:t>:</w:t>
      </w:r>
    </w:p>
    <w:p w14:paraId="43B51101" w14:textId="62DDDBD6" w:rsidR="00D04C7D" w:rsidRPr="00BC2961" w:rsidRDefault="00D6184D">
      <w:pPr>
        <w:bidi/>
        <w:rPr>
          <w:rFonts w:ascii="☞DIODRUM ARABIC MEDIUM" w:hAnsi="☞DIODRUM ARABIC MEDIUM" w:cs="☞DIODRUM ARABIC MEDIUM"/>
        </w:rPr>
      </w:pPr>
      <w:r w:rsidRPr="00BC2961">
        <w:rPr>
          <w:rFonts w:ascii="☞DIODRUM ARABIC MEDIUM" w:hAnsi="☞DIODRUM ARABIC MEDIUM" w:cs="☞DIODRUM ARABIC MEDIUM" w:hint="cs"/>
          <w:color w:val="000000"/>
          <w:sz w:val="21"/>
          <w:szCs w:val="21"/>
          <w:rtl/>
        </w:rPr>
        <w:t>تدعم</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هيئة</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الهلال</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الأحمر</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السعودي</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الأشخاص</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ذوي</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الإعاقة</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من</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خلال</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توفير</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نظم</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الاتصال</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المرئي</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للأشخاص</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ذوي</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الإعاقات</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السمعية</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وتوفّر</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هذه</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النظم</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خدمات</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لغة</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الإشارة</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من</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خلال</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مكالمات</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فيديو</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مع</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متخصصين</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معتمدين،</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مما</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يضمن</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أعلى</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مستويات</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الأمان</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والخصوصية</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عند</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تقديم</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المساعدة</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في</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حالات</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الطوارئ</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وحتى</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الآن،</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استفاد</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من</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هذه</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الخدمات</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أكثر</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من</w:t>
      </w:r>
      <w:r w:rsidRPr="00BC2961">
        <w:rPr>
          <w:rFonts w:ascii="☞DIODRUM ARABIC MEDIUM" w:hAnsi="☞DIODRUM ARABIC MEDIUM" w:cs="☞DIODRUM ARABIC MEDIUM" w:hint="cs"/>
          <w:color w:val="000000"/>
          <w:sz w:val="21"/>
        </w:rPr>
        <w:t xml:space="preserve"> 35.000 </w:t>
      </w:r>
      <w:r w:rsidRPr="00BC2961">
        <w:rPr>
          <w:rFonts w:ascii="☞DIODRUM ARABIC MEDIUM" w:hAnsi="☞DIODRUM ARABIC MEDIUM" w:cs="☞DIODRUM ARABIC MEDIUM" w:hint="cs"/>
          <w:color w:val="000000"/>
          <w:sz w:val="21"/>
          <w:szCs w:val="21"/>
          <w:rtl/>
        </w:rPr>
        <w:t>مستخدم،</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مما</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يضمن</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تحسين</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تجربة</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الأشخاص</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ذوي</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الإعاقات</w:t>
      </w:r>
      <w:r w:rsidRPr="00BC2961">
        <w:rPr>
          <w:rFonts w:ascii="☞DIODRUM ARABIC MEDIUM" w:hAnsi="☞DIODRUM ARABIC MEDIUM" w:cs="☞DIODRUM ARABIC MEDIUM" w:hint="cs"/>
          <w:color w:val="000000"/>
          <w:sz w:val="21"/>
        </w:rPr>
        <w:t xml:space="preserve"> </w:t>
      </w:r>
      <w:r w:rsidRPr="00BC2961">
        <w:rPr>
          <w:rFonts w:ascii="☞DIODRUM ARABIC MEDIUM" w:hAnsi="☞DIODRUM ARABIC MEDIUM" w:cs="☞DIODRUM ARABIC MEDIUM" w:hint="cs"/>
          <w:color w:val="000000"/>
          <w:sz w:val="21"/>
          <w:szCs w:val="21"/>
          <w:rtl/>
        </w:rPr>
        <w:t>السمعية</w:t>
      </w:r>
      <w:r w:rsidR="006D754E" w:rsidRPr="00BC2961">
        <w:rPr>
          <w:rFonts w:ascii="☞DIODRUM ARABIC MEDIUM" w:hAnsi="☞DIODRUM ARABIC MEDIUM" w:cs="☞DIODRUM ARABIC MEDIUM" w:hint="cs"/>
          <w:color w:val="000000"/>
          <w:sz w:val="21"/>
          <w:rtl/>
        </w:rPr>
        <w:t>.</w:t>
      </w:r>
    </w:p>
    <w:p w14:paraId="145A3945" w14:textId="2072BC10" w:rsidR="00D04C7D" w:rsidRDefault="00D04C7D">
      <w:pPr>
        <w:jc w:val="center"/>
      </w:pPr>
    </w:p>
    <w:p w14:paraId="7C160718" w14:textId="6FED13DF" w:rsidR="00D04C7D" w:rsidRPr="0037740C" w:rsidRDefault="00D6184D" w:rsidP="0037740C">
      <w:pPr>
        <w:pStyle w:val="Heading4"/>
        <w:bidi/>
        <w:rPr>
          <w:rFonts w:ascii="☞DIODRUM ARABIC SEMIBOLD" w:hAnsi="☞DIODRUM ARABIC SEMIBOLD" w:cs="☞DIODRUM ARABIC SEMIBOLD"/>
          <w:i w:val="0"/>
          <w:iCs w:val="0"/>
          <w:color w:val="auto"/>
          <w:sz w:val="24"/>
          <w:szCs w:val="24"/>
        </w:rPr>
      </w:pPr>
      <w:r w:rsidRPr="0080174C">
        <w:rPr>
          <w:rFonts w:ascii="☞DIODRUM ARABIC MEDIUM" w:hAnsi="☞DIODRUM ARABIC MEDIUM" w:cs="☞DIODRUM ARABIC MEDIUM" w:hint="cs"/>
          <w:b w:val="0"/>
          <w:bCs w:val="0"/>
          <w:i w:val="0"/>
          <w:iCs w:val="0"/>
          <w:color w:val="auto"/>
          <w:sz w:val="24"/>
          <w:szCs w:val="24"/>
          <w:rtl/>
        </w:rPr>
        <w:t>وزارة</w:t>
      </w:r>
      <w:r w:rsidRPr="0080174C">
        <w:rPr>
          <w:rFonts w:ascii="☞DIODRUM ARABIC MEDIUM" w:hAnsi="☞DIODRUM ARABIC MEDIUM" w:cs="☞DIODRUM ARABIC MEDIUM" w:hint="cs"/>
          <w:b w:val="0"/>
          <w:bCs w:val="0"/>
          <w:i w:val="0"/>
          <w:iCs w:val="0"/>
          <w:color w:val="auto"/>
          <w:sz w:val="24"/>
          <w:szCs w:val="24"/>
        </w:rPr>
        <w:t xml:space="preserve"> </w:t>
      </w:r>
      <w:r w:rsidRPr="0080174C">
        <w:rPr>
          <w:rFonts w:ascii="☞DIODRUM ARABIC MEDIUM" w:hAnsi="☞DIODRUM ARABIC MEDIUM" w:cs="☞DIODRUM ARABIC MEDIUM" w:hint="cs"/>
          <w:b w:val="0"/>
          <w:bCs w:val="0"/>
          <w:i w:val="0"/>
          <w:iCs w:val="0"/>
          <w:color w:val="auto"/>
          <w:sz w:val="24"/>
          <w:szCs w:val="24"/>
          <w:rtl/>
        </w:rPr>
        <w:t>الموارد</w:t>
      </w:r>
      <w:r w:rsidRPr="0080174C">
        <w:rPr>
          <w:rFonts w:ascii="☞DIODRUM ARABIC MEDIUM" w:hAnsi="☞DIODRUM ARABIC MEDIUM" w:cs="☞DIODRUM ARABIC MEDIUM" w:hint="cs"/>
          <w:b w:val="0"/>
          <w:bCs w:val="0"/>
          <w:i w:val="0"/>
          <w:iCs w:val="0"/>
          <w:color w:val="auto"/>
          <w:sz w:val="24"/>
          <w:szCs w:val="24"/>
        </w:rPr>
        <w:t xml:space="preserve"> </w:t>
      </w:r>
      <w:r w:rsidRPr="0080174C">
        <w:rPr>
          <w:rFonts w:ascii="☞DIODRUM ARABIC MEDIUM" w:hAnsi="☞DIODRUM ARABIC MEDIUM" w:cs="☞DIODRUM ARABIC MEDIUM" w:hint="cs"/>
          <w:b w:val="0"/>
          <w:bCs w:val="0"/>
          <w:i w:val="0"/>
          <w:iCs w:val="0"/>
          <w:color w:val="auto"/>
          <w:sz w:val="24"/>
          <w:szCs w:val="24"/>
          <w:rtl/>
        </w:rPr>
        <w:t>البشرية</w:t>
      </w:r>
      <w:r w:rsidRPr="0080174C">
        <w:rPr>
          <w:rFonts w:ascii="☞DIODRUM ARABIC MEDIUM" w:hAnsi="☞DIODRUM ARABIC MEDIUM" w:cs="☞DIODRUM ARABIC MEDIUM" w:hint="cs"/>
          <w:b w:val="0"/>
          <w:bCs w:val="0"/>
          <w:i w:val="0"/>
          <w:iCs w:val="0"/>
          <w:color w:val="auto"/>
          <w:sz w:val="24"/>
          <w:szCs w:val="24"/>
        </w:rPr>
        <w:t xml:space="preserve"> </w:t>
      </w:r>
      <w:r w:rsidRPr="0080174C">
        <w:rPr>
          <w:rFonts w:ascii="☞DIODRUM ARABIC MEDIUM" w:hAnsi="☞DIODRUM ARABIC MEDIUM" w:cs="☞DIODRUM ARABIC MEDIUM" w:hint="cs"/>
          <w:b w:val="0"/>
          <w:bCs w:val="0"/>
          <w:i w:val="0"/>
          <w:iCs w:val="0"/>
          <w:color w:val="auto"/>
          <w:sz w:val="24"/>
          <w:szCs w:val="24"/>
          <w:rtl/>
        </w:rPr>
        <w:t>والتنمية</w:t>
      </w:r>
      <w:r w:rsidR="0037740C">
        <w:rPr>
          <w:rFonts w:ascii="☞DIODRUM ARABIC MEDIUM" w:hAnsi="☞DIODRUM ARABIC MEDIUM" w:cs="☞DIODRUM ARABIC MEDIUM" w:hint="cs"/>
          <w:b w:val="0"/>
          <w:bCs w:val="0"/>
          <w:i w:val="0"/>
          <w:iCs w:val="0"/>
          <w:color w:val="auto"/>
          <w:sz w:val="24"/>
          <w:szCs w:val="24"/>
          <w:rtl/>
        </w:rPr>
        <w:t xml:space="preserve"> </w:t>
      </w:r>
      <w:r w:rsidRPr="0080174C">
        <w:rPr>
          <w:rFonts w:ascii="☞DIODRUM ARABIC MEDIUM" w:hAnsi="☞DIODRUM ARABIC MEDIUM" w:cs="☞DIODRUM ARABIC MEDIUM" w:hint="cs"/>
          <w:b w:val="0"/>
          <w:bCs w:val="0"/>
          <w:i w:val="0"/>
          <w:iCs w:val="0"/>
          <w:color w:val="auto"/>
          <w:sz w:val="24"/>
          <w:szCs w:val="24"/>
        </w:rPr>
        <w:t xml:space="preserve"> </w:t>
      </w:r>
      <w:r w:rsidR="0080174C" w:rsidRPr="0080174C">
        <w:rPr>
          <w:rFonts w:ascii="☞DIODRUM ARABIC MEDIUM" w:hAnsi="☞DIODRUM ARABIC MEDIUM" w:cs="☞DIODRUM ARABIC MEDIUM"/>
          <w:b w:val="0"/>
          <w:bCs w:val="0"/>
          <w:i w:val="0"/>
          <w:iCs w:val="0"/>
          <w:color w:val="auto"/>
          <w:sz w:val="24"/>
          <w:szCs w:val="24"/>
          <w:rtl/>
        </w:rPr>
        <w:t>الاجتماع</w:t>
      </w:r>
      <w:r w:rsidR="0080174C" w:rsidRPr="0080174C">
        <w:rPr>
          <w:rFonts w:ascii="☞DIODRUM ARABIC MEDIUM" w:hAnsi="☞DIODRUM ARABIC MEDIUM" w:cs="☞DIODRUM ARABIC MEDIUM" w:hint="cs"/>
          <w:b w:val="0"/>
          <w:bCs w:val="0"/>
          <w:i w:val="0"/>
          <w:iCs w:val="0"/>
          <w:color w:val="auto"/>
          <w:sz w:val="24"/>
          <w:szCs w:val="24"/>
          <w:rtl/>
        </w:rPr>
        <w:t>ية</w:t>
      </w:r>
      <w:r w:rsidRPr="0080174C">
        <w:rPr>
          <w:rFonts w:ascii="☞DIODRUM ARABIC MEDIUM" w:hAnsi="☞DIODRUM ARABIC MEDIUM" w:cs="☞DIODRUM ARABIC MEDIUM" w:hint="cs"/>
          <w:b w:val="0"/>
          <w:bCs w:val="0"/>
          <w:i w:val="0"/>
          <w:iCs w:val="0"/>
          <w:color w:val="auto"/>
          <w:sz w:val="24"/>
          <w:szCs w:val="24"/>
        </w:rPr>
        <w:t xml:space="preserve">  </w:t>
      </w:r>
      <w:r w:rsidR="0080174C" w:rsidRPr="0080174C">
        <w:rPr>
          <w:rFonts w:ascii="☞DIODRUM ARABIC MEDIUM" w:hAnsi="☞DIODRUM ARABIC MEDIUM" w:cs="☞DIODRUM ARABIC MEDIUM" w:hint="cs"/>
          <w:b w:val="0"/>
          <w:bCs w:val="0"/>
          <w:i w:val="0"/>
          <w:iCs w:val="0"/>
          <w:color w:val="auto"/>
          <w:sz w:val="24"/>
          <w:szCs w:val="24"/>
          <w:rtl/>
        </w:rPr>
        <w:t>و</w:t>
      </w:r>
      <w:r w:rsidRPr="0080174C">
        <w:rPr>
          <w:rFonts w:ascii="☞DIODRUM ARABIC MEDIUM" w:hAnsi="☞DIODRUM ARABIC MEDIUM" w:cs="☞DIODRUM ARABIC MEDIUM" w:hint="cs"/>
          <w:b w:val="0"/>
          <w:bCs w:val="0"/>
          <w:i w:val="0"/>
          <w:iCs w:val="0"/>
          <w:color w:val="auto"/>
          <w:sz w:val="24"/>
          <w:szCs w:val="24"/>
        </w:rPr>
        <w:t xml:space="preserve"> </w:t>
      </w:r>
      <w:r w:rsidRPr="0080174C">
        <w:rPr>
          <w:rFonts w:ascii="☞DIODRUM ARABIC MEDIUM" w:hAnsi="☞DIODRUM ARABIC MEDIUM" w:cs="☞DIODRUM ARABIC MEDIUM" w:hint="cs"/>
          <w:b w:val="0"/>
          <w:bCs w:val="0"/>
          <w:i w:val="0"/>
          <w:iCs w:val="0"/>
          <w:color w:val="auto"/>
          <w:sz w:val="24"/>
          <w:szCs w:val="24"/>
          <w:rtl/>
        </w:rPr>
        <w:t>الهيئة</w:t>
      </w:r>
      <w:r w:rsidRPr="0080174C">
        <w:rPr>
          <w:rFonts w:ascii="☞DIODRUM ARABIC MEDIUM" w:hAnsi="☞DIODRUM ARABIC MEDIUM" w:cs="☞DIODRUM ARABIC MEDIUM" w:hint="cs"/>
          <w:b w:val="0"/>
          <w:bCs w:val="0"/>
          <w:i w:val="0"/>
          <w:iCs w:val="0"/>
          <w:color w:val="auto"/>
          <w:sz w:val="24"/>
          <w:szCs w:val="24"/>
        </w:rPr>
        <w:t xml:space="preserve"> </w:t>
      </w:r>
      <w:r w:rsidRPr="0080174C">
        <w:rPr>
          <w:rFonts w:ascii="☞DIODRUM ARABIC MEDIUM" w:hAnsi="☞DIODRUM ARABIC MEDIUM" w:cs="☞DIODRUM ARABIC MEDIUM" w:hint="cs"/>
          <w:b w:val="0"/>
          <w:bCs w:val="0"/>
          <w:i w:val="0"/>
          <w:iCs w:val="0"/>
          <w:color w:val="auto"/>
          <w:sz w:val="24"/>
          <w:szCs w:val="24"/>
          <w:rtl/>
        </w:rPr>
        <w:t>السعودية</w:t>
      </w:r>
      <w:r w:rsidRPr="0080174C">
        <w:rPr>
          <w:rFonts w:ascii="☞DIODRUM ARABIC MEDIUM" w:hAnsi="☞DIODRUM ARABIC MEDIUM" w:cs="☞DIODRUM ARABIC MEDIUM" w:hint="cs"/>
          <w:b w:val="0"/>
          <w:bCs w:val="0"/>
          <w:i w:val="0"/>
          <w:iCs w:val="0"/>
          <w:color w:val="auto"/>
          <w:sz w:val="24"/>
          <w:szCs w:val="24"/>
        </w:rPr>
        <w:t xml:space="preserve"> </w:t>
      </w:r>
      <w:r w:rsidRPr="0080174C">
        <w:rPr>
          <w:rFonts w:ascii="☞DIODRUM ARABIC MEDIUM" w:hAnsi="☞DIODRUM ARABIC MEDIUM" w:cs="☞DIODRUM ARABIC MEDIUM" w:hint="cs"/>
          <w:b w:val="0"/>
          <w:bCs w:val="0"/>
          <w:i w:val="0"/>
          <w:iCs w:val="0"/>
          <w:color w:val="auto"/>
          <w:sz w:val="24"/>
          <w:szCs w:val="24"/>
          <w:rtl/>
        </w:rPr>
        <w:t>للبيانات</w:t>
      </w:r>
      <w:r w:rsidRPr="0080174C">
        <w:rPr>
          <w:rFonts w:ascii="☞DIODRUM ARABIC MEDIUM" w:hAnsi="☞DIODRUM ARABIC MEDIUM" w:cs="☞DIODRUM ARABIC MEDIUM" w:hint="cs"/>
          <w:b w:val="0"/>
          <w:bCs w:val="0"/>
          <w:i w:val="0"/>
          <w:iCs w:val="0"/>
          <w:color w:val="auto"/>
          <w:sz w:val="24"/>
          <w:szCs w:val="24"/>
        </w:rPr>
        <w:t xml:space="preserve"> </w:t>
      </w:r>
      <w:r w:rsidRPr="0080174C">
        <w:rPr>
          <w:rFonts w:ascii="☞DIODRUM ARABIC MEDIUM" w:hAnsi="☞DIODRUM ARABIC MEDIUM" w:cs="☞DIODRUM ARABIC MEDIUM" w:hint="cs"/>
          <w:b w:val="0"/>
          <w:bCs w:val="0"/>
          <w:i w:val="0"/>
          <w:iCs w:val="0"/>
          <w:color w:val="auto"/>
          <w:sz w:val="24"/>
          <w:szCs w:val="24"/>
          <w:rtl/>
        </w:rPr>
        <w:t>والذكاء</w:t>
      </w:r>
      <w:r w:rsidRPr="0080174C">
        <w:rPr>
          <w:rFonts w:ascii="☞DIODRUM ARABIC MEDIUM" w:hAnsi="☞DIODRUM ARABIC MEDIUM" w:cs="☞DIODRUM ARABIC MEDIUM" w:hint="cs"/>
          <w:b w:val="0"/>
          <w:bCs w:val="0"/>
          <w:i w:val="0"/>
          <w:iCs w:val="0"/>
          <w:color w:val="auto"/>
          <w:sz w:val="24"/>
          <w:szCs w:val="24"/>
        </w:rPr>
        <w:t xml:space="preserve"> </w:t>
      </w:r>
      <w:r w:rsidRPr="0080174C">
        <w:rPr>
          <w:rFonts w:ascii="☞DIODRUM ARABIC SEMIBOLD" w:hAnsi="☞DIODRUM ARABIC SEMIBOLD" w:cs="☞DIODRUM ARABIC SEMIBOLD" w:hint="cs"/>
          <w:i w:val="0"/>
          <w:iCs w:val="0"/>
          <w:color w:val="auto"/>
          <w:sz w:val="24"/>
          <w:szCs w:val="24"/>
          <w:rtl/>
        </w:rPr>
        <w:t>الاصطناعي</w:t>
      </w:r>
      <w:r w:rsidR="0037740C">
        <w:rPr>
          <w:rFonts w:ascii="☞DIODRUM ARABIC SEMIBOLD" w:hAnsi="☞DIODRUM ARABIC SEMIBOLD" w:cs="☞DIODRUM ARABIC SEMIBOLD" w:hint="cs"/>
          <w:i w:val="0"/>
          <w:iCs w:val="0"/>
          <w:color w:val="auto"/>
          <w:sz w:val="24"/>
          <w:szCs w:val="24"/>
          <w:rtl/>
        </w:rPr>
        <w:t xml:space="preserve"> - </w:t>
      </w:r>
      <w:r w:rsidR="0080174C" w:rsidRPr="0080174C">
        <w:rPr>
          <w:rFonts w:ascii="☞DIODRUM ARABIC SEMIBOLD" w:hAnsi="☞DIODRUM ARABIC SEMIBOLD" w:cs="☞DIODRUM ARABIC SEMIBOLD" w:hint="cs"/>
          <w:i w:val="0"/>
          <w:iCs w:val="0"/>
          <w:color w:val="auto"/>
          <w:sz w:val="24"/>
          <w:szCs w:val="24"/>
          <w:rtl/>
        </w:rPr>
        <w:t xml:space="preserve"> </w:t>
      </w:r>
      <w:r w:rsidRPr="0080174C">
        <w:rPr>
          <w:rFonts w:ascii="☞DIODRUM ARABIC SEMIBOLD" w:hAnsi="☞DIODRUM ARABIC SEMIBOLD" w:cs="☞DIODRUM ARABIC SEMIBOLD" w:hint="cs"/>
          <w:i w:val="0"/>
          <w:iCs w:val="0"/>
          <w:color w:val="auto"/>
          <w:sz w:val="24"/>
          <w:szCs w:val="24"/>
          <w:rtl/>
        </w:rPr>
        <w:t>بطاقة</w:t>
      </w:r>
      <w:r w:rsidRPr="0080174C">
        <w:rPr>
          <w:rFonts w:ascii="☞DIODRUM ARABIC SEMIBOLD" w:hAnsi="☞DIODRUM ARABIC SEMIBOLD" w:cs="☞DIODRUM ARABIC SEMIBOLD" w:hint="cs"/>
          <w:i w:val="0"/>
          <w:iCs w:val="0"/>
          <w:color w:val="auto"/>
          <w:sz w:val="24"/>
          <w:szCs w:val="24"/>
        </w:rPr>
        <w:t xml:space="preserve"> </w:t>
      </w:r>
      <w:proofErr w:type="spellStart"/>
      <w:r w:rsidRPr="0080174C">
        <w:rPr>
          <w:rFonts w:ascii="☞DIODRUM ARABIC SEMIBOLD" w:hAnsi="☞DIODRUM ARABIC SEMIBOLD" w:cs="☞DIODRUM ARABIC SEMIBOLD" w:hint="cs"/>
          <w:i w:val="0"/>
          <w:iCs w:val="0"/>
          <w:color w:val="auto"/>
          <w:sz w:val="24"/>
          <w:szCs w:val="24"/>
          <w:rtl/>
        </w:rPr>
        <w:t>إمتياز</w:t>
      </w:r>
      <w:proofErr w:type="spellEnd"/>
      <w:r w:rsidRPr="0080174C">
        <w:rPr>
          <w:rFonts w:ascii="☞DIODRUM ARABIC SEMIBOLD" w:hAnsi="☞DIODRUM ARABIC SEMIBOLD" w:cs="☞DIODRUM ARABIC SEMIBOLD" w:hint="cs"/>
          <w:i w:val="0"/>
          <w:iCs w:val="0"/>
          <w:color w:val="auto"/>
          <w:sz w:val="24"/>
          <w:szCs w:val="24"/>
        </w:rPr>
        <w:t xml:space="preserve"> </w:t>
      </w:r>
      <w:r w:rsidRPr="0080174C">
        <w:rPr>
          <w:rFonts w:ascii="☞DIODRUM ARABIC SEMIBOLD" w:hAnsi="☞DIODRUM ARABIC SEMIBOLD" w:cs="☞DIODRUM ARABIC SEMIBOLD" w:hint="cs"/>
          <w:i w:val="0"/>
          <w:iCs w:val="0"/>
          <w:color w:val="auto"/>
          <w:sz w:val="24"/>
          <w:szCs w:val="24"/>
          <w:rtl/>
        </w:rPr>
        <w:t>الرقمية</w:t>
      </w:r>
      <w:r w:rsidRPr="0080174C">
        <w:rPr>
          <w:rFonts w:ascii="☞DIODRUM ARABIC SEMIBOLD" w:hAnsi="☞DIODRUM ARABIC SEMIBOLD" w:cs="☞DIODRUM ARABIC SEMIBOLD" w:hint="cs"/>
          <w:i w:val="0"/>
          <w:iCs w:val="0"/>
          <w:color w:val="auto"/>
          <w:sz w:val="24"/>
          <w:szCs w:val="24"/>
        </w:rPr>
        <w:t xml:space="preserve"> </w:t>
      </w:r>
      <w:r w:rsidRPr="0080174C">
        <w:rPr>
          <w:rFonts w:ascii="☞DIODRUM ARABIC SEMIBOLD" w:hAnsi="☞DIODRUM ARABIC SEMIBOLD" w:cs="☞DIODRUM ARABIC SEMIBOLD" w:hint="cs"/>
          <w:i w:val="0"/>
          <w:iCs w:val="0"/>
          <w:color w:val="auto"/>
          <w:sz w:val="24"/>
          <w:szCs w:val="24"/>
          <w:rtl/>
        </w:rPr>
        <w:t>لكبار</w:t>
      </w:r>
      <w:r w:rsidRPr="0080174C">
        <w:rPr>
          <w:rFonts w:ascii="☞DIODRUM ARABIC SEMIBOLD" w:hAnsi="☞DIODRUM ARABIC SEMIBOLD" w:cs="☞DIODRUM ARABIC SEMIBOLD" w:hint="cs"/>
          <w:i w:val="0"/>
          <w:iCs w:val="0"/>
          <w:color w:val="auto"/>
          <w:sz w:val="24"/>
          <w:szCs w:val="24"/>
        </w:rPr>
        <w:t xml:space="preserve"> </w:t>
      </w:r>
      <w:r w:rsidRPr="0080174C">
        <w:rPr>
          <w:rFonts w:ascii="☞DIODRUM ARABIC SEMIBOLD" w:hAnsi="☞DIODRUM ARABIC SEMIBOLD" w:cs="☞DIODRUM ARABIC SEMIBOLD" w:hint="cs"/>
          <w:i w:val="0"/>
          <w:iCs w:val="0"/>
          <w:color w:val="auto"/>
          <w:sz w:val="24"/>
          <w:szCs w:val="24"/>
          <w:rtl/>
        </w:rPr>
        <w:t>السن</w:t>
      </w:r>
    </w:p>
    <w:p w14:paraId="741B2E42" w14:textId="37215E92" w:rsidR="00D04C7D" w:rsidRDefault="00D04C7D" w:rsidP="00BC2961">
      <w:pPr>
        <w:bidi/>
        <w:jc w:val="center"/>
      </w:pPr>
    </w:p>
    <w:p w14:paraId="63B4F207" w14:textId="4A83A568" w:rsidR="00D04C7D" w:rsidRDefault="00D6184D" w:rsidP="00BC2961">
      <w:pPr>
        <w:bidi/>
        <w:rPr>
          <w:rFonts w:ascii="☞DIODRUM ARABIC MEDIUM" w:hAnsi="☞DIODRUM ARABIC MEDIUM" w:cs="☞DIODRUM ARABIC MEDIUM"/>
          <w:sz w:val="21"/>
          <w:szCs w:val="21"/>
          <w:rtl/>
        </w:rPr>
      </w:pPr>
      <w:r w:rsidRPr="00BC2961">
        <w:rPr>
          <w:rFonts w:ascii="☞DIODRUM ARABIC MEDIUM" w:hAnsi="☞DIODRUM ARABIC MEDIUM" w:cs="☞DIODRUM ARABIC MEDIUM" w:hint="cs"/>
          <w:sz w:val="21"/>
          <w:szCs w:val="21"/>
          <w:rtl/>
        </w:rPr>
        <w:t>صدر</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نظام</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حقوق</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كبار</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السن</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ورعايتهم</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بموجب</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المرسوم</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الملكي</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رقم</w:t>
      </w:r>
      <w:r w:rsidRPr="00BC2961">
        <w:rPr>
          <w:rFonts w:ascii="☞DIODRUM ARABIC MEDIUM" w:hAnsi="☞DIODRUM ARABIC MEDIUM" w:cs="☞DIODRUM ARABIC MEDIUM" w:hint="cs"/>
          <w:sz w:val="21"/>
          <w:szCs w:val="21"/>
        </w:rPr>
        <w:t xml:space="preserve"> (47/</w:t>
      </w:r>
      <w:r w:rsidRPr="00BC2961">
        <w:rPr>
          <w:rFonts w:ascii="☞DIODRUM ARABIC MEDIUM" w:hAnsi="☞DIODRUM ARABIC MEDIUM" w:cs="☞DIODRUM ARABIC MEDIUM" w:hint="cs"/>
          <w:sz w:val="21"/>
          <w:szCs w:val="21"/>
          <w:rtl/>
        </w:rPr>
        <w:t>م</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بتاريخ</w:t>
      </w:r>
      <w:r w:rsidRPr="00BC2961">
        <w:rPr>
          <w:rFonts w:ascii="☞DIODRUM ARABIC MEDIUM" w:hAnsi="☞DIODRUM ARABIC MEDIUM" w:cs="☞DIODRUM ARABIC MEDIUM" w:hint="cs"/>
          <w:sz w:val="21"/>
          <w:szCs w:val="21"/>
        </w:rPr>
        <w:t xml:space="preserve"> 03/06/1443</w:t>
      </w:r>
      <w:proofErr w:type="spellStart"/>
      <w:r w:rsidRPr="00BC2961">
        <w:rPr>
          <w:rFonts w:ascii="☞DIODRUM ARABIC MEDIUM" w:hAnsi="☞DIODRUM ARABIC MEDIUM" w:cs="☞DIODRUM ARABIC MEDIUM" w:hint="cs"/>
          <w:sz w:val="21"/>
          <w:szCs w:val="21"/>
          <w:rtl/>
        </w:rPr>
        <w:t>هـحيث</w:t>
      </w:r>
      <w:proofErr w:type="spellEnd"/>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نصت</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المادة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الثانية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عشرة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على</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أن</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تمنح</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الوزارة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كبير</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السن</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بطاقة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امتياز</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تُمكّنه</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من</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الاستفادة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من</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الخدمات</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العامة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الأساسية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المقدمة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من</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الجهات</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الحكومية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والخاصة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والأهلية،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بما</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يلبي</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احتياجاته</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اليومية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كما</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تُلزم</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الجهات</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بمراعاة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كبير</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السن</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في</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جميع</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الإجراءات</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المتخذة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بشأنه،</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وتسريع</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إنجاز</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معاملاته،</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مع</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مراعاة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احتياجاته</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الخاصة</w:t>
      </w:r>
      <w:r w:rsidR="0037740C" w:rsidRPr="00BC2961">
        <w:rPr>
          <w:rFonts w:ascii="☞DIODRUM ARABIC MEDIUM" w:hAnsi="☞DIODRUM ARABIC MEDIUM" w:cs="☞DIODRUM ARABIC MEDIUM" w:hint="cs"/>
          <w:sz w:val="21"/>
          <w:szCs w:val="21"/>
          <w:rtl/>
        </w:rPr>
        <w:t>."</w:t>
      </w:r>
    </w:p>
    <w:p w14:paraId="7BB2F353" w14:textId="77777777" w:rsidR="00BC2961" w:rsidRDefault="00BC2961" w:rsidP="00BC2961">
      <w:pPr>
        <w:bidi/>
        <w:rPr>
          <w:rFonts w:ascii="☞DIODRUM ARABIC MEDIUM" w:hAnsi="☞DIODRUM ARABIC MEDIUM" w:cs="☞DIODRUM ARABIC MEDIUM"/>
          <w:sz w:val="21"/>
          <w:szCs w:val="21"/>
          <w:rtl/>
        </w:rPr>
      </w:pPr>
    </w:p>
    <w:p w14:paraId="4395332B" w14:textId="77777777" w:rsidR="00BC2961" w:rsidRDefault="00BC2961" w:rsidP="00BC2961">
      <w:pPr>
        <w:bidi/>
        <w:rPr>
          <w:rFonts w:ascii="☞DIODRUM ARABIC MEDIUM" w:hAnsi="☞DIODRUM ARABIC MEDIUM" w:cs="☞DIODRUM ARABIC MEDIUM"/>
          <w:sz w:val="21"/>
          <w:szCs w:val="21"/>
          <w:rtl/>
        </w:rPr>
      </w:pPr>
    </w:p>
    <w:p w14:paraId="11D82D00" w14:textId="77777777" w:rsidR="00BC2961" w:rsidRPr="00BC2961" w:rsidRDefault="00BC2961" w:rsidP="00BC2961">
      <w:pPr>
        <w:bidi/>
        <w:rPr>
          <w:rFonts w:ascii="☞DIODRUM ARABIC MEDIUM" w:hAnsi="☞DIODRUM ARABIC MEDIUM" w:cs="☞DIODRUM ARABIC MEDIUM"/>
          <w:sz w:val="21"/>
          <w:szCs w:val="21"/>
          <w:rtl/>
        </w:rPr>
      </w:pPr>
    </w:p>
    <w:p w14:paraId="67B0896D" w14:textId="77777777" w:rsidR="0037740C" w:rsidRDefault="0037740C" w:rsidP="0037740C">
      <w:pPr>
        <w:bidi/>
      </w:pPr>
    </w:p>
    <w:p w14:paraId="2FB5D4F4" w14:textId="5240EC22" w:rsidR="00D04C7D" w:rsidRPr="00BC2961" w:rsidRDefault="00D6184D" w:rsidP="00BC2961">
      <w:pPr>
        <w:pStyle w:val="Heading4"/>
        <w:bidi/>
        <w:rPr>
          <w:rFonts w:ascii="☞DIODRUM ARABIC SEMIBOLD" w:hAnsi="☞DIODRUM ARABIC SEMIBOLD" w:cs="☞DIODRUM ARABIC SEMIBOLD"/>
          <w:i w:val="0"/>
          <w:iCs w:val="0"/>
          <w:color w:val="auto"/>
        </w:rPr>
      </w:pPr>
      <w:r w:rsidRPr="00BC2961">
        <w:rPr>
          <w:rFonts w:ascii="☞DIODRUM ARABIC SEMIBOLD" w:hAnsi="☞DIODRUM ARABIC SEMIBOLD" w:cs="☞DIODRUM ARABIC SEMIBOLD" w:hint="cs"/>
          <w:i w:val="0"/>
          <w:iCs w:val="0"/>
          <w:color w:val="auto"/>
          <w:rtl/>
        </w:rPr>
        <w:lastRenderedPageBreak/>
        <w:t>مستشفى</w:t>
      </w:r>
      <w:r w:rsidRPr="00BC2961">
        <w:rPr>
          <w:rFonts w:ascii="☞DIODRUM ARABIC SEMIBOLD" w:hAnsi="☞DIODRUM ARABIC SEMIBOLD" w:cs="☞DIODRUM ARABIC SEMIBOLD" w:hint="cs"/>
          <w:i w:val="0"/>
          <w:iCs w:val="0"/>
          <w:color w:val="auto"/>
        </w:rPr>
        <w:t xml:space="preserve"> </w:t>
      </w:r>
      <w:r w:rsidRPr="00BC2961">
        <w:rPr>
          <w:rFonts w:ascii="☞DIODRUM ARABIC SEMIBOLD" w:hAnsi="☞DIODRUM ARABIC SEMIBOLD" w:cs="☞DIODRUM ARABIC SEMIBOLD" w:hint="cs"/>
          <w:i w:val="0"/>
          <w:iCs w:val="0"/>
          <w:color w:val="auto"/>
          <w:rtl/>
        </w:rPr>
        <w:t>صحة</w:t>
      </w:r>
      <w:r w:rsidRPr="00BC2961">
        <w:rPr>
          <w:rFonts w:ascii="☞DIODRUM ARABIC SEMIBOLD" w:hAnsi="☞DIODRUM ARABIC SEMIBOLD" w:cs="☞DIODRUM ARABIC SEMIBOLD" w:hint="cs"/>
          <w:i w:val="0"/>
          <w:iCs w:val="0"/>
          <w:color w:val="auto"/>
        </w:rPr>
        <w:t xml:space="preserve"> </w:t>
      </w:r>
      <w:r w:rsidRPr="00BC2961">
        <w:rPr>
          <w:rFonts w:ascii="☞DIODRUM ARABIC SEMIBOLD" w:hAnsi="☞DIODRUM ARABIC SEMIBOLD" w:cs="☞DIODRUM ARABIC SEMIBOLD" w:hint="cs"/>
          <w:i w:val="0"/>
          <w:iCs w:val="0"/>
          <w:color w:val="auto"/>
          <w:rtl/>
        </w:rPr>
        <w:t>الافتراضي</w:t>
      </w:r>
      <w:r w:rsidR="0037740C" w:rsidRPr="00BC2961">
        <w:rPr>
          <w:rFonts w:ascii="☞DIODRUM ARABIC SEMIBOLD" w:hAnsi="☞DIODRUM ARABIC SEMIBOLD" w:cs="☞DIODRUM ARABIC SEMIBOLD" w:hint="cs"/>
          <w:i w:val="0"/>
          <w:iCs w:val="0"/>
          <w:color w:val="auto"/>
          <w:rtl/>
        </w:rPr>
        <w:t xml:space="preserve"> - خدمة</w:t>
      </w:r>
      <w:r w:rsidR="0037740C" w:rsidRPr="00BC2961">
        <w:rPr>
          <w:rFonts w:ascii="☞DIODRUM ARABIC SEMIBOLD" w:hAnsi="☞DIODRUM ARABIC SEMIBOLD" w:cs="☞DIODRUM ARABIC SEMIBOLD" w:hint="cs"/>
          <w:i w:val="0"/>
          <w:iCs w:val="0"/>
          <w:color w:val="auto"/>
        </w:rPr>
        <w:t xml:space="preserve"> </w:t>
      </w:r>
      <w:r w:rsidR="0037740C" w:rsidRPr="00BC2961">
        <w:rPr>
          <w:rFonts w:ascii="☞DIODRUM ARABIC SEMIBOLD" w:hAnsi="☞DIODRUM ARABIC SEMIBOLD" w:cs="☞DIODRUM ARABIC SEMIBOLD" w:hint="cs"/>
          <w:i w:val="0"/>
          <w:iCs w:val="0"/>
          <w:color w:val="auto"/>
          <w:rtl/>
        </w:rPr>
        <w:t>حجز</w:t>
      </w:r>
      <w:r w:rsidR="0037740C" w:rsidRPr="00BC2961">
        <w:rPr>
          <w:rFonts w:ascii="☞DIODRUM ARABIC SEMIBOLD" w:hAnsi="☞DIODRUM ARABIC SEMIBOLD" w:cs="☞DIODRUM ARABIC SEMIBOLD" w:hint="cs"/>
          <w:i w:val="0"/>
          <w:iCs w:val="0"/>
          <w:color w:val="auto"/>
        </w:rPr>
        <w:t xml:space="preserve"> </w:t>
      </w:r>
      <w:r w:rsidR="0037740C" w:rsidRPr="00BC2961">
        <w:rPr>
          <w:rFonts w:ascii="☞DIODRUM ARABIC SEMIBOLD" w:hAnsi="☞DIODRUM ARABIC SEMIBOLD" w:cs="☞DIODRUM ARABIC SEMIBOLD" w:hint="cs"/>
          <w:i w:val="0"/>
          <w:iCs w:val="0"/>
          <w:color w:val="auto"/>
          <w:rtl/>
        </w:rPr>
        <w:t>المواعيد</w:t>
      </w:r>
      <w:r w:rsidR="0037740C" w:rsidRPr="00BC2961">
        <w:rPr>
          <w:rFonts w:ascii="☞DIODRUM ARABIC SEMIBOLD" w:hAnsi="☞DIODRUM ARABIC SEMIBOLD" w:cs="☞DIODRUM ARABIC SEMIBOLD" w:hint="cs"/>
          <w:i w:val="0"/>
          <w:iCs w:val="0"/>
          <w:color w:val="auto"/>
        </w:rPr>
        <w:t xml:space="preserve"> </w:t>
      </w:r>
      <w:r w:rsidR="0037740C" w:rsidRPr="00BC2961">
        <w:rPr>
          <w:rFonts w:ascii="☞DIODRUM ARABIC SEMIBOLD" w:hAnsi="☞DIODRUM ARABIC SEMIBOLD" w:cs="☞DIODRUM ARABIC SEMIBOLD" w:hint="cs"/>
          <w:i w:val="0"/>
          <w:iCs w:val="0"/>
          <w:color w:val="auto"/>
          <w:rtl/>
        </w:rPr>
        <w:t>الافتراضية:</w:t>
      </w:r>
    </w:p>
    <w:p w14:paraId="6DB76962" w14:textId="5A6463D5" w:rsidR="00D04C7D" w:rsidRPr="00BC2961" w:rsidRDefault="00D6184D" w:rsidP="00BC2961">
      <w:pPr>
        <w:bidi/>
        <w:rPr>
          <w:rFonts w:ascii="☞DIODRUM ARABIC MEDIUM" w:hAnsi="☞DIODRUM ARABIC MEDIUM" w:cs="☞DIODRUM ARABIC MEDIUM"/>
          <w:sz w:val="21"/>
          <w:szCs w:val="21"/>
        </w:rPr>
      </w:pPr>
      <w:r w:rsidRPr="00BC2961">
        <w:rPr>
          <w:rFonts w:ascii="☞DIODRUM ARABIC MEDIUM" w:hAnsi="☞DIODRUM ARABIC MEDIUM" w:cs="☞DIODRUM ARABIC MEDIUM" w:hint="cs"/>
          <w:color w:val="000000"/>
          <w:sz w:val="21"/>
          <w:szCs w:val="21"/>
          <w:rtl/>
        </w:rPr>
        <w:t>يوفّر</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مستشفى</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صحة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الافتراضي</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خدمة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حجز</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المواعيد</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الافتراضية،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التي</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تتيح</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للأفراد،</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بمن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فيهم</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كبار</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السن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والأشخاص</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ذوي</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الإعاقة،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الوصول</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إلى</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الاستشارات</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الطبية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بسهولة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ومن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منازلهم</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دون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الحاجة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إلى</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زيارة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المرافق</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الصحية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يتمكن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المستخدمون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من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حجز</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المواعيد</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عبر</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تطبيق</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صحتي،</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مما</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يسهم</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في</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تحسين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تجربة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المرضى،</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وتوفير</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الوقت</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والجهد،</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وضمان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حصول</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الجميع</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على</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الرعاية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الصحية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اللازمة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بطريقة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أكثر</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مرونة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وكفاءة</w:t>
      </w:r>
      <w:r w:rsidR="006D754E" w:rsidRPr="00BC2961">
        <w:rPr>
          <w:rFonts w:ascii="☞DIODRUM ARABIC MEDIUM" w:hAnsi="☞DIODRUM ARABIC MEDIUM" w:cs="☞DIODRUM ARABIC MEDIUM" w:hint="cs"/>
          <w:color w:val="000000"/>
          <w:sz w:val="21"/>
          <w:szCs w:val="21"/>
          <w:rtl/>
        </w:rPr>
        <w:t>.</w:t>
      </w:r>
    </w:p>
    <w:p w14:paraId="717BFA08" w14:textId="2CA8B2B1" w:rsidR="00D04C7D" w:rsidRDefault="00D04C7D"/>
    <w:p w14:paraId="435E2B62" w14:textId="1F281983" w:rsidR="00D04C7D" w:rsidRPr="006D754E" w:rsidRDefault="00D6184D">
      <w:pPr>
        <w:pStyle w:val="Heading4"/>
        <w:bidi/>
        <w:rPr>
          <w:rFonts w:ascii="☞DIODRUM ARABIC MEDIUM" w:hAnsi="☞DIODRUM ARABIC MEDIUM" w:cs="☞DIODRUM ARABIC MEDIUM"/>
          <w:b w:val="0"/>
          <w:bCs w:val="0"/>
          <w:i w:val="0"/>
          <w:iCs w:val="0"/>
          <w:color w:val="auto"/>
          <w:sz w:val="24"/>
          <w:szCs w:val="24"/>
        </w:rPr>
      </w:pPr>
      <w:r w:rsidRPr="006D754E">
        <w:rPr>
          <w:rFonts w:ascii="☞DIODRUM ARABIC MEDIUM" w:hAnsi="☞DIODRUM ARABIC MEDIUM" w:cs="☞DIODRUM ARABIC MEDIUM" w:hint="cs"/>
          <w:b w:val="0"/>
          <w:bCs w:val="0"/>
          <w:i w:val="0"/>
          <w:iCs w:val="0"/>
          <w:color w:val="auto"/>
          <w:sz w:val="24"/>
          <w:szCs w:val="24"/>
          <w:rtl/>
        </w:rPr>
        <w:t>الشؤون</w:t>
      </w:r>
      <w:r w:rsidRPr="006D754E">
        <w:rPr>
          <w:rFonts w:ascii="☞DIODRUM ARABIC MEDIUM" w:hAnsi="☞DIODRUM ARABIC MEDIUM" w:cs="☞DIODRUM ARABIC MEDIUM" w:hint="cs"/>
          <w:b w:val="0"/>
          <w:bCs w:val="0"/>
          <w:i w:val="0"/>
          <w:iCs w:val="0"/>
          <w:color w:val="auto"/>
          <w:sz w:val="24"/>
          <w:szCs w:val="24"/>
        </w:rPr>
        <w:t xml:space="preserve"> </w:t>
      </w:r>
      <w:r w:rsidRPr="006D754E">
        <w:rPr>
          <w:rFonts w:ascii="☞DIODRUM ARABIC MEDIUM" w:hAnsi="☞DIODRUM ARABIC MEDIUM" w:cs="☞DIODRUM ARABIC MEDIUM" w:hint="cs"/>
          <w:b w:val="0"/>
          <w:bCs w:val="0"/>
          <w:i w:val="0"/>
          <w:iCs w:val="0"/>
          <w:color w:val="auto"/>
          <w:sz w:val="24"/>
          <w:szCs w:val="24"/>
          <w:rtl/>
        </w:rPr>
        <w:t>الصحية</w:t>
      </w:r>
      <w:r w:rsidRPr="006D754E">
        <w:rPr>
          <w:rFonts w:ascii="☞DIODRUM ARABIC MEDIUM" w:hAnsi="☞DIODRUM ARABIC MEDIUM" w:cs="☞DIODRUM ARABIC MEDIUM" w:hint="cs"/>
          <w:b w:val="0"/>
          <w:bCs w:val="0"/>
          <w:i w:val="0"/>
          <w:iCs w:val="0"/>
          <w:color w:val="auto"/>
          <w:sz w:val="24"/>
          <w:szCs w:val="24"/>
        </w:rPr>
        <w:t xml:space="preserve"> </w:t>
      </w:r>
      <w:r w:rsidRPr="006D754E">
        <w:rPr>
          <w:rFonts w:ascii="☞DIODRUM ARABIC MEDIUM" w:hAnsi="☞DIODRUM ARABIC MEDIUM" w:cs="☞DIODRUM ARABIC MEDIUM" w:hint="cs"/>
          <w:b w:val="0"/>
          <w:bCs w:val="0"/>
          <w:i w:val="0"/>
          <w:iCs w:val="0"/>
          <w:color w:val="auto"/>
          <w:sz w:val="24"/>
          <w:szCs w:val="24"/>
          <w:rtl/>
        </w:rPr>
        <w:t>بوزارة</w:t>
      </w:r>
      <w:r w:rsidRPr="006D754E">
        <w:rPr>
          <w:rFonts w:ascii="☞DIODRUM ARABIC MEDIUM" w:hAnsi="☞DIODRUM ARABIC MEDIUM" w:cs="☞DIODRUM ARABIC MEDIUM" w:hint="cs"/>
          <w:b w:val="0"/>
          <w:bCs w:val="0"/>
          <w:i w:val="0"/>
          <w:iCs w:val="0"/>
          <w:color w:val="auto"/>
          <w:sz w:val="24"/>
          <w:szCs w:val="24"/>
        </w:rPr>
        <w:t xml:space="preserve"> </w:t>
      </w:r>
      <w:r w:rsidRPr="006D754E">
        <w:rPr>
          <w:rFonts w:ascii="☞DIODRUM ARABIC MEDIUM" w:hAnsi="☞DIODRUM ARABIC MEDIUM" w:cs="☞DIODRUM ARABIC MEDIUM" w:hint="cs"/>
          <w:b w:val="0"/>
          <w:bCs w:val="0"/>
          <w:i w:val="0"/>
          <w:iCs w:val="0"/>
          <w:color w:val="auto"/>
          <w:sz w:val="24"/>
          <w:szCs w:val="24"/>
          <w:rtl/>
        </w:rPr>
        <w:t>الحرس</w:t>
      </w:r>
      <w:r w:rsidRPr="006D754E">
        <w:rPr>
          <w:rFonts w:ascii="☞DIODRUM ARABIC MEDIUM" w:hAnsi="☞DIODRUM ARABIC MEDIUM" w:cs="☞DIODRUM ARABIC MEDIUM" w:hint="cs"/>
          <w:b w:val="0"/>
          <w:bCs w:val="0"/>
          <w:i w:val="0"/>
          <w:iCs w:val="0"/>
          <w:color w:val="auto"/>
          <w:sz w:val="24"/>
          <w:szCs w:val="24"/>
        </w:rPr>
        <w:t xml:space="preserve"> </w:t>
      </w:r>
      <w:r w:rsidRPr="006D754E">
        <w:rPr>
          <w:rFonts w:ascii="☞DIODRUM ARABIC MEDIUM" w:hAnsi="☞DIODRUM ARABIC MEDIUM" w:cs="☞DIODRUM ARABIC MEDIUM" w:hint="cs"/>
          <w:b w:val="0"/>
          <w:bCs w:val="0"/>
          <w:i w:val="0"/>
          <w:iCs w:val="0"/>
          <w:color w:val="auto"/>
          <w:sz w:val="24"/>
          <w:szCs w:val="24"/>
          <w:rtl/>
        </w:rPr>
        <w:t>الوطني</w:t>
      </w:r>
      <w:r w:rsidR="006D754E" w:rsidRPr="006D754E">
        <w:rPr>
          <w:rFonts w:ascii="☞DIODRUM ARABIC MEDIUM" w:hAnsi="☞DIODRUM ARABIC MEDIUM" w:cs="☞DIODRUM ARABIC MEDIUM" w:hint="cs"/>
          <w:b w:val="0"/>
          <w:bCs w:val="0"/>
          <w:i w:val="0"/>
          <w:iCs w:val="0"/>
          <w:color w:val="auto"/>
          <w:sz w:val="24"/>
          <w:szCs w:val="24"/>
          <w:rtl/>
        </w:rPr>
        <w:t xml:space="preserve"> - </w:t>
      </w:r>
      <w:r w:rsidR="006D754E">
        <w:rPr>
          <w:rFonts w:ascii="☞DIODRUM ARABIC MEDIUM" w:hAnsi="☞DIODRUM ARABIC MEDIUM" w:cs="☞DIODRUM ARABIC MEDIUM" w:hint="cs"/>
          <w:b w:val="0"/>
          <w:bCs w:val="0"/>
          <w:i w:val="0"/>
          <w:iCs w:val="0"/>
          <w:color w:val="auto"/>
          <w:sz w:val="24"/>
          <w:szCs w:val="24"/>
          <w:rtl/>
        </w:rPr>
        <w:t xml:space="preserve"> تطبيق بينهم</w:t>
      </w:r>
    </w:p>
    <w:p w14:paraId="0EB33A47" w14:textId="7F61C609" w:rsidR="00D04C7D" w:rsidRPr="00BC2961" w:rsidRDefault="00D6184D" w:rsidP="00BC2961">
      <w:pPr>
        <w:bidi/>
        <w:rPr>
          <w:rFonts w:ascii="☞DIODRUM ARABIC MEDIUM" w:hAnsi="☞DIODRUM ARABIC MEDIUM" w:cs="☞DIODRUM ARABIC MEDIUM"/>
          <w:sz w:val="21"/>
          <w:szCs w:val="21"/>
        </w:rPr>
      </w:pPr>
      <w:r w:rsidRPr="00BC2961">
        <w:rPr>
          <w:rFonts w:ascii="☞DIODRUM ARABIC MEDIUM" w:hAnsi="☞DIODRUM ARABIC MEDIUM" w:cs="☞DIODRUM ARABIC MEDIUM" w:hint="cs"/>
          <w:color w:val="000000"/>
          <w:sz w:val="21"/>
          <w:szCs w:val="21"/>
          <w:rtl/>
        </w:rPr>
        <w:t>يوفر</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تطبيق</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بينهم</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بيئة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تفاعلية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تتيح</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للمرضى</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مشاركة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مكالمات</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فيديو</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مع</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عائلاتهم</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لتعزيز</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التواصل</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والدعم</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النفسي</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كما</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يمكّنهم</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من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تقييم</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تجربتهم</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الصحية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والمشاركة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بآرائهم</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لتحسين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جودة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الرعاية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يستهدف</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التطبيق</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المرضى</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المنومين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والمقيمين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في</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المستشفى</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وأفراد</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عائلاتهم،</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مما</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يسهم</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في</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تحسين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تجربة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المرضى</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وتقليل</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الإحساس</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بالعزلة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وقد</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أظهر</w:t>
      </w:r>
      <w:r w:rsidRPr="00BC2961">
        <w:rPr>
          <w:rFonts w:ascii="☞DIODRUM ARABIC MEDIUM" w:hAnsi="☞DIODRUM ARABIC MEDIUM" w:cs="☞DIODRUM ARABIC MEDIUM" w:hint="cs"/>
          <w:color w:val="000000"/>
          <w:sz w:val="21"/>
          <w:szCs w:val="21"/>
        </w:rPr>
        <w:t xml:space="preserve"> 94% </w:t>
      </w:r>
      <w:r w:rsidRPr="00BC2961">
        <w:rPr>
          <w:rFonts w:ascii="☞DIODRUM ARABIC MEDIUM" w:hAnsi="☞DIODRUM ARABIC MEDIUM" w:cs="☞DIODRUM ARABIC MEDIUM" w:hint="cs"/>
          <w:color w:val="000000"/>
          <w:sz w:val="21"/>
          <w:szCs w:val="21"/>
          <w:rtl/>
        </w:rPr>
        <w:t>من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المرضى</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شعوراً</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أكبر</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بالراحة،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وساهم</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التطبيق</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في</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تقليل</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التنقل</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والقلق</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لدى</w:t>
      </w:r>
      <w:r w:rsidRPr="00BC2961">
        <w:rPr>
          <w:rFonts w:ascii="☞DIODRUM ARABIC MEDIUM" w:hAnsi="☞DIODRUM ARABIC MEDIUM" w:cs="☞DIODRUM ARABIC MEDIUM" w:hint="cs"/>
          <w:color w:val="000000"/>
          <w:sz w:val="21"/>
          <w:szCs w:val="21"/>
        </w:rPr>
        <w:t xml:space="preserve"> 37% </w:t>
      </w:r>
      <w:r w:rsidRPr="00BC2961">
        <w:rPr>
          <w:rFonts w:ascii="☞DIODRUM ARABIC MEDIUM" w:hAnsi="☞DIODRUM ARABIC MEDIUM" w:cs="☞DIODRUM ARABIC MEDIUM" w:hint="cs"/>
          <w:color w:val="000000"/>
          <w:sz w:val="21"/>
          <w:szCs w:val="21"/>
          <w:rtl/>
        </w:rPr>
        <w:t>من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المرضى</w:t>
      </w:r>
      <w:r w:rsidR="006D754E" w:rsidRPr="00BC2961">
        <w:rPr>
          <w:rFonts w:ascii="☞DIODRUM ARABIC MEDIUM" w:hAnsi="☞DIODRUM ARABIC MEDIUM" w:cs="☞DIODRUM ARABIC MEDIUM" w:hint="cs"/>
          <w:color w:val="000000"/>
          <w:sz w:val="21"/>
          <w:szCs w:val="21"/>
          <w:rtl/>
        </w:rPr>
        <w:t>.</w:t>
      </w:r>
    </w:p>
    <w:p w14:paraId="0CCF69F2" w14:textId="64F74659" w:rsidR="00D04C7D" w:rsidRDefault="00D04C7D">
      <w:pPr>
        <w:jc w:val="center"/>
      </w:pPr>
    </w:p>
    <w:p w14:paraId="495ADE11" w14:textId="4E290C5A" w:rsidR="00D04C7D" w:rsidRPr="006D754E" w:rsidRDefault="00D6184D">
      <w:pPr>
        <w:pStyle w:val="Heading4"/>
        <w:bidi/>
        <w:rPr>
          <w:rFonts w:ascii="☞DIODRUM ARABIC MEDIUM" w:hAnsi="☞DIODRUM ARABIC MEDIUM" w:cs="☞DIODRUM ARABIC MEDIUM"/>
          <w:b w:val="0"/>
          <w:bCs w:val="0"/>
          <w:i w:val="0"/>
          <w:iCs w:val="0"/>
          <w:color w:val="auto"/>
          <w:sz w:val="24"/>
          <w:szCs w:val="24"/>
        </w:rPr>
      </w:pPr>
      <w:r w:rsidRPr="006D754E">
        <w:rPr>
          <w:rFonts w:ascii="☞DIODRUM ARABIC MEDIUM" w:hAnsi="☞DIODRUM ARABIC MEDIUM" w:cs="☞DIODRUM ARABIC MEDIUM" w:hint="cs"/>
          <w:b w:val="0"/>
          <w:bCs w:val="0"/>
          <w:i w:val="0"/>
          <w:iCs w:val="0"/>
          <w:color w:val="auto"/>
          <w:sz w:val="24"/>
          <w:szCs w:val="24"/>
          <w:rtl/>
        </w:rPr>
        <w:t>مستشفى</w:t>
      </w:r>
      <w:r w:rsidRPr="006D754E">
        <w:rPr>
          <w:rFonts w:ascii="☞DIODRUM ARABIC MEDIUM" w:hAnsi="☞DIODRUM ARABIC MEDIUM" w:cs="☞DIODRUM ARABIC MEDIUM" w:hint="cs"/>
          <w:b w:val="0"/>
          <w:bCs w:val="0"/>
          <w:i w:val="0"/>
          <w:iCs w:val="0"/>
          <w:color w:val="auto"/>
          <w:sz w:val="24"/>
          <w:szCs w:val="24"/>
        </w:rPr>
        <w:t xml:space="preserve"> </w:t>
      </w:r>
      <w:r w:rsidRPr="006D754E">
        <w:rPr>
          <w:rFonts w:ascii="☞DIODRUM ARABIC MEDIUM" w:hAnsi="☞DIODRUM ARABIC MEDIUM" w:cs="☞DIODRUM ARABIC MEDIUM" w:hint="cs"/>
          <w:b w:val="0"/>
          <w:bCs w:val="0"/>
          <w:i w:val="0"/>
          <w:iCs w:val="0"/>
          <w:color w:val="auto"/>
          <w:sz w:val="24"/>
          <w:szCs w:val="24"/>
          <w:rtl/>
        </w:rPr>
        <w:t>الملك</w:t>
      </w:r>
      <w:r w:rsidRPr="006D754E">
        <w:rPr>
          <w:rFonts w:ascii="☞DIODRUM ARABIC MEDIUM" w:hAnsi="☞DIODRUM ARABIC MEDIUM" w:cs="☞DIODRUM ARABIC MEDIUM" w:hint="cs"/>
          <w:b w:val="0"/>
          <w:bCs w:val="0"/>
          <w:i w:val="0"/>
          <w:iCs w:val="0"/>
          <w:color w:val="auto"/>
          <w:sz w:val="24"/>
          <w:szCs w:val="24"/>
        </w:rPr>
        <w:t xml:space="preserve"> </w:t>
      </w:r>
      <w:r w:rsidRPr="006D754E">
        <w:rPr>
          <w:rFonts w:ascii="☞DIODRUM ARABIC MEDIUM" w:hAnsi="☞DIODRUM ARABIC MEDIUM" w:cs="☞DIODRUM ARABIC MEDIUM" w:hint="cs"/>
          <w:b w:val="0"/>
          <w:bCs w:val="0"/>
          <w:i w:val="0"/>
          <w:iCs w:val="0"/>
          <w:color w:val="auto"/>
          <w:sz w:val="24"/>
          <w:szCs w:val="24"/>
          <w:rtl/>
        </w:rPr>
        <w:t>خالد</w:t>
      </w:r>
      <w:r w:rsidRPr="006D754E">
        <w:rPr>
          <w:rFonts w:ascii="☞DIODRUM ARABIC MEDIUM" w:hAnsi="☞DIODRUM ARABIC MEDIUM" w:cs="☞DIODRUM ARABIC MEDIUM" w:hint="cs"/>
          <w:b w:val="0"/>
          <w:bCs w:val="0"/>
          <w:i w:val="0"/>
          <w:iCs w:val="0"/>
          <w:color w:val="auto"/>
          <w:sz w:val="24"/>
          <w:szCs w:val="24"/>
        </w:rPr>
        <w:t xml:space="preserve"> </w:t>
      </w:r>
      <w:r w:rsidRPr="006D754E">
        <w:rPr>
          <w:rFonts w:ascii="☞DIODRUM ARABIC MEDIUM" w:hAnsi="☞DIODRUM ARABIC MEDIUM" w:cs="☞DIODRUM ARABIC MEDIUM" w:hint="cs"/>
          <w:b w:val="0"/>
          <w:bCs w:val="0"/>
          <w:i w:val="0"/>
          <w:iCs w:val="0"/>
          <w:color w:val="auto"/>
          <w:sz w:val="24"/>
          <w:szCs w:val="24"/>
          <w:rtl/>
        </w:rPr>
        <w:t>التخصصي</w:t>
      </w:r>
      <w:r w:rsidRPr="006D754E">
        <w:rPr>
          <w:rFonts w:ascii="☞DIODRUM ARABIC MEDIUM" w:hAnsi="☞DIODRUM ARABIC MEDIUM" w:cs="☞DIODRUM ARABIC MEDIUM" w:hint="cs"/>
          <w:b w:val="0"/>
          <w:bCs w:val="0"/>
          <w:i w:val="0"/>
          <w:iCs w:val="0"/>
          <w:color w:val="auto"/>
          <w:sz w:val="24"/>
          <w:szCs w:val="24"/>
        </w:rPr>
        <w:t xml:space="preserve"> </w:t>
      </w:r>
      <w:r w:rsidRPr="006D754E">
        <w:rPr>
          <w:rFonts w:ascii="☞DIODRUM ARABIC MEDIUM" w:hAnsi="☞DIODRUM ARABIC MEDIUM" w:cs="☞DIODRUM ARABIC MEDIUM" w:hint="cs"/>
          <w:b w:val="0"/>
          <w:bCs w:val="0"/>
          <w:i w:val="0"/>
          <w:iCs w:val="0"/>
          <w:color w:val="auto"/>
          <w:sz w:val="24"/>
          <w:szCs w:val="24"/>
          <w:rtl/>
        </w:rPr>
        <w:t>للعيون</w:t>
      </w:r>
      <w:r w:rsidR="006D754E">
        <w:rPr>
          <w:rFonts w:ascii="☞DIODRUM ARABIC MEDIUM" w:hAnsi="☞DIODRUM ARABIC MEDIUM" w:cs="☞DIODRUM ARABIC MEDIUM" w:hint="cs"/>
          <w:b w:val="0"/>
          <w:bCs w:val="0"/>
          <w:i w:val="0"/>
          <w:iCs w:val="0"/>
          <w:color w:val="auto"/>
          <w:sz w:val="24"/>
          <w:szCs w:val="24"/>
          <w:rtl/>
        </w:rPr>
        <w:t xml:space="preserve"> </w:t>
      </w:r>
      <w:r w:rsidRPr="006D754E">
        <w:rPr>
          <w:rFonts w:ascii="☞DIODRUM ARABIC MEDIUM" w:hAnsi="☞DIODRUM ARABIC MEDIUM" w:cs="☞DIODRUM ARABIC MEDIUM" w:hint="cs"/>
          <w:b w:val="0"/>
          <w:bCs w:val="0"/>
          <w:i w:val="0"/>
          <w:iCs w:val="0"/>
          <w:color w:val="auto"/>
          <w:sz w:val="24"/>
          <w:szCs w:val="24"/>
        </w:rPr>
        <w:t xml:space="preserve"> </w:t>
      </w:r>
      <w:r w:rsidR="006D754E">
        <w:rPr>
          <w:rFonts w:ascii="☞DIODRUM ARABIC MEDIUM" w:hAnsi="☞DIODRUM ARABIC MEDIUM" w:cs="☞DIODRUM ARABIC MEDIUM" w:hint="cs"/>
          <w:b w:val="0"/>
          <w:bCs w:val="0"/>
          <w:i w:val="0"/>
          <w:iCs w:val="0"/>
          <w:color w:val="auto"/>
          <w:sz w:val="24"/>
          <w:szCs w:val="24"/>
          <w:rtl/>
        </w:rPr>
        <w:t xml:space="preserve">- </w:t>
      </w:r>
      <w:r w:rsidRPr="006D754E">
        <w:rPr>
          <w:rFonts w:ascii="☞DIODRUM ARABIC MEDIUM" w:hAnsi="☞DIODRUM ARABIC MEDIUM" w:cs="☞DIODRUM ARABIC MEDIUM" w:hint="cs"/>
          <w:b w:val="0"/>
          <w:bCs w:val="0"/>
          <w:i w:val="0"/>
          <w:iCs w:val="0"/>
          <w:color w:val="auto"/>
          <w:sz w:val="24"/>
          <w:szCs w:val="24"/>
          <w:rtl/>
        </w:rPr>
        <w:t>مبادرة</w:t>
      </w:r>
      <w:r w:rsidRPr="006D754E">
        <w:rPr>
          <w:rFonts w:ascii="☞DIODRUM ARABIC MEDIUM" w:hAnsi="☞DIODRUM ARABIC MEDIUM" w:cs="☞DIODRUM ARABIC MEDIUM" w:hint="cs"/>
          <w:b w:val="0"/>
          <w:bCs w:val="0"/>
          <w:i w:val="0"/>
          <w:iCs w:val="0"/>
          <w:color w:val="auto"/>
          <w:sz w:val="24"/>
          <w:szCs w:val="24"/>
        </w:rPr>
        <w:t xml:space="preserve"> </w:t>
      </w:r>
      <w:r w:rsidRPr="006D754E">
        <w:rPr>
          <w:rFonts w:ascii="☞DIODRUM ARABIC MEDIUM" w:hAnsi="☞DIODRUM ARABIC MEDIUM" w:cs="☞DIODRUM ARABIC MEDIUM" w:hint="cs"/>
          <w:b w:val="0"/>
          <w:bCs w:val="0"/>
          <w:i w:val="0"/>
          <w:iCs w:val="0"/>
          <w:color w:val="auto"/>
          <w:sz w:val="24"/>
          <w:szCs w:val="24"/>
          <w:rtl/>
        </w:rPr>
        <w:t>أوصفها</w:t>
      </w:r>
      <w:r w:rsidR="006D754E">
        <w:rPr>
          <w:rFonts w:ascii="☞DIODRUM ARABIC MEDIUM" w:hAnsi="☞DIODRUM ARABIC MEDIUM" w:cs="☞DIODRUM ARABIC MEDIUM" w:hint="cs"/>
          <w:b w:val="0"/>
          <w:bCs w:val="0"/>
          <w:i w:val="0"/>
          <w:iCs w:val="0"/>
          <w:color w:val="auto"/>
          <w:sz w:val="24"/>
          <w:szCs w:val="24"/>
          <w:rtl/>
        </w:rPr>
        <w:t>:</w:t>
      </w:r>
    </w:p>
    <w:p w14:paraId="3E0603C6" w14:textId="7B762FFC" w:rsidR="00D04C7D" w:rsidRPr="00BC2961" w:rsidRDefault="00D6184D">
      <w:pPr>
        <w:bidi/>
        <w:rPr>
          <w:rFonts w:ascii="☞DIODRUM ARABIC MEDIUM" w:hAnsi="☞DIODRUM ARABIC MEDIUM" w:cs="☞DIODRUM ARABIC MEDIUM"/>
          <w:sz w:val="21"/>
          <w:szCs w:val="21"/>
          <w:rtl/>
        </w:rPr>
      </w:pPr>
      <w:r>
        <w:rPr>
          <w:rFonts w:ascii="DiodrumArabic-Medium" w:hAnsi="DiodrumArabic-Medium" w:cs="DiodrumArabic-Medium"/>
          <w:color w:val="000000"/>
          <w:sz w:val="21"/>
          <w:szCs w:val="21"/>
          <w:rtl/>
        </w:rPr>
        <w:t>أ</w:t>
      </w:r>
      <w:r w:rsidRPr="00BC2961">
        <w:rPr>
          <w:rFonts w:ascii="☞DIODRUM ARABIC MEDIUM" w:hAnsi="☞DIODRUM ARABIC MEDIUM" w:cs="☞DIODRUM ARABIC MEDIUM" w:hint="cs"/>
          <w:color w:val="000000"/>
          <w:sz w:val="21"/>
          <w:szCs w:val="21"/>
          <w:rtl/>
        </w:rPr>
        <w:t>طلق</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مستشفى</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الملك</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خالد</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التخصصي</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للعيون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مبادرة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أوصفها</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لتمكين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المكفوفين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وضعاف</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البصر</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من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الوصول</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إلى</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المحتوى</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التوعوي</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والمعلومات</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الصحية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بسهولة،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خاصة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خلال</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جائحة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كورونا</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تتيح</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المبادرة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للمستفيدين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وصفاً</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صوتياً</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دقيقاً</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للصور</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والمحتوى</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المرئي</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بمساعدة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متطوعين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متخصصين،</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مما</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يعزز</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إمكانية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الوصول</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الرقمي</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لذوي</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الإعاقة</w:t>
      </w:r>
      <w:r w:rsidRPr="00BC2961">
        <w:rPr>
          <w:rFonts w:ascii="☞DIODRUM ARABIC MEDIUM" w:hAnsi="☞DIODRUM ARABIC MEDIUM" w:cs="☞DIODRUM ARABIC MEDIUM" w:hint="cs"/>
          <w:color w:val="000000"/>
          <w:sz w:val="21"/>
          <w:szCs w:val="21"/>
        </w:rPr>
        <w:t xml:space="preserve"> </w:t>
      </w:r>
      <w:r w:rsidRPr="00BC2961">
        <w:rPr>
          <w:rFonts w:ascii="☞DIODRUM ARABIC MEDIUM" w:hAnsi="☞DIODRUM ARABIC MEDIUM" w:cs="☞DIODRUM ARABIC MEDIUM" w:hint="cs"/>
          <w:color w:val="000000"/>
          <w:sz w:val="21"/>
          <w:szCs w:val="21"/>
          <w:rtl/>
        </w:rPr>
        <w:t>البصرية</w:t>
      </w:r>
      <w:r w:rsidR="006D754E" w:rsidRPr="00BC2961">
        <w:rPr>
          <w:rFonts w:ascii="☞DIODRUM ARABIC MEDIUM" w:hAnsi="☞DIODRUM ARABIC MEDIUM" w:cs="☞DIODRUM ARABIC MEDIUM" w:hint="cs"/>
          <w:color w:val="000000"/>
          <w:sz w:val="21"/>
          <w:szCs w:val="21"/>
          <w:rtl/>
        </w:rPr>
        <w:t>.</w:t>
      </w:r>
    </w:p>
    <w:p w14:paraId="39E57F9B" w14:textId="77777777" w:rsidR="006D754E" w:rsidRDefault="006D754E" w:rsidP="006D754E">
      <w:pPr>
        <w:bidi/>
      </w:pPr>
    </w:p>
    <w:p w14:paraId="07CB955B" w14:textId="77777777" w:rsidR="00D04C7D" w:rsidRPr="006D754E" w:rsidRDefault="00D6184D" w:rsidP="006D754E">
      <w:pPr>
        <w:bidi/>
        <w:jc w:val="center"/>
        <w:rPr>
          <w:sz w:val="24"/>
          <w:szCs w:val="24"/>
        </w:rPr>
      </w:pPr>
      <w:r w:rsidRPr="006D754E">
        <w:rPr>
          <w:rFonts w:ascii="☞DIODRUM ARABIC SEMIBOLD" w:hAnsi="☞DIODRUM ARABIC SEMIBOLD" w:cs="☞DIODRUM ARABIC SEMIBOLD"/>
          <w:sz w:val="24"/>
          <w:szCs w:val="24"/>
          <w:rtl/>
        </w:rPr>
        <w:t>جهود</w:t>
      </w:r>
      <w:r w:rsidRPr="006D754E">
        <w:rPr>
          <w:rFonts w:ascii="☞DIODRUM ARABIC SEMIBOLD" w:hAnsi="☞DIODRUM ARABIC SEMIBOLD"/>
          <w:sz w:val="24"/>
          <w:szCs w:val="24"/>
        </w:rPr>
        <w:t xml:space="preserve"> </w:t>
      </w:r>
      <w:r w:rsidRPr="006D754E">
        <w:rPr>
          <w:rFonts w:ascii="☞DIODRUM ARABIC SEMIBOLD" w:hAnsi="☞DIODRUM ARABIC SEMIBOLD" w:cs="☞DIODRUM ARABIC SEMIBOLD"/>
          <w:sz w:val="24"/>
          <w:szCs w:val="24"/>
          <w:rtl/>
        </w:rPr>
        <w:t>وطنية</w:t>
      </w:r>
      <w:r w:rsidRPr="006D754E">
        <w:rPr>
          <w:rFonts w:ascii="☞DIODRUM ARABIC SEMIBOLD" w:hAnsi="☞DIODRUM ARABIC SEMIBOLD"/>
          <w:sz w:val="24"/>
          <w:szCs w:val="24"/>
        </w:rPr>
        <w:t xml:space="preserve"> </w:t>
      </w:r>
      <w:r w:rsidRPr="006D754E">
        <w:rPr>
          <w:rFonts w:ascii="☞DIODRUM ARABIC SEMIBOLD" w:hAnsi="☞DIODRUM ARABIC SEMIBOLD" w:cs="☞DIODRUM ARABIC SEMIBOLD"/>
          <w:sz w:val="24"/>
          <w:szCs w:val="24"/>
          <w:rtl/>
        </w:rPr>
        <w:t>رائدة</w:t>
      </w:r>
      <w:r w:rsidRPr="006D754E">
        <w:rPr>
          <w:rFonts w:ascii="☞DIODRUM ARABIC SEMIBOLD" w:hAnsi="☞DIODRUM ARABIC SEMIBOLD"/>
          <w:sz w:val="24"/>
          <w:szCs w:val="24"/>
        </w:rPr>
        <w:t xml:space="preserve"> </w:t>
      </w:r>
      <w:r w:rsidRPr="006D754E">
        <w:rPr>
          <w:rFonts w:ascii="☞DIODRUM ARABIC SEMIBOLD" w:hAnsi="☞DIODRUM ARABIC SEMIBOLD" w:cs="☞DIODRUM ARABIC SEMIBOLD"/>
          <w:sz w:val="24"/>
          <w:szCs w:val="24"/>
          <w:rtl/>
        </w:rPr>
        <w:t>أسهمت</w:t>
      </w:r>
      <w:r w:rsidRPr="006D754E">
        <w:rPr>
          <w:rFonts w:ascii="☞DIODRUM ARABIC SEMIBOLD" w:hAnsi="☞DIODRUM ARABIC SEMIBOLD"/>
          <w:sz w:val="24"/>
          <w:szCs w:val="24"/>
        </w:rPr>
        <w:t xml:space="preserve"> </w:t>
      </w:r>
      <w:r w:rsidRPr="006D754E">
        <w:rPr>
          <w:rFonts w:ascii="☞DIODRUM ARABIC SEMIBOLD" w:hAnsi="☞DIODRUM ARABIC SEMIBOLD" w:cs="☞DIODRUM ARABIC SEMIBOLD"/>
          <w:sz w:val="24"/>
          <w:szCs w:val="24"/>
          <w:rtl/>
        </w:rPr>
        <w:t>في</w:t>
      </w:r>
      <w:r w:rsidRPr="006D754E">
        <w:rPr>
          <w:rFonts w:ascii="☞DIODRUM ARABIC SEMIBOLD" w:hAnsi="☞DIODRUM ARABIC SEMIBOLD"/>
          <w:sz w:val="24"/>
          <w:szCs w:val="24"/>
        </w:rPr>
        <w:t xml:space="preserve"> </w:t>
      </w:r>
      <w:r w:rsidRPr="006D754E">
        <w:rPr>
          <w:rFonts w:ascii="☞DIODRUM ARABIC SEMIBOLD" w:hAnsi="☞DIODRUM ARABIC SEMIBOLD" w:cs="☞DIODRUM ARABIC SEMIBOLD"/>
          <w:sz w:val="24"/>
          <w:szCs w:val="24"/>
          <w:rtl/>
        </w:rPr>
        <w:t>تحقيق</w:t>
      </w:r>
      <w:r w:rsidRPr="006D754E">
        <w:rPr>
          <w:rFonts w:ascii="☞DIODRUM ARABIC SEMIBOLD" w:hAnsi="☞DIODRUM ARABIC SEMIBOLD"/>
          <w:sz w:val="24"/>
          <w:szCs w:val="24"/>
        </w:rPr>
        <w:t xml:space="preserve"> </w:t>
      </w:r>
      <w:r w:rsidRPr="006D754E">
        <w:rPr>
          <w:rFonts w:ascii="☞DIODRUM ARABIC SEMIBOLD" w:hAnsi="☞DIODRUM ARABIC SEMIBOLD" w:cs="☞DIODRUM ARABIC SEMIBOLD"/>
          <w:sz w:val="24"/>
          <w:szCs w:val="24"/>
          <w:rtl/>
        </w:rPr>
        <w:t>الشمولية</w:t>
      </w:r>
      <w:r w:rsidRPr="006D754E">
        <w:rPr>
          <w:rFonts w:ascii="☞DIODRUM ARABIC SEMIBOLD" w:hAnsi="☞DIODRUM ARABIC SEMIBOLD"/>
          <w:sz w:val="24"/>
          <w:szCs w:val="24"/>
        </w:rPr>
        <w:t xml:space="preserve"> </w:t>
      </w:r>
      <w:r w:rsidRPr="006D754E">
        <w:rPr>
          <w:rFonts w:ascii="☞DIODRUM ARABIC SEMIBOLD" w:hAnsi="☞DIODRUM ARABIC SEMIBOLD" w:cs="☞DIODRUM ARABIC SEMIBOLD"/>
          <w:sz w:val="24"/>
          <w:szCs w:val="24"/>
          <w:rtl/>
        </w:rPr>
        <w:t>الرقمية</w:t>
      </w:r>
      <w:r w:rsidRPr="006D754E">
        <w:rPr>
          <w:rFonts w:ascii="☞DIODRUM ARABIC SEMIBOLD" w:hAnsi="☞DIODRUM ARABIC SEMIBOLD"/>
          <w:sz w:val="24"/>
          <w:szCs w:val="24"/>
        </w:rPr>
        <w:t xml:space="preserve"> </w:t>
      </w:r>
      <w:r w:rsidRPr="006D754E">
        <w:rPr>
          <w:rFonts w:ascii="☞DIODRUM ARABIC SEMIBOLD" w:hAnsi="☞DIODRUM ARABIC SEMIBOLD" w:cs="☞DIODRUM ARABIC SEMIBOLD"/>
          <w:sz w:val="24"/>
          <w:szCs w:val="24"/>
          <w:rtl/>
        </w:rPr>
        <w:t>وأنتجت</w:t>
      </w:r>
      <w:r w:rsidRPr="006D754E">
        <w:rPr>
          <w:rFonts w:ascii="☞DIODRUM ARABIC SEMIBOLD" w:hAnsi="☞DIODRUM ARABIC SEMIBOLD"/>
          <w:sz w:val="24"/>
          <w:szCs w:val="24"/>
        </w:rPr>
        <w:t xml:space="preserve"> </w:t>
      </w:r>
      <w:r w:rsidRPr="006D754E">
        <w:rPr>
          <w:rFonts w:ascii="☞DIODRUM ARABIC SEMIBOLD" w:hAnsi="☞DIODRUM ARABIC SEMIBOLD" w:cs="☞DIODRUM ARABIC SEMIBOLD"/>
          <w:sz w:val="24"/>
          <w:szCs w:val="24"/>
          <w:rtl/>
        </w:rPr>
        <w:t>قصص</w:t>
      </w:r>
      <w:r w:rsidRPr="006D754E">
        <w:rPr>
          <w:rFonts w:ascii="☞DIODRUM ARABIC SEMIBOLD" w:hAnsi="☞DIODRUM ARABIC SEMIBOLD"/>
          <w:sz w:val="24"/>
          <w:szCs w:val="24"/>
        </w:rPr>
        <w:t xml:space="preserve"> </w:t>
      </w:r>
      <w:r w:rsidRPr="006D754E">
        <w:rPr>
          <w:rFonts w:ascii="☞DIODRUM ARABIC SEMIBOLD" w:hAnsi="☞DIODRUM ARABIC SEMIBOLD" w:cs="☞DIODRUM ARABIC SEMIBOLD"/>
          <w:sz w:val="24"/>
          <w:szCs w:val="24"/>
          <w:rtl/>
        </w:rPr>
        <w:t>تمكين</w:t>
      </w:r>
      <w:r w:rsidRPr="006D754E">
        <w:rPr>
          <w:rFonts w:ascii="☞DIODRUM ARABIC SEMIBOLD" w:hAnsi="☞DIODRUM ARABIC SEMIBOLD"/>
          <w:sz w:val="24"/>
          <w:szCs w:val="24"/>
        </w:rPr>
        <w:t xml:space="preserve"> </w:t>
      </w:r>
      <w:r w:rsidRPr="006D754E">
        <w:rPr>
          <w:rFonts w:ascii="☞DIODRUM ARABIC SEMIBOLD" w:hAnsi="☞DIODRUM ARABIC SEMIBOLD" w:cs="☞DIODRUM ARABIC SEMIBOLD"/>
          <w:sz w:val="24"/>
          <w:szCs w:val="24"/>
          <w:rtl/>
        </w:rPr>
        <w:t>حقيقية</w:t>
      </w:r>
      <w:r w:rsidRPr="006D754E">
        <w:rPr>
          <w:rFonts w:ascii="☞DIODRUM ARABIC SEMIBOLD" w:hAnsi="☞DIODRUM ARABIC SEMIBOLD"/>
          <w:sz w:val="24"/>
          <w:szCs w:val="24"/>
        </w:rPr>
        <w:t xml:space="preserve"> </w:t>
      </w:r>
      <w:r w:rsidRPr="006D754E">
        <w:rPr>
          <w:rFonts w:ascii="☞DIODRUM ARABIC SEMIBOLD" w:hAnsi="☞DIODRUM ARABIC SEMIBOLD" w:cs="☞DIODRUM ARABIC SEMIBOLD"/>
          <w:sz w:val="24"/>
          <w:szCs w:val="24"/>
          <w:rtl/>
        </w:rPr>
        <w:t>للأشخاص</w:t>
      </w:r>
      <w:r w:rsidRPr="006D754E">
        <w:rPr>
          <w:rFonts w:ascii="☞DIODRUM ARABIC SEMIBOLD" w:hAnsi="☞DIODRUM ARABIC SEMIBOLD"/>
          <w:sz w:val="24"/>
          <w:szCs w:val="24"/>
        </w:rPr>
        <w:t xml:space="preserve"> </w:t>
      </w:r>
      <w:r w:rsidRPr="006D754E">
        <w:rPr>
          <w:rFonts w:ascii="☞DIODRUM ARABIC SEMIBOLD" w:hAnsi="☞DIODRUM ARABIC SEMIBOLD" w:cs="☞DIODRUM ARABIC SEMIBOLD"/>
          <w:sz w:val="24"/>
          <w:szCs w:val="24"/>
          <w:rtl/>
        </w:rPr>
        <w:t>ذوي</w:t>
      </w:r>
      <w:r w:rsidRPr="006D754E">
        <w:rPr>
          <w:rFonts w:ascii="☞DIODRUM ARABIC SEMIBOLD" w:hAnsi="☞DIODRUM ARABIC SEMIBOLD"/>
          <w:sz w:val="24"/>
          <w:szCs w:val="24"/>
        </w:rPr>
        <w:t xml:space="preserve"> </w:t>
      </w:r>
      <w:r w:rsidRPr="006D754E">
        <w:rPr>
          <w:rFonts w:ascii="☞DIODRUM ARABIC SEMIBOLD" w:hAnsi="☞DIODRUM ARABIC SEMIBOLD" w:cs="☞DIODRUM ARABIC SEMIBOLD"/>
          <w:sz w:val="24"/>
          <w:szCs w:val="24"/>
          <w:rtl/>
        </w:rPr>
        <w:t>الإعاقة</w:t>
      </w:r>
      <w:r w:rsidRPr="006D754E">
        <w:rPr>
          <w:rFonts w:ascii="☞DIODRUM ARABIC SEMIBOLD" w:hAnsi="☞DIODRUM ARABIC SEMIBOLD"/>
          <w:sz w:val="24"/>
          <w:szCs w:val="24"/>
        </w:rPr>
        <w:t xml:space="preserve"> </w:t>
      </w:r>
      <w:r w:rsidRPr="006D754E">
        <w:rPr>
          <w:rFonts w:ascii="☞DIODRUM ARABIC SEMIBOLD" w:hAnsi="☞DIODRUM ARABIC SEMIBOLD" w:cs="☞DIODRUM ARABIC SEMIBOLD"/>
          <w:sz w:val="24"/>
          <w:szCs w:val="24"/>
          <w:rtl/>
        </w:rPr>
        <w:t>وكبار</w:t>
      </w:r>
      <w:r w:rsidRPr="006D754E">
        <w:rPr>
          <w:rFonts w:ascii="☞DIODRUM ARABIC SEMIBOLD" w:hAnsi="☞DIODRUM ARABIC SEMIBOLD"/>
          <w:sz w:val="24"/>
          <w:szCs w:val="24"/>
        </w:rPr>
        <w:t xml:space="preserve"> </w:t>
      </w:r>
      <w:r w:rsidRPr="006D754E">
        <w:rPr>
          <w:rFonts w:ascii="☞DIODRUM ARABIC SEMIBOLD" w:hAnsi="☞DIODRUM ARABIC SEMIBOLD" w:cs="☞DIODRUM ARABIC SEMIBOLD"/>
          <w:sz w:val="24"/>
          <w:szCs w:val="24"/>
          <w:rtl/>
        </w:rPr>
        <w:t>السن</w:t>
      </w:r>
    </w:p>
    <w:p w14:paraId="282D700B" w14:textId="77777777" w:rsidR="00D04C7D" w:rsidRDefault="00D6184D">
      <w:r>
        <w:br w:type="page"/>
      </w:r>
    </w:p>
    <w:p w14:paraId="7230215F" w14:textId="707CD2D8" w:rsidR="00D04C7D" w:rsidRPr="00103393" w:rsidRDefault="00A631E7">
      <w:pPr>
        <w:pStyle w:val="Heading3"/>
        <w:bidi/>
        <w:rPr>
          <w:rFonts w:ascii="DiodrumArabic-Semibold" w:hAnsi="DiodrumArabic-Semibold" w:cs="DiodrumArabic-Semibold"/>
          <w:color w:val="auto"/>
        </w:rPr>
      </w:pPr>
      <w:bookmarkStart w:id="29" w:name="heading_16_35_أبرز_عناصر_الشمولية_الرقمي"/>
      <w:bookmarkStart w:id="30" w:name="_Toc204265944"/>
      <w:r>
        <w:rPr>
          <w:rFonts w:ascii="DiodrumArabic-Semibold" w:hAnsi="DiodrumArabic-Semibold" w:cs="DiodrumArabic-Semibold"/>
          <w:color w:val="auto"/>
        </w:rPr>
        <w:lastRenderedPageBreak/>
        <w:t xml:space="preserve"> </w:t>
      </w:r>
      <w:r w:rsidR="00D6184D" w:rsidRPr="00103393">
        <w:rPr>
          <w:rFonts w:ascii="DiodrumArabic-Semibold" w:hAnsi="DiodrumArabic-Semibold" w:cs="DiodrumArabic-Semibold" w:hint="cs"/>
          <w:color w:val="auto"/>
        </w:rPr>
        <w:t xml:space="preserve">3.5 </w:t>
      </w:r>
      <w:r w:rsidR="00D6184D" w:rsidRPr="00103393">
        <w:rPr>
          <w:rFonts w:ascii="DiodrumArabic-Semibold" w:hAnsi="DiodrumArabic-Semibold" w:cs="DiodrumArabic-Semibold" w:hint="cs"/>
          <w:color w:val="auto"/>
          <w:sz w:val="28"/>
          <w:szCs w:val="28"/>
          <w:rtl/>
        </w:rPr>
        <w:t>أبرز</w:t>
      </w:r>
      <w:r w:rsidR="00D6184D" w:rsidRPr="00103393">
        <w:rPr>
          <w:rFonts w:ascii="DiodrumArabic-Semibold" w:hAnsi="DiodrumArabic-Semibold" w:cs="DiodrumArabic-Semibold" w:hint="cs"/>
          <w:color w:val="auto"/>
          <w:sz w:val="28"/>
          <w:szCs w:val="28"/>
        </w:rPr>
        <w:t xml:space="preserve"> </w:t>
      </w:r>
      <w:r w:rsidR="00D6184D" w:rsidRPr="00103393">
        <w:rPr>
          <w:rFonts w:ascii="DiodrumArabic-Semibold" w:hAnsi="DiodrumArabic-Semibold" w:cs="DiodrumArabic-Semibold" w:hint="cs"/>
          <w:color w:val="auto"/>
          <w:sz w:val="28"/>
          <w:szCs w:val="28"/>
          <w:rtl/>
        </w:rPr>
        <w:t>عناصر</w:t>
      </w:r>
      <w:r w:rsidR="00D6184D" w:rsidRPr="00103393">
        <w:rPr>
          <w:rFonts w:ascii="DiodrumArabic-Semibold" w:hAnsi="DiodrumArabic-Semibold" w:cs="DiodrumArabic-Semibold" w:hint="cs"/>
          <w:color w:val="auto"/>
          <w:sz w:val="28"/>
          <w:szCs w:val="28"/>
        </w:rPr>
        <w:t xml:space="preserve"> </w:t>
      </w:r>
      <w:r w:rsidR="00D6184D" w:rsidRPr="00103393">
        <w:rPr>
          <w:rFonts w:ascii="DiodrumArabic-Semibold" w:hAnsi="DiodrumArabic-Semibold" w:cs="DiodrumArabic-Semibold" w:hint="cs"/>
          <w:color w:val="auto"/>
          <w:sz w:val="28"/>
          <w:szCs w:val="28"/>
          <w:rtl/>
        </w:rPr>
        <w:t>الشمولية</w:t>
      </w:r>
      <w:r w:rsidR="00D6184D" w:rsidRPr="00103393">
        <w:rPr>
          <w:rFonts w:ascii="DiodrumArabic-Semibold" w:hAnsi="DiodrumArabic-Semibold" w:cs="DiodrumArabic-Semibold" w:hint="cs"/>
          <w:color w:val="auto"/>
          <w:sz w:val="28"/>
          <w:szCs w:val="28"/>
        </w:rPr>
        <w:t xml:space="preserve"> </w:t>
      </w:r>
      <w:r w:rsidR="00D6184D" w:rsidRPr="00103393">
        <w:rPr>
          <w:rFonts w:ascii="DiodrumArabic-Semibold" w:hAnsi="DiodrumArabic-Semibold" w:cs="DiodrumArabic-Semibold" w:hint="cs"/>
          <w:color w:val="auto"/>
          <w:sz w:val="28"/>
          <w:szCs w:val="28"/>
          <w:rtl/>
        </w:rPr>
        <w:t>الرقمية</w:t>
      </w:r>
      <w:bookmarkEnd w:id="29"/>
      <w:bookmarkEnd w:id="30"/>
    </w:p>
    <w:p w14:paraId="3B7D2F60" w14:textId="0367220C" w:rsidR="00D04C7D" w:rsidRPr="00BC2961" w:rsidRDefault="00D6184D" w:rsidP="00BC2961">
      <w:pPr>
        <w:bidi/>
        <w:rPr>
          <w:rFonts w:ascii="☞DIODRUM ARABIC MEDIUM" w:hAnsi="☞DIODRUM ARABIC MEDIUM" w:cs="☞DIODRUM ARABIC MEDIUM"/>
          <w:sz w:val="24"/>
          <w:szCs w:val="24"/>
          <w:rtl/>
        </w:rPr>
      </w:pPr>
      <w:r w:rsidRPr="00BC2961">
        <w:rPr>
          <w:rFonts w:ascii="☞DIODRUM ARABIC MEDIUM" w:hAnsi="☞DIODRUM ARABIC MEDIUM" w:cs="☞DIODRUM ARABIC MEDIUM" w:hint="cs"/>
          <w:sz w:val="24"/>
          <w:szCs w:val="24"/>
          <w:rtl/>
        </w:rPr>
        <w:t>الشمولية</w:t>
      </w:r>
      <w:r w:rsidRPr="00BC2961">
        <w:rPr>
          <w:rFonts w:ascii="☞DIODRUM ARABIC MEDIUM" w:hAnsi="☞DIODRUM ARABIC MEDIUM" w:cs="☞DIODRUM ARABIC MEDIUM" w:hint="cs"/>
          <w:sz w:val="24"/>
          <w:szCs w:val="24"/>
        </w:rPr>
        <w:t xml:space="preserve"> </w:t>
      </w:r>
      <w:r w:rsidRPr="00BC2961">
        <w:rPr>
          <w:rFonts w:ascii="☞DIODRUM ARABIC MEDIUM" w:hAnsi="☞DIODRUM ARABIC MEDIUM" w:cs="☞DIODRUM ARABIC MEDIUM" w:hint="cs"/>
          <w:sz w:val="24"/>
          <w:szCs w:val="24"/>
          <w:rtl/>
        </w:rPr>
        <w:t>الرقمية</w:t>
      </w:r>
      <w:r w:rsidRPr="00BC2961">
        <w:rPr>
          <w:rFonts w:ascii="☞DIODRUM ARABIC MEDIUM" w:hAnsi="☞DIODRUM ARABIC MEDIUM" w:cs="☞DIODRUM ARABIC MEDIUM" w:hint="cs"/>
          <w:sz w:val="24"/>
          <w:szCs w:val="24"/>
        </w:rPr>
        <w:t xml:space="preserve"> </w:t>
      </w:r>
      <w:r w:rsidRPr="00BC2961">
        <w:rPr>
          <w:rFonts w:ascii="☞DIODRUM ARABIC MEDIUM" w:hAnsi="☞DIODRUM ARABIC MEDIUM" w:cs="☞DIODRUM ARABIC MEDIUM" w:hint="cs"/>
          <w:sz w:val="24"/>
          <w:szCs w:val="24"/>
          <w:rtl/>
        </w:rPr>
        <w:t>تضمن</w:t>
      </w:r>
      <w:r w:rsidRPr="00BC2961">
        <w:rPr>
          <w:rFonts w:ascii="☞DIODRUM ARABIC MEDIUM" w:hAnsi="☞DIODRUM ARABIC MEDIUM" w:cs="☞DIODRUM ARABIC MEDIUM" w:hint="cs"/>
          <w:sz w:val="24"/>
          <w:szCs w:val="24"/>
        </w:rPr>
        <w:t xml:space="preserve"> </w:t>
      </w:r>
      <w:r w:rsidRPr="00BC2961">
        <w:rPr>
          <w:rFonts w:ascii="☞DIODRUM ARABIC MEDIUM" w:hAnsi="☞DIODRUM ARABIC MEDIUM" w:cs="☞DIODRUM ARABIC MEDIUM" w:hint="cs"/>
          <w:sz w:val="24"/>
          <w:szCs w:val="24"/>
          <w:rtl/>
        </w:rPr>
        <w:t>أن</w:t>
      </w:r>
      <w:r w:rsidRPr="00BC2961">
        <w:rPr>
          <w:rFonts w:ascii="☞DIODRUM ARABIC MEDIUM" w:hAnsi="☞DIODRUM ARABIC MEDIUM" w:cs="☞DIODRUM ARABIC MEDIUM" w:hint="cs"/>
          <w:sz w:val="24"/>
          <w:szCs w:val="24"/>
        </w:rPr>
        <w:t xml:space="preserve"> </w:t>
      </w:r>
      <w:r w:rsidRPr="00BC2961">
        <w:rPr>
          <w:rFonts w:ascii="☞DIODRUM ARABIC MEDIUM" w:hAnsi="☞DIODRUM ARABIC MEDIUM" w:cs="☞DIODRUM ARABIC MEDIUM" w:hint="cs"/>
          <w:sz w:val="24"/>
          <w:szCs w:val="24"/>
          <w:rtl/>
        </w:rPr>
        <w:t>يتمكن</w:t>
      </w:r>
      <w:r w:rsidRPr="00BC2961">
        <w:rPr>
          <w:rFonts w:ascii="☞DIODRUM ARABIC MEDIUM" w:hAnsi="☞DIODRUM ARABIC MEDIUM" w:cs="☞DIODRUM ARABIC MEDIUM" w:hint="cs"/>
          <w:sz w:val="24"/>
          <w:szCs w:val="24"/>
        </w:rPr>
        <w:t xml:space="preserve"> </w:t>
      </w:r>
      <w:r w:rsidRPr="00BC2961">
        <w:rPr>
          <w:rFonts w:ascii="☞DIODRUM ARABIC MEDIUM" w:hAnsi="☞DIODRUM ARABIC MEDIUM" w:cs="☞DIODRUM ARABIC MEDIUM" w:hint="cs"/>
          <w:sz w:val="24"/>
          <w:szCs w:val="24"/>
          <w:rtl/>
        </w:rPr>
        <w:t>جميع</w:t>
      </w:r>
      <w:r w:rsidRPr="00BC2961">
        <w:rPr>
          <w:rFonts w:ascii="☞DIODRUM ARABIC MEDIUM" w:hAnsi="☞DIODRUM ARABIC MEDIUM" w:cs="☞DIODRUM ARABIC MEDIUM" w:hint="cs"/>
          <w:sz w:val="24"/>
          <w:szCs w:val="24"/>
        </w:rPr>
        <w:t xml:space="preserve"> </w:t>
      </w:r>
      <w:r w:rsidRPr="00BC2961">
        <w:rPr>
          <w:rFonts w:ascii="☞DIODRUM ARABIC MEDIUM" w:hAnsi="☞DIODRUM ARABIC MEDIUM" w:cs="☞DIODRUM ARABIC MEDIUM" w:hint="cs"/>
          <w:sz w:val="24"/>
          <w:szCs w:val="24"/>
          <w:rtl/>
        </w:rPr>
        <w:t>الأفراد</w:t>
      </w:r>
      <w:r w:rsidRPr="00BC2961">
        <w:rPr>
          <w:rFonts w:ascii="☞DIODRUM ARABIC MEDIUM" w:hAnsi="☞DIODRUM ARABIC MEDIUM" w:cs="☞DIODRUM ARABIC MEDIUM" w:hint="cs"/>
          <w:sz w:val="24"/>
          <w:szCs w:val="24"/>
        </w:rPr>
        <w:t xml:space="preserve"> </w:t>
      </w:r>
      <w:r w:rsidRPr="00BC2961">
        <w:rPr>
          <w:rFonts w:ascii="☞DIODRUM ARABIC MEDIUM" w:hAnsi="☞DIODRUM ARABIC MEDIUM" w:cs="☞DIODRUM ARABIC MEDIUM" w:hint="cs"/>
          <w:sz w:val="24"/>
          <w:szCs w:val="24"/>
          <w:rtl/>
        </w:rPr>
        <w:t>والمجتمعات،</w:t>
      </w:r>
      <w:r w:rsidRPr="00BC2961">
        <w:rPr>
          <w:rFonts w:ascii="☞DIODRUM ARABIC MEDIUM" w:hAnsi="☞DIODRUM ARABIC MEDIUM" w:cs="☞DIODRUM ARABIC MEDIUM" w:hint="cs"/>
          <w:sz w:val="24"/>
          <w:szCs w:val="24"/>
        </w:rPr>
        <w:t xml:space="preserve"> </w:t>
      </w:r>
      <w:r w:rsidRPr="00BC2961">
        <w:rPr>
          <w:rFonts w:ascii="☞DIODRUM ARABIC MEDIUM" w:hAnsi="☞DIODRUM ARABIC MEDIUM" w:cs="☞DIODRUM ARABIC MEDIUM" w:hint="cs"/>
          <w:sz w:val="24"/>
          <w:szCs w:val="24"/>
          <w:rtl/>
        </w:rPr>
        <w:t>وخاصة</w:t>
      </w:r>
      <w:r w:rsidRPr="00BC2961">
        <w:rPr>
          <w:rFonts w:ascii="☞DIODRUM ARABIC MEDIUM" w:hAnsi="☞DIODRUM ARABIC MEDIUM" w:cs="☞DIODRUM ARABIC MEDIUM" w:hint="cs"/>
          <w:sz w:val="24"/>
          <w:szCs w:val="24"/>
        </w:rPr>
        <w:t xml:space="preserve"> </w:t>
      </w:r>
      <w:r w:rsidRPr="00BC2961">
        <w:rPr>
          <w:rFonts w:ascii="☞DIODRUM ARABIC MEDIUM" w:hAnsi="☞DIODRUM ARABIC MEDIUM" w:cs="☞DIODRUM ARABIC MEDIUM" w:hint="cs"/>
          <w:sz w:val="24"/>
          <w:szCs w:val="24"/>
          <w:rtl/>
        </w:rPr>
        <w:t>الأكثر</w:t>
      </w:r>
      <w:r w:rsidRPr="00BC2961">
        <w:rPr>
          <w:rFonts w:ascii="☞DIODRUM ARABIC MEDIUM" w:hAnsi="☞DIODRUM ARABIC MEDIUM" w:cs="☞DIODRUM ARABIC MEDIUM" w:hint="cs"/>
          <w:sz w:val="24"/>
          <w:szCs w:val="24"/>
        </w:rPr>
        <w:t xml:space="preserve"> </w:t>
      </w:r>
      <w:proofErr w:type="spellStart"/>
      <w:r w:rsidRPr="00BC2961">
        <w:rPr>
          <w:rFonts w:ascii="☞DIODRUM ARABIC MEDIUM" w:hAnsi="☞DIODRUM ARABIC MEDIUM" w:cs="☞DIODRUM ARABIC MEDIUM" w:hint="cs"/>
          <w:sz w:val="24"/>
          <w:szCs w:val="24"/>
          <w:rtl/>
        </w:rPr>
        <w:t>ضعفاًمن</w:t>
      </w:r>
      <w:proofErr w:type="spellEnd"/>
      <w:r w:rsidRPr="00BC2961">
        <w:rPr>
          <w:rFonts w:ascii="☞DIODRUM ARABIC MEDIUM" w:hAnsi="☞DIODRUM ARABIC MEDIUM" w:cs="☞DIODRUM ARABIC MEDIUM" w:hint="cs"/>
          <w:sz w:val="24"/>
          <w:szCs w:val="24"/>
        </w:rPr>
        <w:t xml:space="preserve"> </w:t>
      </w:r>
      <w:r w:rsidRPr="00BC2961">
        <w:rPr>
          <w:rFonts w:ascii="☞DIODRUM ARABIC MEDIUM" w:hAnsi="☞DIODRUM ARABIC MEDIUM" w:cs="☞DIODRUM ARABIC MEDIUM" w:hint="cs"/>
          <w:sz w:val="24"/>
          <w:szCs w:val="24"/>
          <w:rtl/>
        </w:rPr>
        <w:t>الوصول</w:t>
      </w:r>
      <w:r w:rsidRPr="00BC2961">
        <w:rPr>
          <w:rFonts w:ascii="☞DIODRUM ARABIC MEDIUM" w:hAnsi="☞DIODRUM ARABIC MEDIUM" w:cs="☞DIODRUM ARABIC MEDIUM" w:hint="cs"/>
          <w:sz w:val="24"/>
          <w:szCs w:val="24"/>
        </w:rPr>
        <w:t xml:space="preserve"> </w:t>
      </w:r>
      <w:r w:rsidRPr="00BC2961">
        <w:rPr>
          <w:rFonts w:ascii="☞DIODRUM ARABIC MEDIUM" w:hAnsi="☞DIODRUM ARABIC MEDIUM" w:cs="☞DIODRUM ARABIC MEDIUM" w:hint="cs"/>
          <w:sz w:val="24"/>
          <w:szCs w:val="24"/>
          <w:rtl/>
        </w:rPr>
        <w:t>إلى</w:t>
      </w:r>
      <w:r w:rsidRPr="00BC2961">
        <w:rPr>
          <w:rFonts w:ascii="☞DIODRUM ARABIC MEDIUM" w:hAnsi="☞DIODRUM ARABIC MEDIUM" w:cs="☞DIODRUM ARABIC MEDIUM" w:hint="cs"/>
          <w:sz w:val="24"/>
          <w:szCs w:val="24"/>
        </w:rPr>
        <w:t xml:space="preserve"> </w:t>
      </w:r>
      <w:r w:rsidRPr="00BC2961">
        <w:rPr>
          <w:rFonts w:ascii="☞DIODRUM ARABIC MEDIUM" w:hAnsi="☞DIODRUM ARABIC MEDIUM" w:cs="☞DIODRUM ARABIC MEDIUM" w:hint="cs"/>
          <w:sz w:val="24"/>
          <w:szCs w:val="24"/>
          <w:rtl/>
        </w:rPr>
        <w:t>تقنيات</w:t>
      </w:r>
      <w:r w:rsidRPr="00BC2961">
        <w:rPr>
          <w:rFonts w:ascii="☞DIODRUM ARABIC MEDIUM" w:hAnsi="☞DIODRUM ARABIC MEDIUM" w:cs="☞DIODRUM ARABIC MEDIUM" w:hint="cs"/>
          <w:sz w:val="24"/>
          <w:szCs w:val="24"/>
        </w:rPr>
        <w:t xml:space="preserve"> </w:t>
      </w:r>
      <w:r w:rsidRPr="00BC2961">
        <w:rPr>
          <w:rFonts w:ascii="☞DIODRUM ARABIC MEDIUM" w:hAnsi="☞DIODRUM ARABIC MEDIUM" w:cs="☞DIODRUM ARABIC MEDIUM" w:hint="cs"/>
          <w:sz w:val="24"/>
          <w:szCs w:val="24"/>
          <w:rtl/>
        </w:rPr>
        <w:t>المعلومات</w:t>
      </w:r>
      <w:r w:rsidRPr="00BC2961">
        <w:rPr>
          <w:rFonts w:ascii="☞DIODRUM ARABIC MEDIUM" w:hAnsi="☞DIODRUM ARABIC MEDIUM" w:cs="☞DIODRUM ARABIC MEDIUM" w:hint="cs"/>
          <w:sz w:val="24"/>
          <w:szCs w:val="24"/>
        </w:rPr>
        <w:t xml:space="preserve"> </w:t>
      </w:r>
      <w:r w:rsidRPr="00BC2961">
        <w:rPr>
          <w:rFonts w:ascii="☞DIODRUM ARABIC MEDIUM" w:hAnsi="☞DIODRUM ARABIC MEDIUM" w:cs="☞DIODRUM ARABIC MEDIUM" w:hint="cs"/>
          <w:sz w:val="24"/>
          <w:szCs w:val="24"/>
          <w:rtl/>
        </w:rPr>
        <w:t>والاتصالات</w:t>
      </w:r>
      <w:r w:rsidRPr="00BC2961">
        <w:rPr>
          <w:rFonts w:ascii="☞DIODRUM ARABIC MEDIUM" w:hAnsi="☞DIODRUM ARABIC MEDIUM" w:cs="☞DIODRUM ARABIC MEDIUM" w:hint="cs"/>
          <w:sz w:val="24"/>
          <w:szCs w:val="24"/>
        </w:rPr>
        <w:t xml:space="preserve"> </w:t>
      </w:r>
      <w:r w:rsidRPr="00BC2961">
        <w:rPr>
          <w:rFonts w:ascii="☞DIODRUM ARABIC MEDIUM" w:hAnsi="☞DIODRUM ARABIC MEDIUM" w:cs="☞DIODRUM ARABIC MEDIUM" w:hint="cs"/>
          <w:sz w:val="24"/>
          <w:szCs w:val="24"/>
          <w:rtl/>
        </w:rPr>
        <w:t>واستخدامها</w:t>
      </w:r>
      <w:r w:rsidRPr="00BC2961">
        <w:rPr>
          <w:rFonts w:ascii="☞DIODRUM ARABIC MEDIUM" w:hAnsi="☞DIODRUM ARABIC MEDIUM" w:cs="☞DIODRUM ARABIC MEDIUM" w:hint="cs"/>
          <w:sz w:val="24"/>
          <w:szCs w:val="24"/>
        </w:rPr>
        <w:t xml:space="preserve"> </w:t>
      </w:r>
      <w:r w:rsidRPr="00BC2961">
        <w:rPr>
          <w:rFonts w:ascii="☞DIODRUM ARABIC MEDIUM" w:hAnsi="☞DIODRUM ARABIC MEDIUM" w:cs="☞DIODRUM ARABIC MEDIUM" w:hint="cs"/>
          <w:sz w:val="24"/>
          <w:szCs w:val="24"/>
          <w:rtl/>
        </w:rPr>
        <w:t>بشكل</w:t>
      </w:r>
      <w:r w:rsidRPr="00BC2961">
        <w:rPr>
          <w:rFonts w:ascii="☞DIODRUM ARABIC MEDIUM" w:hAnsi="☞DIODRUM ARABIC MEDIUM" w:cs="☞DIODRUM ARABIC MEDIUM" w:hint="cs"/>
          <w:sz w:val="24"/>
          <w:szCs w:val="24"/>
        </w:rPr>
        <w:t xml:space="preserve"> </w:t>
      </w:r>
      <w:r w:rsidRPr="00BC2961">
        <w:rPr>
          <w:rFonts w:ascii="☞DIODRUM ARABIC MEDIUM" w:hAnsi="☞DIODRUM ARABIC MEDIUM" w:cs="☞DIODRUM ARABIC MEDIUM" w:hint="cs"/>
          <w:sz w:val="24"/>
          <w:szCs w:val="24"/>
          <w:rtl/>
        </w:rPr>
        <w:t>فعال</w:t>
      </w:r>
      <w:r w:rsidRPr="00BC2961">
        <w:rPr>
          <w:rFonts w:ascii="☞DIODRUM ARABIC MEDIUM" w:hAnsi="☞DIODRUM ARABIC MEDIUM" w:cs="☞DIODRUM ARABIC MEDIUM" w:hint="cs"/>
          <w:sz w:val="24"/>
          <w:szCs w:val="24"/>
        </w:rPr>
        <w:t xml:space="preserve">. </w:t>
      </w:r>
      <w:r w:rsidRPr="00BC2961">
        <w:rPr>
          <w:rFonts w:ascii="☞DIODRUM ARABIC MEDIUM" w:hAnsi="☞DIODRUM ARABIC MEDIUM" w:cs="☞DIODRUM ARABIC MEDIUM" w:hint="cs"/>
          <w:sz w:val="24"/>
          <w:szCs w:val="24"/>
          <w:rtl/>
        </w:rPr>
        <w:t>وتشمل</w:t>
      </w:r>
      <w:r w:rsidRPr="00BC2961">
        <w:rPr>
          <w:rFonts w:ascii="☞DIODRUM ARABIC MEDIUM" w:hAnsi="☞DIODRUM ARABIC MEDIUM" w:cs="☞DIODRUM ARABIC MEDIUM" w:hint="cs"/>
          <w:sz w:val="24"/>
          <w:szCs w:val="24"/>
        </w:rPr>
        <w:t xml:space="preserve"> </w:t>
      </w:r>
      <w:r w:rsidRPr="00BC2961">
        <w:rPr>
          <w:rFonts w:ascii="☞DIODRUM ARABIC MEDIUM" w:hAnsi="☞DIODRUM ARABIC MEDIUM" w:cs="☞DIODRUM ARABIC MEDIUM" w:hint="cs"/>
          <w:sz w:val="24"/>
          <w:szCs w:val="24"/>
          <w:rtl/>
        </w:rPr>
        <w:t>العناصر</w:t>
      </w:r>
      <w:r w:rsidRPr="00BC2961">
        <w:rPr>
          <w:rFonts w:ascii="☞DIODRUM ARABIC MEDIUM" w:hAnsi="☞DIODRUM ARABIC MEDIUM" w:cs="☞DIODRUM ARABIC MEDIUM" w:hint="cs"/>
          <w:sz w:val="24"/>
          <w:szCs w:val="24"/>
        </w:rPr>
        <w:t xml:space="preserve"> </w:t>
      </w:r>
      <w:r w:rsidRPr="00BC2961">
        <w:rPr>
          <w:rFonts w:ascii="☞DIODRUM ARABIC MEDIUM" w:hAnsi="☞DIODRUM ARABIC MEDIUM" w:cs="☞DIODRUM ARABIC MEDIUM" w:hint="cs"/>
          <w:sz w:val="24"/>
          <w:szCs w:val="24"/>
          <w:rtl/>
        </w:rPr>
        <w:t>التالية</w:t>
      </w:r>
      <w:r w:rsidR="006D754E" w:rsidRPr="00BC2961">
        <w:rPr>
          <w:rFonts w:ascii="☞DIODRUM ARABIC MEDIUM" w:hAnsi="☞DIODRUM ARABIC MEDIUM" w:cs="☞DIODRUM ARABIC MEDIUM" w:hint="cs"/>
          <w:sz w:val="24"/>
          <w:szCs w:val="24"/>
          <w:rtl/>
        </w:rPr>
        <w:t>:</w:t>
      </w:r>
    </w:p>
    <w:p w14:paraId="351CCF43" w14:textId="77777777" w:rsidR="006D754E" w:rsidRDefault="006D754E" w:rsidP="006D754E">
      <w:pPr>
        <w:bidi/>
        <w:rPr>
          <w:rtl/>
        </w:rPr>
      </w:pPr>
    </w:p>
    <w:p w14:paraId="443C2491" w14:textId="77777777" w:rsidR="006D754E" w:rsidRPr="00BC2961" w:rsidRDefault="006D754E" w:rsidP="00E3354B">
      <w:pPr>
        <w:pStyle w:val="Heading4"/>
        <w:bidi/>
        <w:rPr>
          <w:rFonts w:ascii="☞DIODRUM ARABIC SEMIBOLD" w:hAnsi="☞DIODRUM ARABIC SEMIBOLD" w:cs="☞DIODRUM ARABIC SEMIBOLD"/>
          <w:i w:val="0"/>
          <w:iCs w:val="0"/>
          <w:color w:val="auto"/>
        </w:rPr>
      </w:pPr>
      <w:r w:rsidRPr="00BC2961">
        <w:rPr>
          <w:rFonts w:ascii="☞DIODRUM ARABIC SEMIBOLD" w:hAnsi="☞DIODRUM ARABIC SEMIBOLD" w:cs="☞DIODRUM ARABIC SEMIBOLD" w:hint="cs"/>
          <w:i w:val="0"/>
          <w:iCs w:val="0"/>
          <w:color w:val="auto"/>
          <w:rtl/>
        </w:rPr>
        <w:t>إمكانية</w:t>
      </w:r>
      <w:r w:rsidRPr="00BC2961">
        <w:rPr>
          <w:rFonts w:ascii="☞DIODRUM ARABIC SEMIBOLD" w:hAnsi="☞DIODRUM ARABIC SEMIBOLD" w:cs="☞DIODRUM ARABIC SEMIBOLD" w:hint="cs"/>
          <w:i w:val="0"/>
          <w:iCs w:val="0"/>
          <w:color w:val="auto"/>
        </w:rPr>
        <w:t xml:space="preserve"> </w:t>
      </w:r>
      <w:r w:rsidRPr="00BC2961">
        <w:rPr>
          <w:rFonts w:ascii="☞DIODRUM ARABIC SEMIBOLD" w:hAnsi="☞DIODRUM ARABIC SEMIBOLD" w:cs="☞DIODRUM ARABIC SEMIBOLD" w:hint="cs"/>
          <w:i w:val="0"/>
          <w:iCs w:val="0"/>
          <w:color w:val="auto"/>
          <w:rtl/>
        </w:rPr>
        <w:t>الوصول</w:t>
      </w:r>
    </w:p>
    <w:p w14:paraId="40638041" w14:textId="6D15525D" w:rsidR="006D754E" w:rsidRPr="00BC2961" w:rsidRDefault="006D754E" w:rsidP="006D754E">
      <w:pPr>
        <w:bidi/>
        <w:rPr>
          <w:sz w:val="21"/>
          <w:szCs w:val="21"/>
        </w:rPr>
      </w:pPr>
      <w:r w:rsidRPr="00BC2961">
        <w:rPr>
          <w:rFonts w:ascii="DiodrumArabic-Medium" w:hAnsi="DiodrumArabic-Medium" w:cs="DiodrumArabic-Medium"/>
          <w:sz w:val="21"/>
          <w:szCs w:val="21"/>
          <w:rtl/>
        </w:rPr>
        <w:t>تمكين</w:t>
      </w:r>
      <w:r w:rsidRPr="00BC2961">
        <w:rPr>
          <w:rFonts w:ascii="DiodrumArabic-Medium" w:hAnsi="DiodrumArabic-Medium"/>
          <w:sz w:val="21"/>
          <w:szCs w:val="21"/>
        </w:rPr>
        <w:t xml:space="preserve"> </w:t>
      </w:r>
      <w:r w:rsidRPr="00BC2961">
        <w:rPr>
          <w:rFonts w:ascii="DiodrumArabic-Medium" w:hAnsi="DiodrumArabic-Medium" w:cs="DiodrumArabic-Medium"/>
          <w:sz w:val="21"/>
          <w:szCs w:val="21"/>
          <w:rtl/>
        </w:rPr>
        <w:t>جميع</w:t>
      </w:r>
      <w:r w:rsidRPr="00BC2961">
        <w:rPr>
          <w:rFonts w:ascii="DiodrumArabic-Medium" w:hAnsi="DiodrumArabic-Medium"/>
          <w:sz w:val="21"/>
          <w:szCs w:val="21"/>
        </w:rPr>
        <w:t xml:space="preserve"> </w:t>
      </w:r>
      <w:r w:rsidRPr="00BC2961">
        <w:rPr>
          <w:rFonts w:ascii="DiodrumArabic-Medium" w:hAnsi="DiodrumArabic-Medium" w:cs="DiodrumArabic-Medium"/>
          <w:sz w:val="21"/>
          <w:szCs w:val="21"/>
          <w:rtl/>
        </w:rPr>
        <w:t>الأشخاص،</w:t>
      </w:r>
      <w:r w:rsidRPr="00BC2961">
        <w:rPr>
          <w:rFonts w:ascii="DiodrumArabic-Medium" w:hAnsi="DiodrumArabic-Medium"/>
          <w:sz w:val="21"/>
          <w:szCs w:val="21"/>
        </w:rPr>
        <w:t xml:space="preserve"> </w:t>
      </w:r>
      <w:r w:rsidRPr="00BC2961">
        <w:rPr>
          <w:rFonts w:ascii="DiodrumArabic-Medium" w:hAnsi="DiodrumArabic-Medium" w:cs="DiodrumArabic-Medium"/>
          <w:sz w:val="21"/>
          <w:szCs w:val="21"/>
          <w:rtl/>
        </w:rPr>
        <w:t>بصرف</w:t>
      </w:r>
      <w:r w:rsidRPr="00BC2961">
        <w:rPr>
          <w:rFonts w:ascii="DiodrumArabic-Medium" w:hAnsi="DiodrumArabic-Medium"/>
          <w:sz w:val="21"/>
          <w:szCs w:val="21"/>
        </w:rPr>
        <w:t xml:space="preserve"> </w:t>
      </w:r>
      <w:r w:rsidRPr="00BC2961">
        <w:rPr>
          <w:rFonts w:ascii="DiodrumArabic-Medium" w:hAnsi="DiodrumArabic-Medium" w:cs="DiodrumArabic-Medium"/>
          <w:sz w:val="21"/>
          <w:szCs w:val="21"/>
          <w:rtl/>
        </w:rPr>
        <w:t>النظر</w:t>
      </w:r>
      <w:r w:rsidRPr="00BC2961">
        <w:rPr>
          <w:rFonts w:ascii="DiodrumArabic-Medium" w:hAnsi="DiodrumArabic-Medium"/>
          <w:sz w:val="21"/>
          <w:szCs w:val="21"/>
        </w:rPr>
        <w:t xml:space="preserve"> </w:t>
      </w:r>
      <w:r w:rsidRPr="00BC2961">
        <w:rPr>
          <w:rFonts w:ascii="DiodrumArabic-Medium" w:hAnsi="DiodrumArabic-Medium" w:cs="DiodrumArabic-Medium"/>
          <w:sz w:val="21"/>
          <w:szCs w:val="21"/>
          <w:rtl/>
        </w:rPr>
        <w:t>عن</w:t>
      </w:r>
      <w:r w:rsidRPr="00BC2961">
        <w:rPr>
          <w:rFonts w:ascii="DiodrumArabic-Medium" w:hAnsi="DiodrumArabic-Medium"/>
          <w:sz w:val="21"/>
          <w:szCs w:val="21"/>
        </w:rPr>
        <w:t xml:space="preserve"> </w:t>
      </w:r>
      <w:r w:rsidRPr="00BC2961">
        <w:rPr>
          <w:rFonts w:ascii="DiodrumArabic-Medium" w:hAnsi="DiodrumArabic-Medium" w:cs="DiodrumArabic-Medium"/>
          <w:sz w:val="21"/>
          <w:szCs w:val="21"/>
          <w:rtl/>
        </w:rPr>
        <w:t>قدراتهم،</w:t>
      </w:r>
      <w:r w:rsidRPr="00BC2961">
        <w:rPr>
          <w:rFonts w:ascii="DiodrumArabic-Medium" w:hAnsi="DiodrumArabic-Medium"/>
          <w:sz w:val="21"/>
          <w:szCs w:val="21"/>
        </w:rPr>
        <w:t xml:space="preserve"> </w:t>
      </w:r>
      <w:r w:rsidRPr="00BC2961">
        <w:rPr>
          <w:rFonts w:ascii="DiodrumArabic-Medium" w:hAnsi="DiodrumArabic-Medium" w:cs="DiodrumArabic-Medium"/>
          <w:sz w:val="21"/>
          <w:szCs w:val="21"/>
          <w:rtl/>
        </w:rPr>
        <w:t>من</w:t>
      </w:r>
      <w:r w:rsidRPr="00BC2961">
        <w:rPr>
          <w:rFonts w:ascii="DiodrumArabic-Medium" w:hAnsi="DiodrumArabic-Medium"/>
          <w:sz w:val="21"/>
          <w:szCs w:val="21"/>
        </w:rPr>
        <w:t xml:space="preserve"> </w:t>
      </w:r>
      <w:r w:rsidRPr="00BC2961">
        <w:rPr>
          <w:rFonts w:ascii="DiodrumArabic-Medium" w:hAnsi="DiodrumArabic-Medium" w:cs="DiodrumArabic-Medium"/>
          <w:sz w:val="21"/>
          <w:szCs w:val="21"/>
          <w:rtl/>
        </w:rPr>
        <w:t>الوصول</w:t>
      </w:r>
      <w:r w:rsidRPr="00BC2961">
        <w:rPr>
          <w:rFonts w:ascii="DiodrumArabic-Medium" w:hAnsi="DiodrumArabic-Medium"/>
          <w:sz w:val="21"/>
          <w:szCs w:val="21"/>
        </w:rPr>
        <w:t xml:space="preserve"> </w:t>
      </w:r>
      <w:r w:rsidRPr="00BC2961">
        <w:rPr>
          <w:rFonts w:ascii="DiodrumArabic-Medium" w:hAnsi="DiodrumArabic-Medium" w:cs="DiodrumArabic-Medium"/>
          <w:sz w:val="21"/>
          <w:szCs w:val="21"/>
          <w:rtl/>
        </w:rPr>
        <w:t>للمعلومات</w:t>
      </w:r>
      <w:r w:rsidRPr="00BC2961">
        <w:rPr>
          <w:rFonts w:ascii="DiodrumArabic-Medium" w:hAnsi="DiodrumArabic-Medium"/>
          <w:sz w:val="21"/>
          <w:szCs w:val="21"/>
        </w:rPr>
        <w:t xml:space="preserve"> </w:t>
      </w:r>
      <w:r w:rsidRPr="00BC2961">
        <w:rPr>
          <w:rFonts w:ascii="DiodrumArabic-Medium" w:hAnsi="DiodrumArabic-Medium" w:cs="DiodrumArabic-Medium"/>
          <w:sz w:val="21"/>
          <w:szCs w:val="21"/>
          <w:rtl/>
        </w:rPr>
        <w:t>والتقنيات</w:t>
      </w:r>
      <w:r w:rsidRPr="00BC2961">
        <w:rPr>
          <w:rFonts w:ascii="DiodrumArabic-Medium" w:hAnsi="DiodrumArabic-Medium"/>
          <w:sz w:val="21"/>
          <w:szCs w:val="21"/>
        </w:rPr>
        <w:t xml:space="preserve"> </w:t>
      </w:r>
      <w:r w:rsidRPr="00BC2961">
        <w:rPr>
          <w:rFonts w:ascii="DiodrumArabic-Medium" w:hAnsi="DiodrumArabic-Medium" w:cs="DiodrumArabic-Medium"/>
          <w:sz w:val="21"/>
          <w:szCs w:val="21"/>
          <w:rtl/>
        </w:rPr>
        <w:t>واستخدامها</w:t>
      </w:r>
      <w:r w:rsidRPr="00BC2961">
        <w:rPr>
          <w:rFonts w:ascii="DiodrumArabic-Medium" w:hAnsi="DiodrumArabic-Medium"/>
          <w:sz w:val="21"/>
          <w:szCs w:val="21"/>
        </w:rPr>
        <w:t xml:space="preserve"> </w:t>
      </w:r>
      <w:r w:rsidRPr="00BC2961">
        <w:rPr>
          <w:rFonts w:ascii="DiodrumArabic-Medium" w:hAnsi="DiodrumArabic-Medium" w:cs="DiodrumArabic-Medium"/>
          <w:sz w:val="21"/>
          <w:szCs w:val="21"/>
          <w:rtl/>
        </w:rPr>
        <w:t>بشكل</w:t>
      </w:r>
      <w:r w:rsidRPr="00BC2961">
        <w:rPr>
          <w:rFonts w:ascii="DiodrumArabic-Medium" w:hAnsi="DiodrumArabic-Medium"/>
          <w:sz w:val="21"/>
          <w:szCs w:val="21"/>
        </w:rPr>
        <w:t xml:space="preserve"> </w:t>
      </w:r>
      <w:r w:rsidRPr="00BC2961">
        <w:rPr>
          <w:rFonts w:ascii="DiodrumArabic-Medium" w:hAnsi="DiodrumArabic-Medium" w:cs="DiodrumArabic-Medium"/>
          <w:sz w:val="21"/>
          <w:szCs w:val="21"/>
          <w:rtl/>
        </w:rPr>
        <w:t>فعال</w:t>
      </w:r>
      <w:r w:rsidRPr="00BC2961">
        <w:rPr>
          <w:rFonts w:ascii="DiodrumArabic-Medium" w:hAnsi="DiodrumArabic-Medium"/>
          <w:sz w:val="21"/>
          <w:szCs w:val="21"/>
        </w:rPr>
        <w:t xml:space="preserve"> </w:t>
      </w:r>
      <w:r w:rsidRPr="00BC2961">
        <w:rPr>
          <w:rFonts w:ascii="DiodrumArabic-Medium" w:hAnsi="DiodrumArabic-Medium" w:cs="DiodrumArabic-Medium"/>
          <w:sz w:val="21"/>
          <w:szCs w:val="21"/>
          <w:rtl/>
        </w:rPr>
        <w:t>ومستقل</w:t>
      </w:r>
      <w:r w:rsidRPr="00BC2961">
        <w:rPr>
          <w:rFonts w:hint="cs"/>
          <w:sz w:val="21"/>
          <w:szCs w:val="21"/>
          <w:rtl/>
        </w:rPr>
        <w:t>.</w:t>
      </w:r>
    </w:p>
    <w:p w14:paraId="4C8F4513" w14:textId="048A5BAD" w:rsidR="00D04C7D" w:rsidRPr="00BC2961" w:rsidRDefault="00D04C7D">
      <w:pPr>
        <w:jc w:val="center"/>
      </w:pPr>
    </w:p>
    <w:p w14:paraId="178F8DB5" w14:textId="77777777" w:rsidR="00D04C7D" w:rsidRPr="00BC2961" w:rsidRDefault="00D6184D" w:rsidP="00E3354B">
      <w:pPr>
        <w:pStyle w:val="Heading4"/>
        <w:bidi/>
        <w:rPr>
          <w:rFonts w:ascii="☞DIODRUM ARABIC SEMIBOLD" w:hAnsi="☞DIODRUM ARABIC SEMIBOLD" w:cs="☞DIODRUM ARABIC SEMIBOLD"/>
          <w:i w:val="0"/>
          <w:iCs w:val="0"/>
          <w:color w:val="auto"/>
        </w:rPr>
      </w:pPr>
      <w:r w:rsidRPr="00BC2961">
        <w:rPr>
          <w:rFonts w:ascii="☞DIODRUM ARABIC SEMIBOLD" w:hAnsi="☞DIODRUM ARABIC SEMIBOLD" w:cs="☞DIODRUM ARABIC SEMIBOLD" w:hint="cs"/>
          <w:i w:val="0"/>
          <w:iCs w:val="0"/>
          <w:color w:val="auto"/>
          <w:rtl/>
        </w:rPr>
        <w:t>تطوير</w:t>
      </w:r>
      <w:r w:rsidRPr="00BC2961">
        <w:rPr>
          <w:rFonts w:ascii="☞DIODRUM ARABIC SEMIBOLD" w:hAnsi="☞DIODRUM ARABIC SEMIBOLD" w:cs="☞DIODRUM ARABIC SEMIBOLD" w:hint="cs"/>
          <w:i w:val="0"/>
          <w:iCs w:val="0"/>
          <w:color w:val="auto"/>
        </w:rPr>
        <w:t xml:space="preserve"> </w:t>
      </w:r>
      <w:r w:rsidRPr="00BC2961">
        <w:rPr>
          <w:rFonts w:ascii="☞DIODRUM ARABIC SEMIBOLD" w:hAnsi="☞DIODRUM ARABIC SEMIBOLD" w:cs="☞DIODRUM ARABIC SEMIBOLD" w:hint="cs"/>
          <w:i w:val="0"/>
          <w:iCs w:val="0"/>
          <w:color w:val="auto"/>
          <w:rtl/>
        </w:rPr>
        <w:t>المهارات</w:t>
      </w:r>
    </w:p>
    <w:p w14:paraId="793C08B4" w14:textId="1F1E6BAB" w:rsidR="00D04C7D" w:rsidRPr="00BC2961" w:rsidRDefault="00D6184D">
      <w:pPr>
        <w:bidi/>
      </w:pPr>
      <w:r w:rsidRPr="00BC2961">
        <w:rPr>
          <w:rFonts w:ascii="DiodrumArabic-Medium" w:hAnsi="DiodrumArabic-Medium" w:cs="DiodrumArabic-Medium"/>
          <w:rtl/>
        </w:rPr>
        <w:t>توفير</w:t>
      </w:r>
      <w:r w:rsidRPr="00BC2961">
        <w:rPr>
          <w:rFonts w:ascii="DiodrumArabic-Medium" w:hAnsi="DiodrumArabic-Medium"/>
        </w:rPr>
        <w:t xml:space="preserve"> </w:t>
      </w:r>
      <w:r w:rsidRPr="00BC2961">
        <w:rPr>
          <w:rFonts w:ascii="DiodrumArabic-Medium" w:hAnsi="DiodrumArabic-Medium" w:cs="DiodrumArabic-Medium"/>
          <w:rtl/>
        </w:rPr>
        <w:t>التعليم</w:t>
      </w:r>
      <w:r w:rsidRPr="00BC2961">
        <w:rPr>
          <w:rFonts w:ascii="DiodrumArabic-Medium" w:hAnsi="DiodrumArabic-Medium"/>
        </w:rPr>
        <w:t xml:space="preserve"> </w:t>
      </w:r>
      <w:r w:rsidRPr="00BC2961">
        <w:rPr>
          <w:rFonts w:ascii="DiodrumArabic-Medium" w:hAnsi="DiodrumArabic-Medium" w:cs="DiodrumArabic-Medium"/>
          <w:rtl/>
        </w:rPr>
        <w:t>والتدريب</w:t>
      </w:r>
      <w:r w:rsidRPr="00BC2961">
        <w:rPr>
          <w:rFonts w:ascii="DiodrumArabic-Medium" w:hAnsi="DiodrumArabic-Medium"/>
        </w:rPr>
        <w:t xml:space="preserve"> </w:t>
      </w:r>
      <w:r w:rsidRPr="00BC2961">
        <w:rPr>
          <w:rFonts w:ascii="DiodrumArabic-Medium" w:hAnsi="DiodrumArabic-Medium" w:cs="DiodrumArabic-Medium"/>
          <w:rtl/>
        </w:rPr>
        <w:t>لتزويد</w:t>
      </w:r>
      <w:r w:rsidRPr="00BC2961">
        <w:rPr>
          <w:rFonts w:ascii="DiodrumArabic-Medium" w:hAnsi="DiodrumArabic-Medium"/>
        </w:rPr>
        <w:t xml:space="preserve"> </w:t>
      </w:r>
      <w:r w:rsidRPr="00BC2961">
        <w:rPr>
          <w:rFonts w:ascii="DiodrumArabic-Medium" w:hAnsi="DiodrumArabic-Medium" w:cs="DiodrumArabic-Medium"/>
          <w:rtl/>
        </w:rPr>
        <w:t>الأفراد</w:t>
      </w:r>
      <w:r w:rsidRPr="00BC2961">
        <w:rPr>
          <w:rFonts w:ascii="DiodrumArabic-Medium" w:hAnsi="DiodrumArabic-Medium"/>
        </w:rPr>
        <w:t xml:space="preserve"> </w:t>
      </w:r>
      <w:r w:rsidRPr="00BC2961">
        <w:rPr>
          <w:rFonts w:ascii="DiodrumArabic-Medium" w:hAnsi="DiodrumArabic-Medium" w:cs="DiodrumArabic-Medium"/>
          <w:rtl/>
        </w:rPr>
        <w:t>بالمهارات</w:t>
      </w:r>
      <w:r w:rsidRPr="00BC2961">
        <w:rPr>
          <w:rFonts w:ascii="DiodrumArabic-Medium" w:hAnsi="DiodrumArabic-Medium"/>
        </w:rPr>
        <w:t xml:space="preserve"> </w:t>
      </w:r>
      <w:r w:rsidRPr="00BC2961">
        <w:rPr>
          <w:rFonts w:ascii="DiodrumArabic-Medium" w:hAnsi="DiodrumArabic-Medium" w:cs="DiodrumArabic-Medium"/>
          <w:rtl/>
        </w:rPr>
        <w:t>الرقمية</w:t>
      </w:r>
      <w:r w:rsidRPr="00BC2961">
        <w:rPr>
          <w:rFonts w:ascii="DiodrumArabic-Medium" w:hAnsi="DiodrumArabic-Medium"/>
        </w:rPr>
        <w:t xml:space="preserve"> </w:t>
      </w:r>
      <w:r w:rsidRPr="00BC2961">
        <w:rPr>
          <w:rFonts w:ascii="DiodrumArabic-Medium" w:hAnsi="DiodrumArabic-Medium" w:cs="DiodrumArabic-Medium"/>
          <w:rtl/>
        </w:rPr>
        <w:t>اللازمة</w:t>
      </w:r>
      <w:r w:rsidR="006D754E" w:rsidRPr="00BC2961">
        <w:rPr>
          <w:rFonts w:ascii="DiodrumArabic-Regular" w:hAnsi="DiodrumArabic-Regular" w:hint="cs"/>
          <w:rtl/>
        </w:rPr>
        <w:t>.</w:t>
      </w:r>
    </w:p>
    <w:p w14:paraId="368EA33A" w14:textId="2373245A" w:rsidR="00D04C7D" w:rsidRPr="006D754E" w:rsidRDefault="00D04C7D">
      <w:pPr>
        <w:jc w:val="center"/>
        <w:rPr>
          <w:sz w:val="28"/>
          <w:szCs w:val="28"/>
        </w:rPr>
      </w:pPr>
    </w:p>
    <w:p w14:paraId="53816771" w14:textId="77777777" w:rsidR="00D04C7D" w:rsidRPr="00BC2961" w:rsidRDefault="00D6184D" w:rsidP="00E3354B">
      <w:pPr>
        <w:pStyle w:val="Heading4"/>
        <w:bidi/>
        <w:rPr>
          <w:rFonts w:ascii="☞DIODRUM ARABIC SEMIBOLD" w:hAnsi="☞DIODRUM ARABIC SEMIBOLD" w:cs="☞DIODRUM ARABIC SEMIBOLD"/>
          <w:i w:val="0"/>
          <w:iCs w:val="0"/>
          <w:color w:val="auto"/>
        </w:rPr>
      </w:pPr>
      <w:r w:rsidRPr="00BC2961">
        <w:rPr>
          <w:rFonts w:ascii="☞DIODRUM ARABIC SEMIBOLD" w:hAnsi="☞DIODRUM ARABIC SEMIBOLD" w:cs="☞DIODRUM ARABIC SEMIBOLD" w:hint="cs"/>
          <w:i w:val="0"/>
          <w:iCs w:val="0"/>
          <w:color w:val="auto"/>
          <w:rtl/>
        </w:rPr>
        <w:t>قابلية</w:t>
      </w:r>
      <w:r w:rsidRPr="00BC2961">
        <w:rPr>
          <w:rFonts w:ascii="☞DIODRUM ARABIC SEMIBOLD" w:hAnsi="☞DIODRUM ARABIC SEMIBOLD" w:cs="☞DIODRUM ARABIC SEMIBOLD" w:hint="cs"/>
          <w:i w:val="0"/>
          <w:iCs w:val="0"/>
          <w:color w:val="auto"/>
        </w:rPr>
        <w:t xml:space="preserve"> </w:t>
      </w:r>
      <w:r w:rsidRPr="00BC2961">
        <w:rPr>
          <w:rFonts w:ascii="☞DIODRUM ARABIC SEMIBOLD" w:hAnsi="☞DIODRUM ARABIC SEMIBOLD" w:cs="☞DIODRUM ARABIC SEMIBOLD" w:hint="cs"/>
          <w:i w:val="0"/>
          <w:iCs w:val="0"/>
          <w:color w:val="auto"/>
          <w:rtl/>
        </w:rPr>
        <w:t>الاستخدام</w:t>
      </w:r>
    </w:p>
    <w:p w14:paraId="266A3816" w14:textId="039A9DA6" w:rsidR="00D04C7D" w:rsidRPr="00BC2961" w:rsidRDefault="00D6184D" w:rsidP="00BC2961">
      <w:pPr>
        <w:bidi/>
        <w:rPr>
          <w:rtl/>
        </w:rPr>
      </w:pPr>
      <w:r w:rsidRPr="00BC2961">
        <w:rPr>
          <w:rFonts w:ascii="DiodrumArabic-Medium" w:hAnsi="DiodrumArabic-Medium" w:cs="DiodrumArabic-Medium"/>
          <w:rtl/>
        </w:rPr>
        <w:t>التأكد</w:t>
      </w:r>
      <w:r w:rsidRPr="00BC2961">
        <w:rPr>
          <w:rFonts w:ascii="DiodrumArabic-Medium" w:hAnsi="DiodrumArabic-Medium"/>
        </w:rPr>
        <w:t xml:space="preserve"> </w:t>
      </w:r>
      <w:r w:rsidRPr="00BC2961">
        <w:rPr>
          <w:rFonts w:ascii="DiodrumArabic-Medium" w:hAnsi="DiodrumArabic-Medium" w:cs="DiodrumArabic-Medium"/>
          <w:rtl/>
        </w:rPr>
        <w:t>من</w:t>
      </w:r>
      <w:r w:rsidRPr="00BC2961">
        <w:rPr>
          <w:rFonts w:ascii="DiodrumArabic-Medium" w:hAnsi="DiodrumArabic-Medium"/>
        </w:rPr>
        <w:t xml:space="preserve"> </w:t>
      </w:r>
      <w:r w:rsidRPr="00BC2961">
        <w:rPr>
          <w:rFonts w:ascii="DiodrumArabic-Medium" w:hAnsi="DiodrumArabic-Medium" w:cs="DiodrumArabic-Medium"/>
          <w:rtl/>
        </w:rPr>
        <w:t>أن</w:t>
      </w:r>
      <w:r w:rsidRPr="00BC2961">
        <w:rPr>
          <w:rFonts w:ascii="DiodrumArabic-Medium" w:hAnsi="DiodrumArabic-Medium"/>
        </w:rPr>
        <w:t xml:space="preserve"> </w:t>
      </w:r>
      <w:r w:rsidRPr="00BC2961">
        <w:rPr>
          <w:rFonts w:ascii="DiodrumArabic-Medium" w:hAnsi="DiodrumArabic-Medium" w:cs="DiodrumArabic-Medium"/>
          <w:rtl/>
        </w:rPr>
        <w:t>جميع</w:t>
      </w:r>
      <w:r w:rsidRPr="00BC2961">
        <w:rPr>
          <w:rFonts w:ascii="DiodrumArabic-Medium" w:hAnsi="DiodrumArabic-Medium"/>
        </w:rPr>
        <w:t xml:space="preserve"> </w:t>
      </w:r>
      <w:r w:rsidRPr="00BC2961">
        <w:rPr>
          <w:rFonts w:ascii="DiodrumArabic-Medium" w:hAnsi="DiodrumArabic-Medium" w:cs="DiodrumArabic-Medium"/>
          <w:rtl/>
        </w:rPr>
        <w:t>المنصات</w:t>
      </w:r>
      <w:r w:rsidRPr="00BC2961">
        <w:rPr>
          <w:rFonts w:ascii="DiodrumArabic-Medium" w:hAnsi="DiodrumArabic-Medium"/>
        </w:rPr>
        <w:t xml:space="preserve"> </w:t>
      </w:r>
      <w:r w:rsidRPr="00BC2961">
        <w:rPr>
          <w:rFonts w:ascii="DiodrumArabic-Medium" w:hAnsi="DiodrumArabic-Medium" w:cs="DiodrumArabic-Medium"/>
          <w:rtl/>
        </w:rPr>
        <w:t>والخدمات</w:t>
      </w:r>
      <w:r w:rsidRPr="00BC2961">
        <w:rPr>
          <w:rFonts w:ascii="DiodrumArabic-Medium" w:hAnsi="DiodrumArabic-Medium"/>
        </w:rPr>
        <w:t xml:space="preserve"> </w:t>
      </w:r>
      <w:r w:rsidRPr="00BC2961">
        <w:rPr>
          <w:rFonts w:ascii="DiodrumArabic-Medium" w:hAnsi="DiodrumArabic-Medium" w:cs="DiodrumArabic-Medium"/>
          <w:rtl/>
        </w:rPr>
        <w:t>الرقمية</w:t>
      </w:r>
      <w:r w:rsidRPr="00BC2961">
        <w:rPr>
          <w:rFonts w:ascii="DiodrumArabic-Medium" w:hAnsi="DiodrumArabic-Medium"/>
        </w:rPr>
        <w:t xml:space="preserve"> </w:t>
      </w:r>
      <w:r w:rsidRPr="00BC2961">
        <w:rPr>
          <w:rFonts w:ascii="DiodrumArabic-Medium" w:hAnsi="DiodrumArabic-Medium" w:cs="DiodrumArabic-Medium"/>
          <w:rtl/>
        </w:rPr>
        <w:t>سهلة</w:t>
      </w:r>
      <w:r w:rsidRPr="00BC2961">
        <w:rPr>
          <w:rFonts w:ascii="DiodrumArabic-Medium" w:hAnsi="DiodrumArabic-Medium"/>
        </w:rPr>
        <w:t xml:space="preserve"> </w:t>
      </w:r>
      <w:r w:rsidRPr="00BC2961">
        <w:rPr>
          <w:rFonts w:ascii="DiodrumArabic-Medium" w:hAnsi="DiodrumArabic-Medium" w:cs="DiodrumArabic-Medium"/>
          <w:rtl/>
        </w:rPr>
        <w:t>الاستخدام</w:t>
      </w:r>
      <w:r w:rsidRPr="00BC2961">
        <w:rPr>
          <w:rFonts w:ascii="DiodrumArabic-Medium" w:hAnsi="DiodrumArabic-Medium"/>
        </w:rPr>
        <w:t xml:space="preserve"> </w:t>
      </w:r>
      <w:r w:rsidRPr="00BC2961">
        <w:rPr>
          <w:rFonts w:ascii="DiodrumArabic-Medium" w:hAnsi="DiodrumArabic-Medium" w:cs="DiodrumArabic-Medium"/>
          <w:rtl/>
        </w:rPr>
        <w:t>بالنسبة</w:t>
      </w:r>
      <w:r w:rsidRPr="00BC2961">
        <w:rPr>
          <w:rFonts w:ascii="DiodrumArabic-Medium" w:hAnsi="DiodrumArabic-Medium"/>
        </w:rPr>
        <w:t xml:space="preserve"> </w:t>
      </w:r>
      <w:r w:rsidRPr="00BC2961">
        <w:rPr>
          <w:rFonts w:ascii="DiodrumArabic-Medium" w:hAnsi="DiodrumArabic-Medium" w:cs="DiodrumArabic-Medium"/>
          <w:rtl/>
        </w:rPr>
        <w:t>إلى</w:t>
      </w:r>
      <w:r w:rsidRPr="00BC2961">
        <w:rPr>
          <w:rFonts w:ascii="DiodrumArabic-Medium" w:hAnsi="DiodrumArabic-Medium"/>
        </w:rPr>
        <w:t xml:space="preserve"> </w:t>
      </w:r>
      <w:r w:rsidRPr="00BC2961">
        <w:rPr>
          <w:rFonts w:ascii="DiodrumArabic-Medium" w:hAnsi="DiodrumArabic-Medium" w:cs="DiodrumArabic-Medium"/>
          <w:rtl/>
        </w:rPr>
        <w:t>الجميع</w:t>
      </w:r>
      <w:r w:rsidR="006D754E" w:rsidRPr="00BC2961">
        <w:rPr>
          <w:rFonts w:ascii="DiodrumArabic-Regular" w:hAnsi="DiodrumArabic-Regular" w:hint="cs"/>
          <w:rtl/>
        </w:rPr>
        <w:t>.</w:t>
      </w:r>
    </w:p>
    <w:p w14:paraId="2802E110" w14:textId="77777777" w:rsidR="006D754E" w:rsidRPr="006D754E" w:rsidRDefault="006D754E" w:rsidP="006D754E">
      <w:pPr>
        <w:bidi/>
        <w:rPr>
          <w:sz w:val="28"/>
          <w:szCs w:val="28"/>
        </w:rPr>
      </w:pPr>
    </w:p>
    <w:p w14:paraId="53F67C42" w14:textId="77777777" w:rsidR="00D04C7D" w:rsidRPr="00BC2961" w:rsidRDefault="00D6184D" w:rsidP="00E3354B">
      <w:pPr>
        <w:pStyle w:val="Heading4"/>
        <w:bidi/>
        <w:rPr>
          <w:rFonts w:ascii="☞DIODRUM ARABIC SEMIBOLD" w:hAnsi="☞DIODRUM ARABIC SEMIBOLD" w:cs="☞DIODRUM ARABIC SEMIBOLD"/>
          <w:i w:val="0"/>
          <w:iCs w:val="0"/>
          <w:color w:val="auto"/>
        </w:rPr>
      </w:pPr>
      <w:r w:rsidRPr="00BC2961">
        <w:rPr>
          <w:rFonts w:ascii="☞DIODRUM ARABIC SEMIBOLD" w:hAnsi="☞DIODRUM ARABIC SEMIBOLD" w:cs="☞DIODRUM ARABIC SEMIBOLD" w:hint="cs"/>
          <w:i w:val="0"/>
          <w:iCs w:val="0"/>
          <w:color w:val="auto"/>
          <w:rtl/>
        </w:rPr>
        <w:t>موائمة</w:t>
      </w:r>
      <w:r w:rsidRPr="00BC2961">
        <w:rPr>
          <w:rFonts w:ascii="☞DIODRUM ARABIC SEMIBOLD" w:hAnsi="☞DIODRUM ARABIC SEMIBOLD" w:cs="☞DIODRUM ARABIC SEMIBOLD" w:hint="cs"/>
          <w:i w:val="0"/>
          <w:iCs w:val="0"/>
          <w:color w:val="auto"/>
        </w:rPr>
        <w:t xml:space="preserve"> </w:t>
      </w:r>
      <w:r w:rsidRPr="00BC2961">
        <w:rPr>
          <w:rFonts w:ascii="☞DIODRUM ARABIC SEMIBOLD" w:hAnsi="☞DIODRUM ARABIC SEMIBOLD" w:cs="☞DIODRUM ARABIC SEMIBOLD" w:hint="cs"/>
          <w:i w:val="0"/>
          <w:iCs w:val="0"/>
          <w:color w:val="auto"/>
          <w:rtl/>
        </w:rPr>
        <w:t>المحتوى</w:t>
      </w:r>
    </w:p>
    <w:p w14:paraId="3209C8C5" w14:textId="1BDC8AAE" w:rsidR="00D04C7D" w:rsidRPr="00BC2961" w:rsidRDefault="00D6184D" w:rsidP="00BC2961">
      <w:pPr>
        <w:bidi/>
      </w:pPr>
      <w:r w:rsidRPr="00BC2961">
        <w:rPr>
          <w:rFonts w:ascii="DiodrumArabic-Medium" w:hAnsi="DiodrumArabic-Medium" w:cs="DiodrumArabic-Medium"/>
          <w:rtl/>
        </w:rPr>
        <w:t>إعداد</w:t>
      </w:r>
      <w:r w:rsidRPr="00BC2961">
        <w:rPr>
          <w:rFonts w:ascii="DiodrumArabic-Medium" w:hAnsi="DiodrumArabic-Medium"/>
        </w:rPr>
        <w:t xml:space="preserve"> </w:t>
      </w:r>
      <w:r w:rsidRPr="00BC2961">
        <w:rPr>
          <w:rFonts w:ascii="DiodrumArabic-Medium" w:hAnsi="DiodrumArabic-Medium" w:cs="DiodrumArabic-Medium"/>
          <w:rtl/>
        </w:rPr>
        <w:t>محتوى</w:t>
      </w:r>
      <w:r w:rsidRPr="00BC2961">
        <w:rPr>
          <w:rFonts w:ascii="DiodrumArabic-Medium" w:hAnsi="DiodrumArabic-Medium"/>
        </w:rPr>
        <w:t xml:space="preserve"> </w:t>
      </w:r>
      <w:r w:rsidRPr="00BC2961">
        <w:rPr>
          <w:rFonts w:ascii="DiodrumArabic-Medium" w:hAnsi="DiodrumArabic-Medium" w:cs="DiodrumArabic-Medium"/>
          <w:rtl/>
        </w:rPr>
        <w:t>رقمي</w:t>
      </w:r>
      <w:r w:rsidRPr="00BC2961">
        <w:rPr>
          <w:rFonts w:ascii="DiodrumArabic-Medium" w:hAnsi="DiodrumArabic-Medium"/>
        </w:rPr>
        <w:t xml:space="preserve"> </w:t>
      </w:r>
      <w:r w:rsidRPr="00BC2961">
        <w:rPr>
          <w:rFonts w:ascii="DiodrumArabic-Medium" w:hAnsi="DiodrumArabic-Medium" w:cs="DiodrumArabic-Medium"/>
          <w:rtl/>
        </w:rPr>
        <w:t>موائم</w:t>
      </w:r>
      <w:r w:rsidRPr="00BC2961">
        <w:rPr>
          <w:rFonts w:ascii="DiodrumArabic-Medium" w:hAnsi="DiodrumArabic-Medium"/>
        </w:rPr>
        <w:t xml:space="preserve"> </w:t>
      </w:r>
      <w:r w:rsidRPr="00BC2961">
        <w:rPr>
          <w:rFonts w:ascii="DiodrumArabic-Medium" w:hAnsi="DiodrumArabic-Medium" w:cs="DiodrumArabic-Medium"/>
          <w:rtl/>
        </w:rPr>
        <w:t>ومفيد</w:t>
      </w:r>
      <w:r w:rsidRPr="00BC2961">
        <w:rPr>
          <w:rFonts w:ascii="DiodrumArabic-Medium" w:hAnsi="DiodrumArabic-Medium"/>
        </w:rPr>
        <w:t xml:space="preserve"> </w:t>
      </w:r>
      <w:r w:rsidRPr="00BC2961">
        <w:rPr>
          <w:rFonts w:ascii="DiodrumArabic-Medium" w:hAnsi="DiodrumArabic-Medium" w:cs="DiodrumArabic-Medium"/>
          <w:rtl/>
        </w:rPr>
        <w:t>لجميع</w:t>
      </w:r>
      <w:r w:rsidRPr="00BC2961">
        <w:rPr>
          <w:rFonts w:ascii="DiodrumArabic-Medium" w:hAnsi="DiodrumArabic-Medium"/>
        </w:rPr>
        <w:t xml:space="preserve"> </w:t>
      </w:r>
      <w:r w:rsidRPr="00BC2961">
        <w:rPr>
          <w:rFonts w:ascii="DiodrumArabic-Medium" w:hAnsi="DiodrumArabic-Medium" w:cs="DiodrumArabic-Medium"/>
          <w:rtl/>
        </w:rPr>
        <w:t>المستخدمين</w:t>
      </w:r>
      <w:r w:rsidR="006D754E" w:rsidRPr="00BC2961">
        <w:rPr>
          <w:rFonts w:ascii="DiodrumArabic-Medium" w:hAnsi="DiodrumArabic-Medium" w:hint="cs"/>
          <w:rtl/>
        </w:rPr>
        <w:t>.</w:t>
      </w:r>
    </w:p>
    <w:p w14:paraId="6B2011D7" w14:textId="631E48ED" w:rsidR="00D04C7D" w:rsidRDefault="00D04C7D" w:rsidP="00E3354B"/>
    <w:p w14:paraId="281D5E9F" w14:textId="77777777" w:rsidR="00D04C7D" w:rsidRDefault="00D6184D">
      <w:r>
        <w:br w:type="page"/>
      </w:r>
    </w:p>
    <w:p w14:paraId="09C3BF26" w14:textId="4E4E14BF" w:rsidR="00D04C7D" w:rsidRPr="00103393" w:rsidRDefault="00D6184D">
      <w:pPr>
        <w:pStyle w:val="Heading3"/>
        <w:bidi/>
        <w:rPr>
          <w:rFonts w:ascii="DiodrumArabic-Semibold" w:hAnsi="DiodrumArabic-Semibold" w:cs="DiodrumArabic-Semibold"/>
          <w:color w:val="auto"/>
          <w:sz w:val="24"/>
          <w:szCs w:val="24"/>
        </w:rPr>
      </w:pPr>
      <w:bookmarkStart w:id="31" w:name="heading_17_36_تعزيز_إمكانية_الوصول_الرقم"/>
      <w:bookmarkStart w:id="32" w:name="_Toc204265945"/>
      <w:r w:rsidRPr="00103393">
        <w:rPr>
          <w:rFonts w:ascii="DiodrumArabic-Semibold" w:hAnsi="DiodrumArabic-Semibold" w:cs="DiodrumArabic-Semibold" w:hint="cs"/>
          <w:color w:val="auto"/>
          <w:sz w:val="24"/>
          <w:szCs w:val="24"/>
        </w:rPr>
        <w:lastRenderedPageBreak/>
        <w:t xml:space="preserve">3.6 </w:t>
      </w:r>
      <w:r w:rsidR="00A631E7">
        <w:rPr>
          <w:rFonts w:ascii="DiodrumArabic-Semibold" w:hAnsi="DiodrumArabic-Semibold" w:cs="DiodrumArabic-Semibold" w:hint="cs"/>
          <w:color w:val="auto"/>
          <w:sz w:val="24"/>
          <w:szCs w:val="24"/>
          <w:rtl/>
        </w:rPr>
        <w:t xml:space="preserve"> </w:t>
      </w:r>
      <w:r w:rsidRPr="00103393">
        <w:rPr>
          <w:rFonts w:ascii="DiodrumArabic-Semibold" w:hAnsi="DiodrumArabic-Semibold" w:cs="DiodrumArabic-Semibold" w:hint="cs"/>
          <w:color w:val="auto"/>
          <w:sz w:val="28"/>
          <w:szCs w:val="28"/>
          <w:rtl/>
        </w:rPr>
        <w:t>تعزيز</w:t>
      </w:r>
      <w:r w:rsidRPr="00103393">
        <w:rPr>
          <w:rFonts w:ascii="DiodrumArabic-Semibold" w:hAnsi="DiodrumArabic-Semibold" w:cs="DiodrumArabic-Semibold" w:hint="cs"/>
          <w:color w:val="auto"/>
          <w:sz w:val="28"/>
          <w:szCs w:val="28"/>
        </w:rPr>
        <w:t xml:space="preserve"> </w:t>
      </w:r>
      <w:r w:rsidRPr="00103393">
        <w:rPr>
          <w:rFonts w:ascii="DiodrumArabic-Semibold" w:hAnsi="DiodrumArabic-Semibold" w:cs="DiodrumArabic-Semibold" w:hint="cs"/>
          <w:color w:val="auto"/>
          <w:sz w:val="28"/>
          <w:szCs w:val="28"/>
          <w:rtl/>
        </w:rPr>
        <w:t>إمكانية</w:t>
      </w:r>
      <w:r w:rsidRPr="00103393">
        <w:rPr>
          <w:rFonts w:ascii="DiodrumArabic-Semibold" w:hAnsi="DiodrumArabic-Semibold" w:cs="DiodrumArabic-Semibold" w:hint="cs"/>
          <w:color w:val="auto"/>
          <w:sz w:val="28"/>
          <w:szCs w:val="28"/>
        </w:rPr>
        <w:t xml:space="preserve"> </w:t>
      </w:r>
      <w:r w:rsidRPr="00103393">
        <w:rPr>
          <w:rFonts w:ascii="DiodrumArabic-Semibold" w:hAnsi="DiodrumArabic-Semibold" w:cs="DiodrumArabic-Semibold" w:hint="cs"/>
          <w:color w:val="auto"/>
          <w:sz w:val="28"/>
          <w:szCs w:val="28"/>
          <w:rtl/>
        </w:rPr>
        <w:t>الوصول</w:t>
      </w:r>
      <w:r w:rsidRPr="00103393">
        <w:rPr>
          <w:rFonts w:ascii="DiodrumArabic-Semibold" w:hAnsi="DiodrumArabic-Semibold" w:cs="DiodrumArabic-Semibold" w:hint="cs"/>
          <w:color w:val="auto"/>
          <w:sz w:val="28"/>
          <w:szCs w:val="28"/>
        </w:rPr>
        <w:t xml:space="preserve"> </w:t>
      </w:r>
      <w:r w:rsidRPr="00103393">
        <w:rPr>
          <w:rFonts w:ascii="DiodrumArabic-Semibold" w:hAnsi="DiodrumArabic-Semibold" w:cs="DiodrumArabic-Semibold" w:hint="cs"/>
          <w:color w:val="auto"/>
          <w:sz w:val="28"/>
          <w:szCs w:val="28"/>
          <w:rtl/>
        </w:rPr>
        <w:t>الرقمي</w:t>
      </w:r>
      <w:bookmarkEnd w:id="31"/>
      <w:bookmarkEnd w:id="32"/>
    </w:p>
    <w:p w14:paraId="3588CFED" w14:textId="5083EE5D" w:rsidR="00D04C7D" w:rsidRPr="003C7BAD" w:rsidRDefault="00D6184D" w:rsidP="00BC2961">
      <w:pPr>
        <w:bidi/>
        <w:rPr>
          <w:sz w:val="24"/>
          <w:szCs w:val="24"/>
        </w:rPr>
      </w:pPr>
      <w:r w:rsidRPr="003C7BAD">
        <w:rPr>
          <w:rFonts w:ascii="DiodrumArabic-Medium" w:hAnsi="DiodrumArabic-Medium" w:cs="DiodrumArabic-Medium"/>
          <w:sz w:val="24"/>
          <w:szCs w:val="24"/>
          <w:rtl/>
        </w:rPr>
        <w:t>تشير</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إمكانية</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الوصول</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إلى</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عملية</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تصميم</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المنتجات،</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أو</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الأجهزة،</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أو</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الخدمات،</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أو</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البيئات</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بحيث</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تتناسب</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مع</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الأشخاص</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ذوي</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الإعاقة،</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والهدف</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منها</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تمكين</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جميع</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الأشخاص،</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بصرف</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النظر</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عن</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قدراتهم،</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من</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الوصول</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للمعلومات</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والتقنيات</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واستخدامها</w:t>
      </w:r>
      <w:r w:rsidR="003C7BAD">
        <w:rPr>
          <w:rFonts w:ascii="DiodrumArabic-Medium" w:hAnsi="DiodrumArabic-Medium" w:hint="cs"/>
          <w:sz w:val="24"/>
          <w:szCs w:val="24"/>
          <w:rtl/>
        </w:rPr>
        <w:t>.</w:t>
      </w:r>
    </w:p>
    <w:p w14:paraId="5C9D76A3" w14:textId="685F76C7" w:rsidR="00D04C7D" w:rsidRDefault="00D6184D" w:rsidP="00BC2961">
      <w:pPr>
        <w:bidi/>
        <w:rPr>
          <w:sz w:val="24"/>
          <w:szCs w:val="24"/>
          <w:rtl/>
        </w:rPr>
      </w:pPr>
      <w:r w:rsidRPr="003C7BAD">
        <w:rPr>
          <w:rFonts w:ascii="DiodrumArabic-Medium" w:hAnsi="DiodrumArabic-Medium" w:cs="DiodrumArabic-Medium"/>
          <w:sz w:val="24"/>
          <w:szCs w:val="24"/>
          <w:rtl/>
        </w:rPr>
        <w:t>وانطلاقاً</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من</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هذا</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المفهوم،</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أطلقت</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هيئة</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الحكومة</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الرقمية</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مبادرة</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تهدف</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إلى</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تطوير</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إرشادات</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إمكانية</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الوصول</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لمحتوى</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الويب</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والمواصفات</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التقنية</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والمصادر</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التعليمية،</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لتمكين</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الأشخاص</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ذوي</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الإعاقة</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من</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الوصول</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إلى</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المحتوى</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الرقمي</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تسعى</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هذه</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المبادرة</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إلى</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تسهيل</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فهم</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المعايير</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وتنفيذها</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من</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قبل</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المطوّرين،</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مما</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يضمن</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شمولية</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الخدمات</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الرقمية</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وتوفيرها</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لجميع</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فئات</w:t>
      </w:r>
      <w:r w:rsidRPr="003C7BAD">
        <w:rPr>
          <w:rFonts w:ascii="DiodrumArabic-Medium" w:hAnsi="DiodrumArabic-Medium"/>
          <w:sz w:val="24"/>
          <w:szCs w:val="24"/>
        </w:rPr>
        <w:t xml:space="preserve"> </w:t>
      </w:r>
      <w:r w:rsidRPr="003C7BAD">
        <w:rPr>
          <w:rFonts w:ascii="DiodrumArabic-Medium" w:hAnsi="DiodrumArabic-Medium" w:cs="DiodrumArabic-Medium"/>
          <w:sz w:val="24"/>
          <w:szCs w:val="24"/>
          <w:rtl/>
        </w:rPr>
        <w:t>المجتمع</w:t>
      </w:r>
      <w:r w:rsidR="003C7BAD" w:rsidRPr="003C7BAD">
        <w:rPr>
          <w:rFonts w:ascii="DiodrumArabic-Medium" w:hAnsi="DiodrumArabic-Medium" w:hint="cs"/>
          <w:sz w:val="24"/>
          <w:szCs w:val="24"/>
          <w:rtl/>
        </w:rPr>
        <w:t>.</w:t>
      </w:r>
    </w:p>
    <w:p w14:paraId="3647D928" w14:textId="77777777" w:rsidR="00AB2EE1" w:rsidRPr="003C7BAD" w:rsidRDefault="00AB2EE1" w:rsidP="00AB2EE1">
      <w:pPr>
        <w:bidi/>
        <w:rPr>
          <w:sz w:val="24"/>
          <w:szCs w:val="24"/>
        </w:rPr>
      </w:pPr>
    </w:p>
    <w:p w14:paraId="2FF81508" w14:textId="31AC03ED" w:rsidR="003C7BAD" w:rsidRPr="00BC2961" w:rsidRDefault="00D6184D" w:rsidP="008E3632">
      <w:pPr>
        <w:pStyle w:val="Heading4"/>
        <w:bidi/>
        <w:rPr>
          <w:rFonts w:ascii="☞DIODRUM ARABIC SEMIBOLD" w:hAnsi="☞DIODRUM ARABIC SEMIBOLD" w:cs="☞DIODRUM ARABIC SEMIBOLD"/>
          <w:i w:val="0"/>
          <w:iCs w:val="0"/>
          <w:color w:val="auto"/>
          <w:rtl/>
        </w:rPr>
      </w:pPr>
      <w:r w:rsidRPr="00BC2961">
        <w:rPr>
          <w:rFonts w:ascii="☞DIODRUM ARABIC SEMIBOLD" w:hAnsi="☞DIODRUM ARABIC SEMIBOLD" w:cs="☞DIODRUM ARABIC SEMIBOLD" w:hint="cs"/>
          <w:i w:val="0"/>
          <w:iCs w:val="0"/>
          <w:color w:val="auto"/>
          <w:rtl/>
        </w:rPr>
        <w:t>الخصائص</w:t>
      </w:r>
      <w:r w:rsidRPr="00BC2961">
        <w:rPr>
          <w:rFonts w:ascii="☞DIODRUM ARABIC SEMIBOLD" w:hAnsi="☞DIODRUM ARABIC SEMIBOLD" w:cs="☞DIODRUM ARABIC SEMIBOLD" w:hint="cs"/>
          <w:i w:val="0"/>
          <w:iCs w:val="0"/>
          <w:color w:val="auto"/>
        </w:rPr>
        <w:t xml:space="preserve"> </w:t>
      </w:r>
      <w:r w:rsidRPr="00BC2961">
        <w:rPr>
          <w:rFonts w:ascii="☞DIODRUM ARABIC SEMIBOLD" w:hAnsi="☞DIODRUM ARABIC SEMIBOLD" w:cs="☞DIODRUM ARABIC SEMIBOLD" w:hint="cs"/>
          <w:i w:val="0"/>
          <w:iCs w:val="0"/>
          <w:color w:val="auto"/>
          <w:rtl/>
        </w:rPr>
        <w:t>الرئيسية</w:t>
      </w:r>
      <w:r w:rsidRPr="00BC2961">
        <w:rPr>
          <w:rFonts w:ascii="☞DIODRUM ARABIC SEMIBOLD" w:hAnsi="☞DIODRUM ARABIC SEMIBOLD" w:cs="☞DIODRUM ARABIC SEMIBOLD" w:hint="cs"/>
          <w:i w:val="0"/>
          <w:iCs w:val="0"/>
          <w:color w:val="auto"/>
        </w:rPr>
        <w:t xml:space="preserve"> </w:t>
      </w:r>
      <w:r w:rsidRPr="00BC2961">
        <w:rPr>
          <w:rFonts w:ascii="☞DIODRUM ARABIC SEMIBOLD" w:hAnsi="☞DIODRUM ARABIC SEMIBOLD" w:cs="☞DIODRUM ARABIC SEMIBOLD" w:hint="cs"/>
          <w:i w:val="0"/>
          <w:iCs w:val="0"/>
          <w:color w:val="auto"/>
          <w:rtl/>
        </w:rPr>
        <w:t>لإمكانية</w:t>
      </w:r>
      <w:r w:rsidRPr="00BC2961">
        <w:rPr>
          <w:rFonts w:ascii="☞DIODRUM ARABIC SEMIBOLD" w:hAnsi="☞DIODRUM ARABIC SEMIBOLD" w:cs="☞DIODRUM ARABIC SEMIBOLD" w:hint="cs"/>
          <w:i w:val="0"/>
          <w:iCs w:val="0"/>
          <w:color w:val="auto"/>
        </w:rPr>
        <w:t xml:space="preserve"> </w:t>
      </w:r>
      <w:r w:rsidRPr="00BC2961">
        <w:rPr>
          <w:rFonts w:ascii="☞DIODRUM ARABIC SEMIBOLD" w:hAnsi="☞DIODRUM ARABIC SEMIBOLD" w:cs="☞DIODRUM ARABIC SEMIBOLD" w:hint="cs"/>
          <w:i w:val="0"/>
          <w:iCs w:val="0"/>
          <w:color w:val="auto"/>
          <w:rtl/>
        </w:rPr>
        <w:t>الوصول</w:t>
      </w:r>
      <w:r w:rsidRPr="00BC2961">
        <w:rPr>
          <w:rFonts w:ascii="☞DIODRUM ARABIC SEMIBOLD" w:hAnsi="☞DIODRUM ARABIC SEMIBOLD" w:cs="☞DIODRUM ARABIC SEMIBOLD" w:hint="cs"/>
          <w:i w:val="0"/>
          <w:iCs w:val="0"/>
          <w:color w:val="auto"/>
        </w:rPr>
        <w:t xml:space="preserve"> </w:t>
      </w:r>
      <w:r w:rsidRPr="00BC2961">
        <w:rPr>
          <w:rFonts w:ascii="☞DIODRUM ARABIC SEMIBOLD" w:hAnsi="☞DIODRUM ARABIC SEMIBOLD" w:cs="☞DIODRUM ARABIC SEMIBOLD" w:hint="cs"/>
          <w:i w:val="0"/>
          <w:iCs w:val="0"/>
          <w:color w:val="auto"/>
          <w:rtl/>
        </w:rPr>
        <w:t>الرقمي</w:t>
      </w:r>
      <w:r w:rsidR="003C7BAD" w:rsidRPr="00BC2961">
        <w:rPr>
          <w:rFonts w:ascii="☞DIODRUM ARABIC SEMIBOLD" w:hAnsi="☞DIODRUM ARABIC SEMIBOLD" w:cs="☞DIODRUM ARABIC SEMIBOLD" w:hint="cs"/>
          <w:i w:val="0"/>
          <w:iCs w:val="0"/>
          <w:color w:val="auto"/>
          <w:rtl/>
        </w:rPr>
        <w:t>:</w:t>
      </w:r>
    </w:p>
    <w:p w14:paraId="4DC74580" w14:textId="77777777" w:rsidR="00AB2EE1" w:rsidRDefault="00AB2EE1" w:rsidP="00AB2EE1">
      <w:pPr>
        <w:bidi/>
      </w:pPr>
    </w:p>
    <w:p w14:paraId="7D8C95A3" w14:textId="7E7FD29C" w:rsidR="003C7BAD" w:rsidRPr="00BC2961" w:rsidRDefault="003C7BAD" w:rsidP="00BC2961">
      <w:pPr>
        <w:pStyle w:val="ListParagraph"/>
        <w:numPr>
          <w:ilvl w:val="0"/>
          <w:numId w:val="15"/>
        </w:numPr>
        <w:bidi/>
        <w:rPr>
          <w:rFonts w:ascii="☞DIODRUM ARABIC MEDIUM" w:hAnsi="☞DIODRUM ARABIC MEDIUM" w:cs="☞DIODRUM ARABIC MEDIUM"/>
          <w:sz w:val="21"/>
          <w:szCs w:val="21"/>
          <w:rtl/>
        </w:rPr>
      </w:pPr>
      <w:bookmarkStart w:id="33" w:name="_Hlk204249987"/>
      <w:proofErr w:type="spellStart"/>
      <w:r w:rsidRPr="00BC2961">
        <w:rPr>
          <w:rFonts w:ascii="☞DIODRUM ARABIC SEMIBOLD" w:hAnsi="☞DIODRUM ARABIC SEMIBOLD" w:cs="☞DIODRUM ARABIC SEMIBOLD" w:hint="cs"/>
          <w:b/>
          <w:bCs/>
          <w:sz w:val="21"/>
          <w:szCs w:val="21"/>
          <w:rtl/>
        </w:rPr>
        <w:t>أنسنة</w:t>
      </w:r>
      <w:proofErr w:type="spellEnd"/>
      <w:r w:rsidRPr="00BC2961">
        <w:rPr>
          <w:rFonts w:ascii="☞DIODRUM ARABIC SEMIBOLD" w:hAnsi="☞DIODRUM ARABIC SEMIBOLD" w:cs="☞DIODRUM ARABIC SEMIBOLD" w:hint="cs"/>
          <w:b/>
          <w:bCs/>
          <w:sz w:val="21"/>
          <w:szCs w:val="21"/>
          <w:rtl/>
        </w:rPr>
        <w:t xml:space="preserve"> الخدمة :</w:t>
      </w:r>
      <w:r w:rsidRPr="00BC2961">
        <w:rPr>
          <w:rFonts w:ascii="☞DIODRUM ARABIC MEDIUM" w:hAnsi="☞DIODRUM ARABIC MEDIUM" w:cs="☞DIODRUM ARABIC MEDIUM" w:hint="cs"/>
          <w:sz w:val="21"/>
          <w:szCs w:val="21"/>
          <w:rtl/>
        </w:rPr>
        <w:t xml:space="preserve"> تشير إلى عملية تضمين الصفات والخصائص البشرية في الخدمات</w:t>
      </w:r>
      <w:r w:rsidRPr="00BC2961">
        <w:rPr>
          <w:rFonts w:ascii="☞DIODRUM ARABIC MEDIUM" w:hAnsi="☞DIODRUM ARABIC MEDIUM" w:cs="☞DIODRUM ARABIC MEDIUM" w:hint="cs"/>
          <w:sz w:val="21"/>
          <w:szCs w:val="21"/>
          <w:rtl/>
          <w:lang w:bidi="ar"/>
        </w:rPr>
        <w:t xml:space="preserve">. </w:t>
      </w:r>
      <w:r w:rsidRPr="00BC2961">
        <w:rPr>
          <w:rFonts w:ascii="☞DIODRUM ARABIC MEDIUM" w:hAnsi="☞DIODRUM ARABIC MEDIUM" w:cs="☞DIODRUM ARABIC MEDIUM" w:hint="cs"/>
          <w:sz w:val="21"/>
          <w:szCs w:val="21"/>
          <w:rtl/>
        </w:rPr>
        <w:t>وتتمحور حول توفير تجربة أكثر تخصيصاً وتعاطفاً وتركيزاً على الإنسان للأفراد الذين يستخدمون الخدمة</w:t>
      </w:r>
      <w:r w:rsidRPr="00BC2961">
        <w:rPr>
          <w:rFonts w:ascii="☞DIODRUM ARABIC MEDIUM" w:hAnsi="☞DIODRUM ARABIC MEDIUM" w:cs="☞DIODRUM ARABIC MEDIUM" w:hint="cs"/>
          <w:sz w:val="21"/>
          <w:szCs w:val="21"/>
          <w:rtl/>
          <w:lang w:bidi="ar"/>
        </w:rPr>
        <w:t>.</w:t>
      </w:r>
    </w:p>
    <w:p w14:paraId="5312D11B" w14:textId="0B89423C" w:rsidR="003C7BAD" w:rsidRPr="00BC2961" w:rsidRDefault="003C7BAD" w:rsidP="00BC2961">
      <w:pPr>
        <w:pStyle w:val="ListParagraph"/>
        <w:numPr>
          <w:ilvl w:val="0"/>
          <w:numId w:val="15"/>
        </w:numPr>
        <w:bidi/>
        <w:rPr>
          <w:rFonts w:ascii="☞DIODRUM ARABIC MEDIUM" w:hAnsi="☞DIODRUM ARABIC MEDIUM" w:cs="☞DIODRUM ARABIC MEDIUM"/>
          <w:sz w:val="21"/>
          <w:szCs w:val="21"/>
        </w:rPr>
      </w:pPr>
      <w:r w:rsidRPr="00BC2961">
        <w:rPr>
          <w:rFonts w:ascii="☞DIODRUM ARABIC SEMIBOLD" w:hAnsi="☞DIODRUM ARABIC SEMIBOLD" w:cs="☞DIODRUM ARABIC SEMIBOLD" w:hint="cs"/>
          <w:b/>
          <w:bCs/>
          <w:sz w:val="21"/>
          <w:szCs w:val="21"/>
          <w:rtl/>
        </w:rPr>
        <w:t>إمكانية الوصول لمحتوى الويب:</w:t>
      </w:r>
      <w:r w:rsidRPr="00BC2961">
        <w:rPr>
          <w:rFonts w:ascii="☞DIODRUM ARABIC MEDIUM" w:hAnsi="☞DIODRUM ARABIC MEDIUM" w:cs="☞DIODRUM ARABIC MEDIUM" w:hint="cs"/>
          <w:sz w:val="21"/>
          <w:szCs w:val="21"/>
          <w:rtl/>
        </w:rPr>
        <w:t xml:space="preserve"> يضمن إمكانية استخدام الأشخاص ذوي الإعاقة للمواقع</w:t>
      </w:r>
      <w:r w:rsidR="00AB2EE1" w:rsidRPr="00BC2961">
        <w:rPr>
          <w:rFonts w:ascii="☞DIODRUM ARABIC MEDIUM" w:hAnsi="☞DIODRUM ARABIC MEDIUM" w:cs="☞DIODRUM ARABIC MEDIUM" w:hint="cs"/>
          <w:sz w:val="21"/>
          <w:szCs w:val="21"/>
          <w:lang w:bidi="ar"/>
        </w:rPr>
        <w:t xml:space="preserve"> </w:t>
      </w:r>
      <w:r w:rsidRPr="00BC2961">
        <w:rPr>
          <w:rFonts w:ascii="☞DIODRUM ARABIC MEDIUM" w:hAnsi="☞DIODRUM ARABIC MEDIUM" w:cs="☞DIODRUM ARABIC MEDIUM" w:hint="cs"/>
          <w:sz w:val="21"/>
          <w:szCs w:val="21"/>
          <w:rtl/>
        </w:rPr>
        <w:t xml:space="preserve">الإلكترونية </w:t>
      </w:r>
      <w:r w:rsidR="00BC2961" w:rsidRPr="00BC2961">
        <w:rPr>
          <w:rFonts w:ascii="☞DIODRUM ARABIC MEDIUM" w:hAnsi="☞DIODRUM ARABIC MEDIUM" w:cs="☞DIODRUM ARABIC MEDIUM" w:hint="cs"/>
          <w:sz w:val="21"/>
          <w:szCs w:val="21"/>
          <w:rtl/>
        </w:rPr>
        <w:t>والخدمات عبر</w:t>
      </w:r>
      <w:r w:rsidRPr="00BC2961">
        <w:rPr>
          <w:rFonts w:ascii="☞DIODRUM ARABIC MEDIUM" w:hAnsi="☞DIODRUM ARABIC MEDIUM" w:cs="☞DIODRUM ARABIC MEDIUM" w:hint="cs"/>
          <w:sz w:val="21"/>
          <w:szCs w:val="21"/>
          <w:rtl/>
        </w:rPr>
        <w:t xml:space="preserve"> الإنترنت، بما يتماشى مع المعايير مثل إرشادات إمكانية الوصول لمحتوى </w:t>
      </w:r>
      <w:r w:rsidR="00BC2961" w:rsidRPr="00BC2961">
        <w:rPr>
          <w:rFonts w:ascii="☞DIODRUM ARABIC MEDIUM" w:hAnsi="☞DIODRUM ARABIC MEDIUM" w:cs="☞DIODRUM ARABIC MEDIUM" w:hint="cs"/>
          <w:sz w:val="21"/>
          <w:szCs w:val="21"/>
          <w:rtl/>
        </w:rPr>
        <w:t>الويب</w:t>
      </w:r>
      <w:r w:rsidR="00BC2961" w:rsidRPr="00BC2961">
        <w:rPr>
          <w:rFonts w:ascii="☞DIODRUM ARABIC MEDIUM" w:hAnsi="☞DIODRUM ARABIC MEDIUM" w:cs="☞DIODRUM ARABIC MEDIUM" w:hint="cs"/>
          <w:sz w:val="21"/>
          <w:szCs w:val="21"/>
          <w:rtl/>
          <w:lang w:bidi="ar"/>
        </w:rPr>
        <w:t>(</w:t>
      </w:r>
      <w:r w:rsidR="00BC2961" w:rsidRPr="00BC2961">
        <w:rPr>
          <w:rFonts w:ascii="☞DIODRUM ARABIC MEDIUM" w:hAnsi="☞DIODRUM ARABIC MEDIUM" w:cs="☞DIODRUM ARABIC MEDIUM" w:hint="cs"/>
          <w:sz w:val="21"/>
          <w:szCs w:val="21"/>
          <w:lang w:bidi="ar"/>
        </w:rPr>
        <w:t>WCAG</w:t>
      </w:r>
      <w:r w:rsidRPr="00BC2961">
        <w:rPr>
          <w:rFonts w:ascii="☞DIODRUM ARABIC MEDIUM" w:hAnsi="☞DIODRUM ARABIC MEDIUM" w:cs="☞DIODRUM ARABIC MEDIUM" w:hint="cs"/>
          <w:sz w:val="21"/>
          <w:szCs w:val="21"/>
        </w:rPr>
        <w:t xml:space="preserve"> 2.2</w:t>
      </w:r>
      <w:r w:rsidR="00BC2961" w:rsidRPr="00BC2961">
        <w:rPr>
          <w:rFonts w:ascii="☞DIODRUM ARABIC MEDIUM" w:hAnsi="☞DIODRUM ARABIC MEDIUM" w:cs="☞DIODRUM ARABIC MEDIUM" w:hint="cs"/>
          <w:sz w:val="21"/>
          <w:szCs w:val="21"/>
          <w:rtl/>
        </w:rPr>
        <w:t>).</w:t>
      </w:r>
    </w:p>
    <w:p w14:paraId="0C2C212C" w14:textId="1CD8444A" w:rsidR="00AB2EE1" w:rsidRDefault="00AB2EE1" w:rsidP="008E3632">
      <w:pPr>
        <w:pStyle w:val="ListParagraph"/>
        <w:numPr>
          <w:ilvl w:val="0"/>
          <w:numId w:val="15"/>
        </w:numPr>
        <w:bidi/>
        <w:rPr>
          <w:rFonts w:ascii="☞DIODRUM ARABIC MEDIUM" w:hAnsi="☞DIODRUM ARABIC MEDIUM" w:cs="☞DIODRUM ARABIC MEDIUM"/>
          <w:sz w:val="21"/>
          <w:szCs w:val="21"/>
        </w:rPr>
      </w:pPr>
      <w:r w:rsidRPr="00BC2961">
        <w:rPr>
          <w:rFonts w:ascii="☞DIODRUM ARABIC SEMIBOLD" w:hAnsi="☞DIODRUM ARABIC SEMIBOLD" w:cs="☞DIODRUM ARABIC SEMIBOLD" w:hint="cs"/>
          <w:b/>
          <w:bCs/>
          <w:sz w:val="21"/>
          <w:szCs w:val="21"/>
          <w:rtl/>
        </w:rPr>
        <w:t>التصميم الشامل:</w:t>
      </w:r>
      <w:r w:rsidRPr="00BC2961">
        <w:rPr>
          <w:rFonts w:ascii="☞DIODRUM ARABIC MEDIUM" w:hAnsi="☞DIODRUM ARABIC MEDIUM" w:cs="☞DIODRUM ARABIC MEDIUM" w:hint="cs"/>
          <w:sz w:val="21"/>
          <w:szCs w:val="21"/>
          <w:rtl/>
        </w:rPr>
        <w:t xml:space="preserve"> يقوم على تصميم المنتجات والخدمات الرقمية من الصفر بحيث يمكن لأكبر فئة من المستفيدين استخدامها بصرف النظر عن العمر أو القدرات، من خلال دمج مبادئ الوصول والشمولية في جوهر عملية التصميم.</w:t>
      </w:r>
    </w:p>
    <w:p w14:paraId="1A6D8BEB" w14:textId="77777777" w:rsidR="00BC2961" w:rsidRDefault="00BC2961" w:rsidP="00BC2961">
      <w:pPr>
        <w:bidi/>
        <w:rPr>
          <w:rFonts w:ascii="☞DIODRUM ARABIC MEDIUM" w:hAnsi="☞DIODRUM ARABIC MEDIUM" w:cs="☞DIODRUM ARABIC MEDIUM"/>
          <w:sz w:val="21"/>
          <w:szCs w:val="21"/>
          <w:rtl/>
        </w:rPr>
      </w:pPr>
    </w:p>
    <w:p w14:paraId="0D953E33" w14:textId="77777777" w:rsidR="00BC2961" w:rsidRPr="00BC2961" w:rsidRDefault="00BC2961" w:rsidP="00BC2961">
      <w:pPr>
        <w:bidi/>
        <w:rPr>
          <w:rFonts w:ascii="☞DIODRUM ARABIC MEDIUM" w:hAnsi="☞DIODRUM ARABIC MEDIUM" w:cs="☞DIODRUM ARABIC MEDIUM"/>
          <w:sz w:val="21"/>
          <w:szCs w:val="21"/>
          <w:rtl/>
        </w:rPr>
      </w:pPr>
    </w:p>
    <w:p w14:paraId="295FA454" w14:textId="1192BB27" w:rsidR="00AB2EE1" w:rsidRPr="00BC2961" w:rsidRDefault="00AB2EE1" w:rsidP="00BC2961">
      <w:pPr>
        <w:pStyle w:val="ListParagraph"/>
        <w:numPr>
          <w:ilvl w:val="0"/>
          <w:numId w:val="15"/>
        </w:numPr>
        <w:bidi/>
        <w:rPr>
          <w:rFonts w:ascii="☞DIODRUM ARABIC MEDIUM" w:hAnsi="☞DIODRUM ARABIC MEDIUM" w:cs="☞DIODRUM ARABIC MEDIUM"/>
          <w:sz w:val="21"/>
          <w:szCs w:val="21"/>
          <w:rtl/>
        </w:rPr>
      </w:pPr>
      <w:r w:rsidRPr="00BC2961">
        <w:rPr>
          <w:rFonts w:ascii="☞DIODRUM ARABIC SEMIBOLD" w:hAnsi="☞DIODRUM ARABIC SEMIBOLD" w:cs="☞DIODRUM ARABIC SEMIBOLD" w:hint="cs"/>
          <w:b/>
          <w:bCs/>
          <w:sz w:val="21"/>
          <w:szCs w:val="21"/>
          <w:rtl/>
        </w:rPr>
        <w:lastRenderedPageBreak/>
        <w:t>التقنيات المساعدة:</w:t>
      </w:r>
      <w:r w:rsidRPr="00BC2961">
        <w:rPr>
          <w:rFonts w:ascii="☞DIODRUM ARABIC MEDIUM" w:hAnsi="☞DIODRUM ARABIC MEDIUM" w:cs="☞DIODRUM ARABIC MEDIUM" w:hint="cs"/>
          <w:sz w:val="21"/>
          <w:szCs w:val="21"/>
          <w:rtl/>
        </w:rPr>
        <w:t xml:space="preserve"> تشمل جميع الأدوات والأجهزة التي تساعد الأشخاص ذوي الإعاقة في الوصول للمحتوى الرقمي </w:t>
      </w:r>
      <w:r w:rsidRPr="00BC2961">
        <w:rPr>
          <w:rFonts w:ascii="☞DIODRUM ARABIC MEDIUM" w:hAnsi="☞DIODRUM ARABIC MEDIUM" w:cs="☞DIODRUM ARABIC MEDIUM" w:hint="cs"/>
          <w:sz w:val="21"/>
          <w:szCs w:val="21"/>
          <w:rtl/>
          <w:lang w:bidi="ar"/>
        </w:rPr>
        <w:t>(</w:t>
      </w:r>
      <w:r w:rsidRPr="00BC2961">
        <w:rPr>
          <w:rFonts w:ascii="☞DIODRUM ARABIC MEDIUM" w:hAnsi="☞DIODRUM ARABIC MEDIUM" w:cs="☞DIODRUM ARABIC MEDIUM" w:hint="cs"/>
          <w:sz w:val="21"/>
          <w:szCs w:val="21"/>
          <w:rtl/>
        </w:rPr>
        <w:t>على سبيل المثال أجهزة قارئ الشاشة وبرمجيات التعرف على الكلام</w:t>
      </w:r>
      <w:r w:rsidRPr="00BC2961">
        <w:rPr>
          <w:rFonts w:ascii="☞DIODRUM ARABIC MEDIUM" w:hAnsi="☞DIODRUM ARABIC MEDIUM" w:cs="☞DIODRUM ARABIC MEDIUM" w:hint="cs"/>
          <w:sz w:val="21"/>
          <w:szCs w:val="21"/>
          <w:rtl/>
          <w:lang w:bidi="ar"/>
        </w:rPr>
        <w:t xml:space="preserve">). </w:t>
      </w:r>
      <w:r w:rsidRPr="00BC2961">
        <w:rPr>
          <w:rFonts w:ascii="☞DIODRUM ARABIC MEDIUM" w:hAnsi="☞DIODRUM ARABIC MEDIUM" w:cs="☞DIODRUM ARABIC MEDIUM" w:hint="cs"/>
          <w:sz w:val="21"/>
          <w:szCs w:val="21"/>
          <w:rtl/>
        </w:rPr>
        <w:t xml:space="preserve">ومن بين التطوّرات الأخيرة أجهزة تتبع حركات العين التي تسمح للمستخدمين بالتحكم بأجهزة الكمبيوتر باستخدام حركات العين، والمساعدين الصوتيين للتفاعل مع الصفحات والقنوات الرقمية من دون الحاجة إلى استخدام اليدين، وأجهزة اللمس القابلة للارتداء التي توفّر استجابات </w:t>
      </w:r>
      <w:r w:rsidRPr="00BC2961">
        <w:rPr>
          <w:rFonts w:ascii="☞DIODRUM ARABIC MEDIUM" w:hAnsi="☞DIODRUM ARABIC MEDIUM" w:cs="☞DIODRUM ARABIC MEDIUM" w:hint="cs"/>
          <w:sz w:val="21"/>
          <w:szCs w:val="21"/>
          <w:rtl/>
          <w:lang w:bidi="ar-JO"/>
        </w:rPr>
        <w:t>حسية</w:t>
      </w:r>
      <w:r w:rsidRPr="00BC2961">
        <w:rPr>
          <w:rFonts w:ascii="☞DIODRUM ARABIC MEDIUM" w:hAnsi="☞DIODRUM ARABIC MEDIUM" w:cs="☞DIODRUM ARABIC MEDIUM" w:hint="cs"/>
          <w:sz w:val="21"/>
          <w:szCs w:val="21"/>
          <w:rtl/>
        </w:rPr>
        <w:t xml:space="preserve"> لدعم المستخدمين ذوي الإعاقة البصرية.</w:t>
      </w:r>
    </w:p>
    <w:bookmarkEnd w:id="33"/>
    <w:p w14:paraId="6EE1AC2F" w14:textId="77777777" w:rsidR="00AB2EE1" w:rsidRDefault="00AB2EE1" w:rsidP="008E3632">
      <w:pPr>
        <w:rPr>
          <w:rFonts w:ascii="☞DIODRUM ARABIC MEDIUM" w:hAnsi="☞DIODRUM ARABIC MEDIUM" w:cs="☞DIODRUM ARABIC MEDIUM"/>
          <w:rtl/>
        </w:rPr>
      </w:pPr>
    </w:p>
    <w:p w14:paraId="19388F96" w14:textId="1684E567" w:rsidR="003C7BAD" w:rsidRPr="00BC2961" w:rsidRDefault="00AB2EE1" w:rsidP="00AB2EE1">
      <w:pPr>
        <w:jc w:val="right"/>
        <w:rPr>
          <w:rFonts w:ascii="☞DIODRUM ARABIC SEMIBOLD" w:hAnsi="☞DIODRUM ARABIC SEMIBOLD" w:cs="☞DIODRUM ARABIC SEMIBOLD"/>
          <w:b/>
          <w:bCs/>
          <w:rtl/>
        </w:rPr>
      </w:pPr>
      <w:r w:rsidRPr="00BC2961">
        <w:rPr>
          <w:rFonts w:ascii="☞DIODRUM ARABIC SEMIBOLD" w:hAnsi="☞DIODRUM ARABIC SEMIBOLD" w:cs="☞DIODRUM ARABIC SEMIBOLD" w:hint="cs"/>
          <w:b/>
          <w:bCs/>
          <w:rtl/>
        </w:rPr>
        <w:t>تُعتبر إمكانية الوصول عنصر</w:t>
      </w:r>
      <w:r w:rsidR="00BC2961">
        <w:rPr>
          <w:rFonts w:ascii="☞DIODRUM ARABIC SEMIBOLD" w:hAnsi="☞DIODRUM ARABIC SEMIBOLD" w:cs="☞DIODRUM ARABIC SEMIBOLD" w:hint="cs"/>
          <w:b/>
          <w:bCs/>
          <w:rtl/>
        </w:rPr>
        <w:t>اً</w:t>
      </w:r>
      <w:r w:rsidRPr="00BC2961">
        <w:rPr>
          <w:rFonts w:ascii="☞DIODRUM ARABIC SEMIBOLD" w:hAnsi="☞DIODRUM ARABIC SEMIBOLD" w:cs="☞DIODRUM ARABIC SEMIBOLD" w:hint="cs"/>
          <w:b/>
          <w:bCs/>
          <w:rtl/>
        </w:rPr>
        <w:t xml:space="preserve"> ضروري</w:t>
      </w:r>
      <w:r w:rsidR="00BC2961">
        <w:rPr>
          <w:rFonts w:ascii="☞DIODRUM ARABIC SEMIBOLD" w:hAnsi="☞DIODRUM ARABIC SEMIBOLD" w:cs="☞DIODRUM ARABIC SEMIBOLD" w:hint="cs"/>
          <w:b/>
          <w:bCs/>
          <w:rtl/>
        </w:rPr>
        <w:t xml:space="preserve">اً </w:t>
      </w:r>
      <w:r w:rsidRPr="00BC2961">
        <w:rPr>
          <w:rFonts w:ascii="☞DIODRUM ARABIC SEMIBOLD" w:hAnsi="☞DIODRUM ARABIC SEMIBOLD" w:cs="☞DIODRUM ARABIC SEMIBOLD" w:hint="cs"/>
          <w:b/>
          <w:bCs/>
          <w:rtl/>
        </w:rPr>
        <w:t>لتحقيق العدالة الاجتماعية وحماية حقوق الإنسان، مما يضمن توافر الخدمات الرقمية للجميع بمن فيهم الأشخاص ذوي الإعاقة</w:t>
      </w:r>
      <w:r w:rsidRPr="00BC2961">
        <w:rPr>
          <w:rFonts w:ascii="☞DIODRUM ARABIC SEMIBOLD" w:hAnsi="☞DIODRUM ARABIC SEMIBOLD" w:cs="☞DIODRUM ARABIC SEMIBOLD" w:hint="cs"/>
          <w:b/>
          <w:bCs/>
          <w:rtl/>
          <w:lang w:bidi="ar"/>
        </w:rPr>
        <w:t xml:space="preserve">. </w:t>
      </w:r>
    </w:p>
    <w:p w14:paraId="7334B2A3" w14:textId="3D691C5C" w:rsidR="003C7BAD" w:rsidRDefault="003C7BAD" w:rsidP="003C7BAD">
      <w:pPr>
        <w:pStyle w:val="ListParagraph"/>
        <w:jc w:val="center"/>
        <w:rPr>
          <w:rtl/>
        </w:rPr>
      </w:pPr>
    </w:p>
    <w:p w14:paraId="21C0E81F" w14:textId="5DF247AD" w:rsidR="00D04C7D" w:rsidRPr="00103393" w:rsidRDefault="00A631E7">
      <w:pPr>
        <w:pStyle w:val="Heading3"/>
        <w:bidi/>
        <w:rPr>
          <w:rFonts w:ascii="DiodrumArabic-Semibold" w:hAnsi="DiodrumArabic-Semibold" w:cs="DiodrumArabic-Semibold"/>
          <w:color w:val="auto"/>
        </w:rPr>
      </w:pPr>
      <w:bookmarkStart w:id="34" w:name="heading_18_37_معايير_ومبادئ_إمكانية_الوص"/>
      <w:bookmarkStart w:id="35" w:name="_Toc204265946"/>
      <w:r>
        <w:rPr>
          <w:rFonts w:ascii="DiodrumArabic-Semibold" w:hAnsi="DiodrumArabic-Semibold" w:cs="DiodrumArabic-Semibold"/>
          <w:color w:val="auto"/>
        </w:rPr>
        <w:t xml:space="preserve"> </w:t>
      </w:r>
      <w:r w:rsidR="00D6184D" w:rsidRPr="00103393">
        <w:rPr>
          <w:rFonts w:ascii="DiodrumArabic-Semibold" w:hAnsi="DiodrumArabic-Semibold" w:cs="DiodrumArabic-Semibold" w:hint="cs"/>
          <w:color w:val="auto"/>
        </w:rPr>
        <w:t xml:space="preserve">3.7 </w:t>
      </w:r>
      <w:r w:rsidR="00D6184D" w:rsidRPr="00103393">
        <w:rPr>
          <w:rFonts w:ascii="DiodrumArabic-Semibold" w:hAnsi="DiodrumArabic-Semibold" w:cs="DiodrumArabic-Semibold" w:hint="cs"/>
          <w:color w:val="auto"/>
          <w:rtl/>
        </w:rPr>
        <w:t>معايير</w:t>
      </w:r>
      <w:r w:rsidR="00D6184D" w:rsidRPr="00103393">
        <w:rPr>
          <w:rFonts w:ascii="DiodrumArabic-Semibold" w:hAnsi="DiodrumArabic-Semibold" w:cs="DiodrumArabic-Semibold" w:hint="cs"/>
          <w:color w:val="auto"/>
        </w:rPr>
        <w:t xml:space="preserve"> </w:t>
      </w:r>
      <w:r w:rsidR="00D6184D" w:rsidRPr="00103393">
        <w:rPr>
          <w:rFonts w:ascii="DiodrumArabic-Semibold" w:hAnsi="DiodrumArabic-Semibold" w:cs="DiodrumArabic-Semibold" w:hint="cs"/>
          <w:color w:val="auto"/>
          <w:rtl/>
        </w:rPr>
        <w:t>ومبادئ</w:t>
      </w:r>
      <w:r w:rsidR="00D6184D" w:rsidRPr="00103393">
        <w:rPr>
          <w:rFonts w:ascii="DiodrumArabic-Semibold" w:hAnsi="DiodrumArabic-Semibold" w:cs="DiodrumArabic-Semibold" w:hint="cs"/>
          <w:color w:val="auto"/>
        </w:rPr>
        <w:t xml:space="preserve"> </w:t>
      </w:r>
      <w:r w:rsidR="00D6184D" w:rsidRPr="00103393">
        <w:rPr>
          <w:rFonts w:ascii="DiodrumArabic-Semibold" w:hAnsi="DiodrumArabic-Semibold" w:cs="DiodrumArabic-Semibold" w:hint="cs"/>
          <w:color w:val="auto"/>
          <w:rtl/>
        </w:rPr>
        <w:t>إمكانية</w:t>
      </w:r>
      <w:r w:rsidR="00D6184D" w:rsidRPr="00103393">
        <w:rPr>
          <w:rFonts w:ascii="DiodrumArabic-Semibold" w:hAnsi="DiodrumArabic-Semibold" w:cs="DiodrumArabic-Semibold" w:hint="cs"/>
          <w:color w:val="auto"/>
        </w:rPr>
        <w:t xml:space="preserve"> </w:t>
      </w:r>
      <w:r w:rsidR="00D6184D" w:rsidRPr="00103393">
        <w:rPr>
          <w:rFonts w:ascii="DiodrumArabic-Semibold" w:hAnsi="DiodrumArabic-Semibold" w:cs="DiodrumArabic-Semibold" w:hint="cs"/>
          <w:color w:val="auto"/>
          <w:rtl/>
        </w:rPr>
        <w:t>الوصول</w:t>
      </w:r>
      <w:bookmarkEnd w:id="34"/>
      <w:bookmarkEnd w:id="35"/>
    </w:p>
    <w:p w14:paraId="0095BE1D" w14:textId="71EE0743" w:rsidR="00D04C7D" w:rsidRPr="00BC2961" w:rsidRDefault="00D6184D" w:rsidP="00DC498A">
      <w:pPr>
        <w:pStyle w:val="Heading4"/>
        <w:bidi/>
        <w:rPr>
          <w:rFonts w:ascii="☞DIODRUM ARABIC SEMIBOLD" w:hAnsi="☞DIODRUM ARABIC SEMIBOLD" w:cs="☞DIODRUM ARABIC SEMIBOLD"/>
          <w:i w:val="0"/>
          <w:iCs w:val="0"/>
          <w:color w:val="auto"/>
        </w:rPr>
      </w:pPr>
      <w:r w:rsidRPr="00BC2961">
        <w:rPr>
          <w:rFonts w:ascii="☞DIODRUM ARABIC SEMIBOLD" w:hAnsi="☞DIODRUM ARABIC SEMIBOLD" w:cs="☞DIODRUM ARABIC SEMIBOLD" w:hint="cs"/>
          <w:i w:val="0"/>
          <w:iCs w:val="0"/>
          <w:color w:val="auto"/>
          <w:rtl/>
        </w:rPr>
        <w:t>نحو</w:t>
      </w:r>
      <w:r w:rsidRPr="00BC2961">
        <w:rPr>
          <w:rFonts w:ascii="☞DIODRUM ARABIC SEMIBOLD" w:hAnsi="☞DIODRUM ARABIC SEMIBOLD" w:cs="☞DIODRUM ARABIC SEMIBOLD" w:hint="cs"/>
          <w:i w:val="0"/>
          <w:iCs w:val="0"/>
          <w:color w:val="auto"/>
        </w:rPr>
        <w:t xml:space="preserve"> </w:t>
      </w:r>
      <w:r w:rsidRPr="00BC2961">
        <w:rPr>
          <w:rFonts w:ascii="☞DIODRUM ARABIC SEMIBOLD" w:hAnsi="☞DIODRUM ARABIC SEMIBOLD" w:cs="☞DIODRUM ARABIC SEMIBOLD" w:hint="cs"/>
          <w:i w:val="0"/>
          <w:iCs w:val="0"/>
          <w:color w:val="auto"/>
          <w:rtl/>
        </w:rPr>
        <w:t>تجربة</w:t>
      </w:r>
      <w:r w:rsidRPr="00BC2961">
        <w:rPr>
          <w:rFonts w:ascii="☞DIODRUM ARABIC SEMIBOLD" w:hAnsi="☞DIODRUM ARABIC SEMIBOLD" w:cs="☞DIODRUM ARABIC SEMIBOLD" w:hint="cs"/>
          <w:i w:val="0"/>
          <w:iCs w:val="0"/>
          <w:color w:val="auto"/>
        </w:rPr>
        <w:t xml:space="preserve"> </w:t>
      </w:r>
      <w:r w:rsidRPr="00BC2961">
        <w:rPr>
          <w:rFonts w:ascii="☞DIODRUM ARABIC SEMIBOLD" w:hAnsi="☞DIODRUM ARABIC SEMIBOLD" w:cs="☞DIODRUM ARABIC SEMIBOLD" w:hint="cs"/>
          <w:i w:val="0"/>
          <w:iCs w:val="0"/>
          <w:color w:val="auto"/>
          <w:rtl/>
        </w:rPr>
        <w:t>رقمية</w:t>
      </w:r>
      <w:r w:rsidRPr="00BC2961">
        <w:rPr>
          <w:rFonts w:ascii="☞DIODRUM ARABIC SEMIBOLD" w:hAnsi="☞DIODRUM ARABIC SEMIBOLD" w:cs="☞DIODRUM ARABIC SEMIBOLD" w:hint="cs"/>
          <w:i w:val="0"/>
          <w:iCs w:val="0"/>
          <w:color w:val="auto"/>
        </w:rPr>
        <w:t xml:space="preserve"> </w:t>
      </w:r>
      <w:r w:rsidRPr="00BC2961">
        <w:rPr>
          <w:rFonts w:ascii="☞DIODRUM ARABIC SEMIBOLD" w:hAnsi="☞DIODRUM ARABIC SEMIBOLD" w:cs="☞DIODRUM ARABIC SEMIBOLD" w:hint="cs"/>
          <w:i w:val="0"/>
          <w:iCs w:val="0"/>
          <w:color w:val="auto"/>
          <w:rtl/>
        </w:rPr>
        <w:t>شاملة</w:t>
      </w:r>
    </w:p>
    <w:p w14:paraId="0BAB11A4" w14:textId="621F4B9D" w:rsidR="00D04C7D" w:rsidRDefault="00D6184D">
      <w:pPr>
        <w:bidi/>
        <w:rPr>
          <w:rFonts w:ascii="☞DIODRUM ARABIC MEDIUM" w:hAnsi="☞DIODRUM ARABIC MEDIUM" w:cs="☞DIODRUM ARABIC MEDIUM"/>
          <w:sz w:val="21"/>
          <w:szCs w:val="21"/>
          <w:rtl/>
        </w:rPr>
      </w:pPr>
      <w:r w:rsidRPr="00BC2961">
        <w:rPr>
          <w:rFonts w:ascii="☞DIODRUM ARABIC MEDIUM" w:hAnsi="☞DIODRUM ARABIC MEDIUM" w:cs="☞DIODRUM ARABIC MEDIUM" w:hint="cs"/>
          <w:sz w:val="21"/>
          <w:szCs w:val="21"/>
          <w:rtl/>
        </w:rPr>
        <w:t>تتماشى</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معايير</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ومبادئ</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إمكانية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الوصول</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مع</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معايير</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إمكانية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الوصول</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التي</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حددها</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كل</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من</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قانون</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المواطنين</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الأمريكيين</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ذوي</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الإعاقة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والمادة</w:t>
      </w:r>
      <w:r w:rsidRPr="00BC2961">
        <w:rPr>
          <w:rFonts w:ascii="☞DIODRUM ARABIC MEDIUM" w:hAnsi="☞DIODRUM ARABIC MEDIUM" w:cs="☞DIODRUM ARABIC MEDIUM" w:hint="cs"/>
          <w:sz w:val="21"/>
          <w:szCs w:val="21"/>
        </w:rPr>
        <w:t xml:space="preserve"> 508 </w:t>
      </w:r>
      <w:r w:rsidRPr="00BC2961">
        <w:rPr>
          <w:rFonts w:ascii="☞DIODRUM ARABIC MEDIUM" w:hAnsi="☞DIODRUM ARABIC MEDIUM" w:cs="☞DIODRUM ARABIC MEDIUM" w:hint="cs"/>
          <w:sz w:val="21"/>
          <w:szCs w:val="21"/>
          <w:rtl/>
        </w:rPr>
        <w:t>من</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قانون</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إعادة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التأهيل</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وتُعتبر</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هذه</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المعايير</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ضرورية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لضمان</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إمكانية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وصول</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جميع</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المستخدمين</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للمكوّنات</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المادية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الأجهزة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والواجهات</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البرمجية،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مما</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يساعد</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في</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توفير</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بيئة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رقمية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أكثر</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شمولية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للجميع</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فمن</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خلال</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تطبيق</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مبادئ</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التصميم</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الشامل،</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التي</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تغطي</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الأجهزة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والبرمجيات</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على</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حد</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سواء،</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يوفّر</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النظام</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إطاراً</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شاملاً</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لإمكانية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الوصول</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والشمولية،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مما</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يضمن</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إمكانية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استخدام</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الأشخاص</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ذوي</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القدرات</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المتنوعة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لجميع</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الواجهات</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وفي</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هذا</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السياق،</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يعد</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الدليل</w:t>
      </w:r>
      <w:r w:rsidRPr="00BC2961">
        <w:rPr>
          <w:rFonts w:ascii="☞DIODRUM ARABIC MEDIUM" w:hAnsi="☞DIODRUM ARABIC MEDIUM" w:cs="☞DIODRUM ARABIC MEDIUM" w:hint="cs"/>
          <w:sz w:val="21"/>
          <w:szCs w:val="21"/>
        </w:rPr>
        <w:t xml:space="preserve"> </w:t>
      </w:r>
      <w:proofErr w:type="spellStart"/>
      <w:r w:rsidRPr="00BC2961">
        <w:rPr>
          <w:rFonts w:ascii="☞DIODRUM ARABIC MEDIUM" w:hAnsi="☞DIODRUM ARABIC MEDIUM" w:cs="☞DIODRUM ARABIC MEDIUM" w:hint="cs"/>
          <w:sz w:val="21"/>
          <w:szCs w:val="21"/>
          <w:rtl/>
        </w:rPr>
        <w:t>الاسترشادي</w:t>
      </w:r>
      <w:proofErr w:type="spellEnd"/>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لإمكانية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الوصول</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لمحتوى</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القنوات</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الرقمية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لخدمة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الأشخاص</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ذوي</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الإعاقة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وكبار</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السن،</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الصادر</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عن</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هيئة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الحكومة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الرقمية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مرجعاً</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هاماً</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يُبرز</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الركائز</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الأساسية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لتحقيق</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شمولية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رقمية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متكاملة،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ويمهّد</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هذا</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النهج</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التأسيسي</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الطريق</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للأدلة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الاسترشادية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والركائز</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المحددة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التي</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تلي،</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مما</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يوضّح</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كيف</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يمكن</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دمج</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إمكانية</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الوصول</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بشكل</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سلس</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في</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عمليات</w:t>
      </w:r>
      <w:r w:rsidRPr="00BC2961">
        <w:rPr>
          <w:rFonts w:ascii="☞DIODRUM ARABIC MEDIUM" w:hAnsi="☞DIODRUM ARABIC MEDIUM" w:cs="☞DIODRUM ARABIC MEDIUM" w:hint="cs"/>
          <w:sz w:val="21"/>
          <w:szCs w:val="21"/>
        </w:rPr>
        <w:t xml:space="preserve"> </w:t>
      </w:r>
      <w:r w:rsidRPr="00BC2961">
        <w:rPr>
          <w:rFonts w:ascii="☞DIODRUM ARABIC MEDIUM" w:hAnsi="☞DIODRUM ARABIC MEDIUM" w:cs="☞DIODRUM ARABIC MEDIUM" w:hint="cs"/>
          <w:sz w:val="21"/>
          <w:szCs w:val="21"/>
          <w:rtl/>
        </w:rPr>
        <w:t>التصميم</w:t>
      </w:r>
      <w:r w:rsidR="00AB2EE1" w:rsidRPr="00BC2961">
        <w:rPr>
          <w:rFonts w:ascii="☞DIODRUM ARABIC MEDIUM" w:hAnsi="☞DIODRUM ARABIC MEDIUM" w:cs="☞DIODRUM ARABIC MEDIUM" w:hint="cs"/>
          <w:sz w:val="21"/>
          <w:szCs w:val="21"/>
          <w:rtl/>
        </w:rPr>
        <w:t>.</w:t>
      </w:r>
    </w:p>
    <w:p w14:paraId="37BFAE7C" w14:textId="77777777" w:rsidR="00BC2961" w:rsidRPr="00BC2961" w:rsidRDefault="00BC2961" w:rsidP="00BC2961">
      <w:pPr>
        <w:bidi/>
        <w:rPr>
          <w:rFonts w:ascii="☞DIODRUM ARABIC MEDIUM" w:hAnsi="☞DIODRUM ARABIC MEDIUM" w:cs="☞DIODRUM ARABIC MEDIUM"/>
          <w:sz w:val="21"/>
          <w:szCs w:val="21"/>
        </w:rPr>
      </w:pPr>
    </w:p>
    <w:p w14:paraId="3CD06F69" w14:textId="4F42B4CE" w:rsidR="00D04C7D" w:rsidRPr="00C10ADB" w:rsidRDefault="00D6184D" w:rsidP="00C10ADB">
      <w:pPr>
        <w:pStyle w:val="Heading4"/>
        <w:bidi/>
        <w:rPr>
          <w:rFonts w:ascii="☞DIODRUM ARABIC SEMIBOLD" w:hAnsi="☞DIODRUM ARABIC SEMIBOLD" w:cs="☞DIODRUM ARABIC SEMIBOLD"/>
          <w:i w:val="0"/>
          <w:iCs w:val="0"/>
          <w:color w:val="auto"/>
          <w:rtl/>
        </w:rPr>
      </w:pPr>
      <w:r w:rsidRPr="00C10ADB">
        <w:rPr>
          <w:rFonts w:ascii="☞DIODRUM ARABIC SEMIBOLD" w:hAnsi="☞DIODRUM ARABIC SEMIBOLD" w:cs="☞DIODRUM ARABIC SEMIBOLD" w:hint="cs"/>
          <w:i w:val="0"/>
          <w:iCs w:val="0"/>
          <w:color w:val="auto"/>
          <w:rtl/>
        </w:rPr>
        <w:lastRenderedPageBreak/>
        <w:t>متطلبات</w:t>
      </w:r>
      <w:r w:rsidRPr="00C10ADB">
        <w:rPr>
          <w:rFonts w:ascii="☞DIODRUM ARABIC SEMIBOLD" w:hAnsi="☞DIODRUM ARABIC SEMIBOLD" w:cs="☞DIODRUM ARABIC SEMIBOLD" w:hint="cs"/>
          <w:i w:val="0"/>
          <w:iCs w:val="0"/>
          <w:color w:val="auto"/>
        </w:rPr>
        <w:t xml:space="preserve"> </w:t>
      </w:r>
      <w:r w:rsidRPr="00C10ADB">
        <w:rPr>
          <w:rFonts w:ascii="☞DIODRUM ARABIC SEMIBOLD" w:hAnsi="☞DIODRUM ARABIC SEMIBOLD" w:cs="☞DIODRUM ARABIC SEMIBOLD" w:hint="cs"/>
          <w:i w:val="0"/>
          <w:iCs w:val="0"/>
          <w:color w:val="auto"/>
          <w:rtl/>
        </w:rPr>
        <w:t>تحقيق</w:t>
      </w:r>
      <w:r w:rsidRPr="00C10ADB">
        <w:rPr>
          <w:rFonts w:ascii="☞DIODRUM ARABIC SEMIBOLD" w:hAnsi="☞DIODRUM ARABIC SEMIBOLD" w:cs="☞DIODRUM ARABIC SEMIBOLD" w:hint="cs"/>
          <w:i w:val="0"/>
          <w:iCs w:val="0"/>
          <w:color w:val="auto"/>
        </w:rPr>
        <w:t xml:space="preserve"> </w:t>
      </w:r>
      <w:r w:rsidRPr="00C10ADB">
        <w:rPr>
          <w:rFonts w:ascii="☞DIODRUM ARABIC SEMIBOLD" w:hAnsi="☞DIODRUM ARABIC SEMIBOLD" w:cs="☞DIODRUM ARABIC SEMIBOLD" w:hint="cs"/>
          <w:i w:val="0"/>
          <w:iCs w:val="0"/>
          <w:color w:val="auto"/>
          <w:rtl/>
        </w:rPr>
        <w:t>إمكانية</w:t>
      </w:r>
      <w:r w:rsidRPr="00C10ADB">
        <w:rPr>
          <w:rFonts w:ascii="☞DIODRUM ARABIC SEMIBOLD" w:hAnsi="☞DIODRUM ARABIC SEMIBOLD" w:cs="☞DIODRUM ARABIC SEMIBOLD" w:hint="cs"/>
          <w:i w:val="0"/>
          <w:iCs w:val="0"/>
          <w:color w:val="auto"/>
        </w:rPr>
        <w:t xml:space="preserve"> </w:t>
      </w:r>
      <w:r w:rsidRPr="00C10ADB">
        <w:rPr>
          <w:rFonts w:ascii="☞DIODRUM ARABIC SEMIBOLD" w:hAnsi="☞DIODRUM ARABIC SEMIBOLD" w:cs="☞DIODRUM ARABIC SEMIBOLD" w:hint="cs"/>
          <w:i w:val="0"/>
          <w:iCs w:val="0"/>
          <w:color w:val="auto"/>
          <w:rtl/>
        </w:rPr>
        <w:t>الوصول</w:t>
      </w:r>
    </w:p>
    <w:p w14:paraId="3F7FF76A" w14:textId="58C5DC27" w:rsidR="00EE2FFB" w:rsidRPr="00C10ADB" w:rsidRDefault="00EE2FFB" w:rsidP="00C10ADB">
      <w:pPr>
        <w:pStyle w:val="ListParagraph"/>
        <w:numPr>
          <w:ilvl w:val="0"/>
          <w:numId w:val="12"/>
        </w:numPr>
        <w:bidi/>
        <w:rPr>
          <w:rFonts w:ascii="☞DIODRUM ARABIC MEDIUM" w:hAnsi="☞DIODRUM ARABIC MEDIUM" w:cs="☞DIODRUM ARABIC MEDIUM"/>
          <w:sz w:val="21"/>
          <w:szCs w:val="21"/>
        </w:rPr>
      </w:pPr>
      <w:r w:rsidRPr="00C10ADB">
        <w:rPr>
          <w:rFonts w:ascii="☞DIODRUM ARABIC MEDIUM" w:hAnsi="☞DIODRUM ARABIC MEDIUM" w:cs="☞DIODRUM ARABIC MEDIUM" w:hint="cs"/>
          <w:sz w:val="21"/>
          <w:szCs w:val="21"/>
          <w:rtl/>
        </w:rPr>
        <w:t>قابلية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التشغيل</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تصميم</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أدوات</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التحكم</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بالأجهزة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والبرمجيات</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بحيث</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يسهل</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على</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المستخدمين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ذوي</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الإعاقة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تشغيلها،</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مما</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يضمن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توافر</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البدائل</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لتضمين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المدخلات</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مثل</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الأزرار</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والمفاتيح.</w:t>
      </w:r>
    </w:p>
    <w:p w14:paraId="2B43740D" w14:textId="0ADDCF1B" w:rsidR="00EE2FFB" w:rsidRPr="00C10ADB" w:rsidRDefault="00EE2FFB" w:rsidP="00C10ADB">
      <w:pPr>
        <w:pStyle w:val="ListParagraph"/>
        <w:numPr>
          <w:ilvl w:val="0"/>
          <w:numId w:val="12"/>
        </w:numPr>
        <w:bidi/>
        <w:rPr>
          <w:rFonts w:ascii="☞DIODRUM ARABIC MEDIUM" w:hAnsi="☞DIODRUM ARABIC MEDIUM" w:cs="☞DIODRUM ARABIC MEDIUM"/>
          <w:sz w:val="21"/>
          <w:szCs w:val="21"/>
        </w:rPr>
      </w:pPr>
      <w:r w:rsidRPr="00C10ADB">
        <w:rPr>
          <w:rFonts w:ascii="☞DIODRUM ARABIC MEDIUM" w:hAnsi="☞DIODRUM ARABIC MEDIUM" w:cs="☞DIODRUM ARABIC MEDIUM" w:hint="cs"/>
          <w:sz w:val="21"/>
          <w:szCs w:val="21"/>
          <w:rtl/>
        </w:rPr>
        <w:t>الوصول</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والحركة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تصميم</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الواجهات</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المادية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والرقمية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لتناسب</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المستخدمين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الذين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يتمتعون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بمستويات</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مختلفة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من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الحركة،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مما</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يجعل</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أدوات</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التحكم</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واضحة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ومتاحة.</w:t>
      </w:r>
    </w:p>
    <w:p w14:paraId="55C7E8B1" w14:textId="3691D85E" w:rsidR="00EE2FFB" w:rsidRPr="00C10ADB" w:rsidRDefault="00EE2FFB" w:rsidP="00C10ADB">
      <w:pPr>
        <w:pStyle w:val="ListParagraph"/>
        <w:numPr>
          <w:ilvl w:val="0"/>
          <w:numId w:val="12"/>
        </w:numPr>
        <w:bidi/>
        <w:rPr>
          <w:rFonts w:ascii="☞DIODRUM ARABIC MEDIUM" w:hAnsi="☞DIODRUM ARABIC MEDIUM" w:cs="☞DIODRUM ARABIC MEDIUM"/>
          <w:sz w:val="21"/>
          <w:szCs w:val="21"/>
        </w:rPr>
      </w:pPr>
      <w:r w:rsidRPr="00C10ADB">
        <w:rPr>
          <w:rFonts w:ascii="☞DIODRUM ARABIC MEDIUM" w:hAnsi="☞DIODRUM ARABIC MEDIUM" w:cs="☞DIODRUM ARABIC MEDIUM" w:hint="cs"/>
          <w:sz w:val="21"/>
          <w:szCs w:val="21"/>
          <w:rtl/>
        </w:rPr>
        <w:t>الاستجابة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اللمسية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والسمعية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حيثما</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ينطبق</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ذلك،</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توفّر</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العناصر</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المادية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والبرمجية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إشارات</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لمسية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أو</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سمعية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لتعزيز</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إمكانية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وصول</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المستخدمين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الذين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يعانون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من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إعاقات</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حسية.</w:t>
      </w:r>
    </w:p>
    <w:p w14:paraId="5E1C74CE" w14:textId="364A14C2" w:rsidR="00D04C7D" w:rsidRPr="00C10ADB" w:rsidRDefault="00EE2FFB" w:rsidP="00C10ADB">
      <w:pPr>
        <w:pStyle w:val="ListParagraph"/>
        <w:numPr>
          <w:ilvl w:val="0"/>
          <w:numId w:val="12"/>
        </w:numPr>
        <w:bidi/>
        <w:rPr>
          <w:rFonts w:ascii="☞DIODRUM ARABIC MEDIUM" w:hAnsi="☞DIODRUM ARABIC MEDIUM" w:cs="☞DIODRUM ARABIC MEDIUM"/>
          <w:sz w:val="21"/>
          <w:szCs w:val="21"/>
        </w:rPr>
      </w:pPr>
      <w:r w:rsidRPr="00C10ADB">
        <w:rPr>
          <w:rFonts w:ascii="☞DIODRUM ARABIC MEDIUM" w:hAnsi="☞DIODRUM ARABIC MEDIUM" w:cs="☞DIODRUM ARABIC MEDIUM" w:hint="cs"/>
          <w:sz w:val="21"/>
          <w:szCs w:val="21"/>
          <w:rtl/>
        </w:rPr>
        <w:t>الامتثال</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للمعايير</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تلتزم</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الأدلة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الاسترشادية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بالمعايير</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الواردة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في</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قانون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المواطنين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الأمريكيين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ذوي</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الإعاقة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والمادة</w:t>
      </w:r>
      <w:r w:rsidRPr="00C10ADB">
        <w:rPr>
          <w:rFonts w:ascii="☞DIODRUM ARABIC MEDIUM" w:hAnsi="☞DIODRUM ARABIC MEDIUM" w:cs="☞DIODRUM ARABIC MEDIUM" w:hint="cs"/>
          <w:sz w:val="21"/>
          <w:szCs w:val="21"/>
        </w:rPr>
        <w:t xml:space="preserve"> 508 </w:t>
      </w:r>
      <w:r w:rsidRPr="00C10ADB">
        <w:rPr>
          <w:rFonts w:ascii="☞DIODRUM ARABIC MEDIUM" w:hAnsi="☞DIODRUM ARABIC MEDIUM" w:cs="☞DIODRUM ARABIC MEDIUM" w:hint="cs"/>
          <w:sz w:val="21"/>
          <w:szCs w:val="21"/>
          <w:rtl/>
        </w:rPr>
        <w:t>من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قانون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إعادة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التأهيل،</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مما</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يضمن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الشمولية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على</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صعيد</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جميع</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مستويات</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القدرات</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لكل</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من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المنصات</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المادية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والرقمية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على</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سبيل</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المثال</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النظام</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الوطني</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للتصميم</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الموحد.</w:t>
      </w:r>
    </w:p>
    <w:p w14:paraId="6E3EB1DF" w14:textId="2347D0EA" w:rsidR="00D04C7D" w:rsidRDefault="00D04C7D">
      <w:pPr>
        <w:jc w:val="center"/>
      </w:pPr>
    </w:p>
    <w:p w14:paraId="1A87AE91" w14:textId="168DB272" w:rsidR="00D04C7D" w:rsidRPr="00083043" w:rsidRDefault="00D04C7D" w:rsidP="00083043">
      <w:pPr>
        <w:pStyle w:val="Heading3"/>
      </w:pPr>
    </w:p>
    <w:p w14:paraId="6240AAD2" w14:textId="32B48F24" w:rsidR="00D04C7D" w:rsidRPr="00103393" w:rsidRDefault="00A631E7" w:rsidP="00083043">
      <w:pPr>
        <w:pStyle w:val="Heading3"/>
        <w:bidi/>
        <w:rPr>
          <w:rFonts w:ascii="DiodrumArabic-Semibold" w:hAnsi="DiodrumArabic-Semibold" w:cs="DiodrumArabic-Semibold"/>
          <w:color w:val="auto"/>
          <w:sz w:val="21"/>
          <w:szCs w:val="21"/>
        </w:rPr>
      </w:pPr>
      <w:bookmarkStart w:id="36" w:name="heading_19_38_النظام_الوطني_للتصميم_المو"/>
      <w:bookmarkStart w:id="37" w:name="_Toc204265947"/>
      <w:r>
        <w:rPr>
          <w:rFonts w:ascii="DiodrumArabic-Semibold" w:hAnsi="DiodrumArabic-Semibold" w:cs="DiodrumArabic-Semibold"/>
          <w:color w:val="auto"/>
        </w:rPr>
        <w:t xml:space="preserve"> </w:t>
      </w:r>
      <w:r w:rsidR="00D6184D" w:rsidRPr="00103393">
        <w:rPr>
          <w:rFonts w:ascii="DiodrumArabic-Semibold" w:hAnsi="DiodrumArabic-Semibold" w:cs="DiodrumArabic-Semibold" w:hint="cs"/>
          <w:color w:val="auto"/>
        </w:rPr>
        <w:t xml:space="preserve">3.8 </w:t>
      </w:r>
      <w:r w:rsidR="00D6184D" w:rsidRPr="00103393">
        <w:rPr>
          <w:rFonts w:ascii="DiodrumArabic-Semibold" w:hAnsi="DiodrumArabic-Semibold" w:cs="DiodrumArabic-Semibold" w:hint="cs"/>
          <w:b w:val="0"/>
          <w:bCs w:val="0"/>
          <w:color w:val="auto"/>
          <w:rtl/>
        </w:rPr>
        <w:t>النظام</w:t>
      </w:r>
      <w:r w:rsidR="00D6184D" w:rsidRPr="00103393">
        <w:rPr>
          <w:rFonts w:ascii="DiodrumArabic-Semibold" w:hAnsi="DiodrumArabic-Semibold" w:cs="DiodrumArabic-Semibold" w:hint="cs"/>
          <w:b w:val="0"/>
          <w:bCs w:val="0"/>
          <w:color w:val="auto"/>
        </w:rPr>
        <w:t xml:space="preserve"> </w:t>
      </w:r>
      <w:r w:rsidR="00D6184D" w:rsidRPr="00103393">
        <w:rPr>
          <w:rFonts w:ascii="DiodrumArabic-Semibold" w:hAnsi="DiodrumArabic-Semibold" w:cs="DiodrumArabic-Semibold" w:hint="cs"/>
          <w:b w:val="0"/>
          <w:bCs w:val="0"/>
          <w:color w:val="auto"/>
          <w:rtl/>
        </w:rPr>
        <w:t>الوطني</w:t>
      </w:r>
      <w:r w:rsidR="00D6184D" w:rsidRPr="00103393">
        <w:rPr>
          <w:rFonts w:ascii="DiodrumArabic-Semibold" w:hAnsi="DiodrumArabic-Semibold" w:cs="DiodrumArabic-Semibold" w:hint="cs"/>
          <w:b w:val="0"/>
          <w:bCs w:val="0"/>
          <w:color w:val="auto"/>
        </w:rPr>
        <w:t xml:space="preserve"> </w:t>
      </w:r>
      <w:r w:rsidR="00D6184D" w:rsidRPr="00103393">
        <w:rPr>
          <w:rFonts w:ascii="DiodrumArabic-Semibold" w:hAnsi="DiodrumArabic-Semibold" w:cs="DiodrumArabic-Semibold" w:hint="cs"/>
          <w:b w:val="0"/>
          <w:bCs w:val="0"/>
          <w:color w:val="auto"/>
          <w:rtl/>
        </w:rPr>
        <w:t>للتصميم</w:t>
      </w:r>
      <w:r w:rsidR="00D6184D" w:rsidRPr="00103393">
        <w:rPr>
          <w:rFonts w:ascii="DiodrumArabic-Semibold" w:hAnsi="DiodrumArabic-Semibold" w:cs="DiodrumArabic-Semibold" w:hint="cs"/>
          <w:b w:val="0"/>
          <w:bCs w:val="0"/>
          <w:color w:val="auto"/>
        </w:rPr>
        <w:t xml:space="preserve"> </w:t>
      </w:r>
      <w:r w:rsidR="00D6184D" w:rsidRPr="00103393">
        <w:rPr>
          <w:rFonts w:ascii="DiodrumArabic-Semibold" w:hAnsi="DiodrumArabic-Semibold" w:cs="DiodrumArabic-Semibold" w:hint="cs"/>
          <w:b w:val="0"/>
          <w:bCs w:val="0"/>
          <w:color w:val="auto"/>
          <w:rtl/>
        </w:rPr>
        <w:t>الموحد</w:t>
      </w:r>
      <w:bookmarkEnd w:id="36"/>
      <w:bookmarkEnd w:id="37"/>
    </w:p>
    <w:p w14:paraId="65E61254" w14:textId="0737ECC1" w:rsidR="00D04C7D" w:rsidRPr="00103393" w:rsidRDefault="00A631E7" w:rsidP="00814ACB">
      <w:pPr>
        <w:pStyle w:val="Heading4"/>
        <w:bidi/>
        <w:rPr>
          <w:rFonts w:ascii="DiodrumArabic-Semibold" w:hAnsi="DiodrumArabic-Semibold" w:cs="DiodrumArabic-Semibold"/>
        </w:rPr>
      </w:pPr>
      <w:r>
        <w:rPr>
          <w:rFonts w:ascii="DiodrumArabic-Semibold" w:hAnsi="DiodrumArabic-Semibold" w:cs="DiodrumArabic-Semibold"/>
        </w:rPr>
        <w:t xml:space="preserve"> </w:t>
      </w:r>
      <w:r w:rsidR="00D6184D" w:rsidRPr="00103393">
        <w:rPr>
          <w:rFonts w:ascii="DiodrumArabic-Semibold" w:hAnsi="DiodrumArabic-Semibold" w:cs="DiodrumArabic-Semibold" w:hint="cs"/>
        </w:rPr>
        <w:t xml:space="preserve">3.8.1 </w:t>
      </w:r>
      <w:r w:rsidR="00D6184D" w:rsidRPr="00103393">
        <w:rPr>
          <w:rFonts w:ascii="DiodrumArabic-Semibold" w:hAnsi="DiodrumArabic-Semibold" w:cs="DiodrumArabic-Semibold" w:hint="cs"/>
          <w:i w:val="0"/>
          <w:iCs w:val="0"/>
          <w:color w:val="auto"/>
          <w:sz w:val="21"/>
          <w:szCs w:val="21"/>
          <w:rtl/>
        </w:rPr>
        <w:t>إمكانية</w:t>
      </w:r>
      <w:r w:rsidR="00D6184D" w:rsidRPr="00103393">
        <w:rPr>
          <w:rFonts w:ascii="DiodrumArabic-Semibold" w:hAnsi="DiodrumArabic-Semibold" w:cs="DiodrumArabic-Semibold" w:hint="cs"/>
          <w:i w:val="0"/>
          <w:iCs w:val="0"/>
          <w:color w:val="auto"/>
          <w:sz w:val="21"/>
          <w:szCs w:val="21"/>
        </w:rPr>
        <w:t xml:space="preserve"> </w:t>
      </w:r>
      <w:r w:rsidR="00D6184D" w:rsidRPr="00103393">
        <w:rPr>
          <w:rFonts w:ascii="DiodrumArabic-Semibold" w:hAnsi="DiodrumArabic-Semibold" w:cs="DiodrumArabic-Semibold" w:hint="cs"/>
          <w:i w:val="0"/>
          <w:iCs w:val="0"/>
          <w:color w:val="auto"/>
          <w:sz w:val="21"/>
          <w:szCs w:val="21"/>
          <w:rtl/>
        </w:rPr>
        <w:t>الوصول</w:t>
      </w:r>
      <w:r w:rsidR="00D6184D" w:rsidRPr="00103393">
        <w:rPr>
          <w:rFonts w:ascii="DiodrumArabic-Semibold" w:hAnsi="DiodrumArabic-Semibold" w:cs="DiodrumArabic-Semibold" w:hint="cs"/>
          <w:i w:val="0"/>
          <w:iCs w:val="0"/>
          <w:color w:val="auto"/>
          <w:sz w:val="21"/>
          <w:szCs w:val="21"/>
        </w:rPr>
        <w:t xml:space="preserve"> </w:t>
      </w:r>
      <w:r w:rsidR="00D6184D" w:rsidRPr="00103393">
        <w:rPr>
          <w:rFonts w:ascii="DiodrumArabic-Semibold" w:hAnsi="DiodrumArabic-Semibold" w:cs="DiodrumArabic-Semibold" w:hint="cs"/>
          <w:i w:val="0"/>
          <w:iCs w:val="0"/>
          <w:color w:val="auto"/>
          <w:sz w:val="21"/>
          <w:szCs w:val="21"/>
          <w:rtl/>
        </w:rPr>
        <w:t>في</w:t>
      </w:r>
      <w:r w:rsidR="00D6184D" w:rsidRPr="00103393">
        <w:rPr>
          <w:rFonts w:ascii="DiodrumArabic-Semibold" w:hAnsi="DiodrumArabic-Semibold" w:cs="DiodrumArabic-Semibold" w:hint="cs"/>
          <w:i w:val="0"/>
          <w:iCs w:val="0"/>
          <w:color w:val="auto"/>
          <w:sz w:val="21"/>
          <w:szCs w:val="21"/>
        </w:rPr>
        <w:t xml:space="preserve"> </w:t>
      </w:r>
      <w:r w:rsidR="00D6184D" w:rsidRPr="00103393">
        <w:rPr>
          <w:rFonts w:ascii="DiodrumArabic-Semibold" w:hAnsi="DiodrumArabic-Semibold" w:cs="DiodrumArabic-Semibold" w:hint="cs"/>
          <w:i w:val="0"/>
          <w:iCs w:val="0"/>
          <w:color w:val="auto"/>
          <w:sz w:val="21"/>
          <w:szCs w:val="21"/>
          <w:rtl/>
        </w:rPr>
        <w:t>النظام</w:t>
      </w:r>
      <w:r w:rsidR="00D6184D" w:rsidRPr="00103393">
        <w:rPr>
          <w:rFonts w:ascii="DiodrumArabic-Semibold" w:hAnsi="DiodrumArabic-Semibold" w:cs="DiodrumArabic-Semibold" w:hint="cs"/>
          <w:i w:val="0"/>
          <w:iCs w:val="0"/>
          <w:color w:val="auto"/>
          <w:sz w:val="21"/>
          <w:szCs w:val="21"/>
        </w:rPr>
        <w:t xml:space="preserve"> </w:t>
      </w:r>
      <w:r w:rsidR="00D6184D" w:rsidRPr="00103393">
        <w:rPr>
          <w:rFonts w:ascii="DiodrumArabic-Semibold" w:hAnsi="DiodrumArabic-Semibold" w:cs="DiodrumArabic-Semibold" w:hint="cs"/>
          <w:i w:val="0"/>
          <w:iCs w:val="0"/>
          <w:color w:val="auto"/>
          <w:sz w:val="21"/>
          <w:szCs w:val="21"/>
          <w:rtl/>
        </w:rPr>
        <w:t>الوطني</w:t>
      </w:r>
      <w:r w:rsidR="00D6184D" w:rsidRPr="00103393">
        <w:rPr>
          <w:rFonts w:ascii="DiodrumArabic-Semibold" w:hAnsi="DiodrumArabic-Semibold" w:cs="DiodrumArabic-Semibold" w:hint="cs"/>
          <w:i w:val="0"/>
          <w:iCs w:val="0"/>
          <w:color w:val="auto"/>
          <w:sz w:val="21"/>
          <w:szCs w:val="21"/>
        </w:rPr>
        <w:t xml:space="preserve"> </w:t>
      </w:r>
      <w:r w:rsidR="00D6184D" w:rsidRPr="00103393">
        <w:rPr>
          <w:rFonts w:ascii="DiodrumArabic-Semibold" w:hAnsi="DiodrumArabic-Semibold" w:cs="DiodrumArabic-Semibold" w:hint="cs"/>
          <w:i w:val="0"/>
          <w:iCs w:val="0"/>
          <w:color w:val="auto"/>
          <w:sz w:val="21"/>
          <w:szCs w:val="21"/>
          <w:rtl/>
        </w:rPr>
        <w:t>للتصميم</w:t>
      </w:r>
      <w:r w:rsidR="00D6184D" w:rsidRPr="00103393">
        <w:rPr>
          <w:rFonts w:ascii="DiodrumArabic-Semibold" w:hAnsi="DiodrumArabic-Semibold" w:cs="DiodrumArabic-Semibold" w:hint="cs"/>
          <w:i w:val="0"/>
          <w:iCs w:val="0"/>
          <w:color w:val="auto"/>
          <w:sz w:val="21"/>
          <w:szCs w:val="21"/>
        </w:rPr>
        <w:t xml:space="preserve"> </w:t>
      </w:r>
      <w:r w:rsidR="00D6184D" w:rsidRPr="00103393">
        <w:rPr>
          <w:rFonts w:ascii="DiodrumArabic-Semibold" w:hAnsi="DiodrumArabic-Semibold" w:cs="DiodrumArabic-Semibold" w:hint="cs"/>
          <w:i w:val="0"/>
          <w:iCs w:val="0"/>
          <w:color w:val="auto"/>
          <w:sz w:val="21"/>
          <w:szCs w:val="21"/>
          <w:rtl/>
        </w:rPr>
        <w:t>الموحد</w:t>
      </w:r>
      <w:r w:rsidR="00EE2FFB" w:rsidRPr="00103393">
        <w:rPr>
          <w:rFonts w:ascii="DiodrumArabic-Semibold" w:hAnsi="DiodrumArabic-Semibold" w:cs="DiodrumArabic-Semibold" w:hint="cs"/>
          <w:i w:val="0"/>
          <w:iCs w:val="0"/>
          <w:color w:val="auto"/>
          <w:sz w:val="21"/>
          <w:szCs w:val="21"/>
          <w:rtl/>
        </w:rPr>
        <w:t>:</w:t>
      </w:r>
    </w:p>
    <w:p w14:paraId="465A0AC4" w14:textId="68B822C6" w:rsidR="00D04C7D" w:rsidRDefault="00D6184D" w:rsidP="00C10ADB">
      <w:pPr>
        <w:bidi/>
        <w:rPr>
          <w:rFonts w:ascii="☞DIODRUM ARABIC MEDIUM" w:hAnsi="☞DIODRUM ARABIC MEDIUM" w:cs="☞DIODRUM ARABIC MEDIUM"/>
          <w:sz w:val="21"/>
          <w:szCs w:val="21"/>
          <w:rtl/>
        </w:rPr>
      </w:pPr>
      <w:r w:rsidRPr="00C10ADB">
        <w:rPr>
          <w:rFonts w:ascii="☞DIODRUM ARABIC MEDIUM" w:hAnsi="☞DIODRUM ARABIC MEDIUM" w:cs="☞DIODRUM ARABIC MEDIUM" w:hint="cs"/>
          <w:sz w:val="21"/>
          <w:szCs w:val="21"/>
          <w:rtl/>
        </w:rPr>
        <w:t>يضمن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النظام</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الوطني</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للتصميم</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الموحد</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امتثال</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الأجهزة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والبرمجيات</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لمعايير</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إمكانية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الوصول</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الدولية،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مما</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يتيح</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لجميع</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المستخدمين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إمكانية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التعامل</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مع</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الخدمات</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الرقمية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بطريقة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سلسة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وتحدد</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لغة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التصميم</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الموحدة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هذه</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مجموعة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من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المعايير</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المتسقة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لضمان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تجارب</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عالية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الجودة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للمستخدمين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على</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مستوى</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جميع</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المنصات</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الحكومية</w:t>
      </w:r>
      <w:r w:rsidR="00EE2FFB" w:rsidRPr="00C10ADB">
        <w:rPr>
          <w:rFonts w:ascii="☞DIODRUM ARABIC MEDIUM" w:hAnsi="☞DIODRUM ARABIC MEDIUM" w:cs="☞DIODRUM ARABIC MEDIUM" w:hint="cs"/>
          <w:sz w:val="21"/>
          <w:szCs w:val="21"/>
          <w:rtl/>
        </w:rPr>
        <w:t>.</w:t>
      </w:r>
    </w:p>
    <w:p w14:paraId="7F4076A1" w14:textId="77777777" w:rsidR="00C10ADB" w:rsidRPr="00C10ADB" w:rsidRDefault="00C10ADB" w:rsidP="00C10ADB">
      <w:pPr>
        <w:bidi/>
        <w:rPr>
          <w:rFonts w:ascii="☞DIODRUM ARABIC MEDIUM" w:hAnsi="☞DIODRUM ARABIC MEDIUM" w:cs="☞DIODRUM ARABIC MEDIUM"/>
          <w:sz w:val="21"/>
          <w:szCs w:val="21"/>
        </w:rPr>
      </w:pPr>
    </w:p>
    <w:p w14:paraId="075BCA69" w14:textId="530CC2F5" w:rsidR="00D04C7D" w:rsidRPr="00C10ADB" w:rsidRDefault="00D6184D" w:rsidP="00C10ADB">
      <w:pPr>
        <w:bidi/>
        <w:jc w:val="center"/>
        <w:rPr>
          <w:rFonts w:ascii="☞DIODRUM ARABIC MEDIUM" w:hAnsi="☞DIODRUM ARABIC MEDIUM" w:cs="☞DIODRUM ARABIC MEDIUM"/>
          <w:sz w:val="21"/>
          <w:szCs w:val="21"/>
        </w:rPr>
      </w:pPr>
      <w:r w:rsidRPr="00C10ADB">
        <w:rPr>
          <w:rFonts w:ascii="☞DIODRUM ARABIC MEDIUM" w:hAnsi="☞DIODRUM ARABIC MEDIUM" w:cs="☞DIODRUM ARABIC MEDIUM" w:hint="cs"/>
          <w:sz w:val="21"/>
          <w:szCs w:val="21"/>
          <w:rtl/>
        </w:rPr>
        <w:t>وتُعتبر</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إمكانية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الوصول</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عنصراً</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أساسياً</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لتحقيق</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هدف</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رؤية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المملكة</w:t>
      </w:r>
      <w:r w:rsidRPr="00C10ADB">
        <w:rPr>
          <w:rFonts w:ascii="☞DIODRUM ARABIC MEDIUM" w:hAnsi="☞DIODRUM ARABIC MEDIUM" w:cs="☞DIODRUM ARABIC MEDIUM" w:hint="cs"/>
          <w:sz w:val="21"/>
          <w:szCs w:val="21"/>
        </w:rPr>
        <w:t xml:space="preserve"> 2030 </w:t>
      </w:r>
      <w:r w:rsidRPr="00C10ADB">
        <w:rPr>
          <w:rFonts w:ascii="☞DIODRUM ARABIC MEDIUM" w:hAnsi="☞DIODRUM ARABIC MEDIUM" w:cs="☞DIODRUM ARABIC MEDIUM" w:hint="cs"/>
          <w:sz w:val="21"/>
          <w:szCs w:val="21"/>
          <w:rtl/>
        </w:rPr>
        <w:t>المتمثل</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في</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بناء</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اقتصاد</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متنوع</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وشامل</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ومن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خلال</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التصميم</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الذي</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يركّز</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على</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المستخدم،</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مثل</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اختبار</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قابلية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الاستخدام</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مع</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الأشخاص</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ذوي</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الإعاقة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وإجراء</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التحسينات</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بشكل</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متكرر</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بناءً</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على</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تغذيتهم</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الراجعة،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تضمن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المملكة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العربية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السعودية</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أن</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تلبي</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جهود</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التحول</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الرقمي</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احتياجات</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جميع</w:t>
      </w:r>
      <w:r w:rsidRPr="00C10ADB">
        <w:rPr>
          <w:rFonts w:ascii="☞DIODRUM ARABIC MEDIUM" w:hAnsi="☞DIODRUM ARABIC MEDIUM" w:cs="☞DIODRUM ARABIC MEDIUM" w:hint="cs"/>
          <w:sz w:val="21"/>
          <w:szCs w:val="21"/>
        </w:rPr>
        <w:t xml:space="preserve"> </w:t>
      </w:r>
      <w:r w:rsidRPr="00C10ADB">
        <w:rPr>
          <w:rFonts w:ascii="☞DIODRUM ARABIC MEDIUM" w:hAnsi="☞DIODRUM ARABIC MEDIUM" w:cs="☞DIODRUM ARABIC MEDIUM" w:hint="cs"/>
          <w:sz w:val="21"/>
          <w:szCs w:val="21"/>
          <w:rtl/>
        </w:rPr>
        <w:t>المواطنين</w:t>
      </w:r>
      <w:r w:rsidR="00EE2FFB" w:rsidRPr="00C10ADB">
        <w:rPr>
          <w:rFonts w:ascii="☞DIODRUM ARABIC MEDIUM" w:hAnsi="☞DIODRUM ARABIC MEDIUM" w:cs="☞DIODRUM ARABIC MEDIUM" w:hint="cs"/>
          <w:sz w:val="21"/>
          <w:szCs w:val="21"/>
          <w:rtl/>
        </w:rPr>
        <w:t>.</w:t>
      </w:r>
    </w:p>
    <w:p w14:paraId="6770E360" w14:textId="4E8E4AED" w:rsidR="00D04C7D" w:rsidRDefault="00D6184D">
      <w:pPr>
        <w:bidi/>
      </w:pPr>
      <w:r>
        <w:rPr>
          <w:rFonts w:ascii="DiodrumArabic-Medium" w:hAnsi="DiodrumArabic-Medium" w:cs="DiodrumArabic-Medium"/>
          <w:sz w:val="21"/>
          <w:szCs w:val="21"/>
          <w:rtl/>
        </w:rPr>
        <w:lastRenderedPageBreak/>
        <w:t>وأحد</w:t>
      </w:r>
      <w:r>
        <w:rPr>
          <w:rFonts w:ascii="DiodrumArabic-Medium" w:hAnsi="DiodrumArabic-Medium"/>
          <w:sz w:val="21"/>
        </w:rPr>
        <w:t xml:space="preserve"> </w:t>
      </w:r>
      <w:r>
        <w:rPr>
          <w:rFonts w:ascii="DiodrumArabic-Medium" w:hAnsi="DiodrumArabic-Medium" w:cs="DiodrumArabic-Medium"/>
          <w:sz w:val="21"/>
          <w:szCs w:val="21"/>
          <w:rtl/>
        </w:rPr>
        <w:t>العناصر</w:t>
      </w:r>
      <w:r>
        <w:rPr>
          <w:rFonts w:ascii="DiodrumArabic-Medium" w:hAnsi="DiodrumArabic-Medium"/>
          <w:sz w:val="21"/>
        </w:rPr>
        <w:t xml:space="preserve"> </w:t>
      </w:r>
      <w:r>
        <w:rPr>
          <w:rFonts w:ascii="DiodrumArabic-Medium" w:hAnsi="DiodrumArabic-Medium" w:cs="DiodrumArabic-Medium"/>
          <w:sz w:val="21"/>
          <w:szCs w:val="21"/>
          <w:rtl/>
        </w:rPr>
        <w:t>الأساسية</w:t>
      </w:r>
      <w:r>
        <w:rPr>
          <w:rFonts w:ascii="DiodrumArabic-Medium" w:hAnsi="DiodrumArabic-Medium"/>
          <w:sz w:val="21"/>
        </w:rPr>
        <w:t xml:space="preserve"> </w:t>
      </w:r>
      <w:r>
        <w:rPr>
          <w:rFonts w:ascii="DiodrumArabic-Medium" w:hAnsi="DiodrumArabic-Medium" w:cs="DiodrumArabic-Medium"/>
          <w:sz w:val="21"/>
          <w:szCs w:val="21"/>
          <w:rtl/>
        </w:rPr>
        <w:t>التي</w:t>
      </w:r>
      <w:r>
        <w:rPr>
          <w:rFonts w:ascii="DiodrumArabic-Medium" w:hAnsi="DiodrumArabic-Medium"/>
          <w:sz w:val="21"/>
        </w:rPr>
        <w:t xml:space="preserve"> </w:t>
      </w:r>
      <w:r>
        <w:rPr>
          <w:rFonts w:ascii="DiodrumArabic-Medium" w:hAnsi="DiodrumArabic-Medium" w:cs="DiodrumArabic-Medium"/>
          <w:sz w:val="21"/>
          <w:szCs w:val="21"/>
          <w:rtl/>
        </w:rPr>
        <w:t>يشملها</w:t>
      </w:r>
      <w:r>
        <w:rPr>
          <w:rFonts w:ascii="DiodrumArabic-Medium" w:hAnsi="DiodrumArabic-Medium"/>
          <w:sz w:val="21"/>
        </w:rPr>
        <w:t xml:space="preserve"> </w:t>
      </w:r>
      <w:r>
        <w:rPr>
          <w:rFonts w:ascii="DiodrumArabic-Medium" w:hAnsi="DiodrumArabic-Medium" w:cs="DiodrumArabic-Medium"/>
          <w:sz w:val="21"/>
          <w:szCs w:val="21"/>
          <w:rtl/>
        </w:rPr>
        <w:t>هذا</w:t>
      </w:r>
      <w:r>
        <w:rPr>
          <w:rFonts w:ascii="DiodrumArabic-Medium" w:hAnsi="DiodrumArabic-Medium"/>
          <w:sz w:val="21"/>
        </w:rPr>
        <w:t xml:space="preserve"> </w:t>
      </w:r>
      <w:r>
        <w:rPr>
          <w:rFonts w:ascii="DiodrumArabic-Medium" w:hAnsi="DiodrumArabic-Medium" w:cs="DiodrumArabic-Medium"/>
          <w:sz w:val="21"/>
          <w:szCs w:val="21"/>
          <w:rtl/>
        </w:rPr>
        <w:t>الإطار</w:t>
      </w:r>
      <w:r>
        <w:rPr>
          <w:rFonts w:ascii="DiodrumArabic-Medium" w:hAnsi="DiodrumArabic-Medium"/>
          <w:sz w:val="21"/>
        </w:rPr>
        <w:t xml:space="preserve"> </w:t>
      </w:r>
      <w:r>
        <w:rPr>
          <w:rFonts w:ascii="DiodrumArabic-Medium" w:hAnsi="DiodrumArabic-Medium" w:cs="DiodrumArabic-Medium"/>
          <w:sz w:val="21"/>
          <w:szCs w:val="21"/>
          <w:rtl/>
        </w:rPr>
        <w:t>هو</w:t>
      </w:r>
      <w:r>
        <w:rPr>
          <w:rFonts w:ascii="DiodrumArabic-Medium" w:hAnsi="DiodrumArabic-Medium"/>
          <w:sz w:val="21"/>
        </w:rPr>
        <w:t xml:space="preserve"> </w:t>
      </w:r>
      <w:r>
        <w:rPr>
          <w:rFonts w:ascii="DiodrumArabic-Medium" w:hAnsi="DiodrumArabic-Medium" w:cs="DiodrumArabic-Medium"/>
          <w:sz w:val="21"/>
          <w:szCs w:val="21"/>
          <w:rtl/>
        </w:rPr>
        <w:t>إمكانية</w:t>
      </w:r>
      <w:r>
        <w:rPr>
          <w:rFonts w:ascii="DiodrumArabic-Medium" w:hAnsi="DiodrumArabic-Medium"/>
          <w:sz w:val="21"/>
        </w:rPr>
        <w:t xml:space="preserve"> </w:t>
      </w:r>
      <w:r>
        <w:rPr>
          <w:rFonts w:ascii="DiodrumArabic-Medium" w:hAnsi="DiodrumArabic-Medium" w:cs="DiodrumArabic-Medium"/>
          <w:sz w:val="21"/>
          <w:szCs w:val="21"/>
          <w:rtl/>
        </w:rPr>
        <w:t>الوصول،</w:t>
      </w:r>
      <w:r>
        <w:rPr>
          <w:rFonts w:ascii="DiodrumArabic-Medium" w:hAnsi="DiodrumArabic-Medium"/>
          <w:sz w:val="21"/>
        </w:rPr>
        <w:t xml:space="preserve"> </w:t>
      </w:r>
      <w:r>
        <w:rPr>
          <w:rFonts w:ascii="DiodrumArabic-Medium" w:hAnsi="DiodrumArabic-Medium" w:cs="DiodrumArabic-Medium"/>
          <w:sz w:val="21"/>
          <w:szCs w:val="21"/>
          <w:rtl/>
        </w:rPr>
        <w:t>التي</w:t>
      </w:r>
      <w:r>
        <w:rPr>
          <w:rFonts w:ascii="DiodrumArabic-Medium" w:hAnsi="DiodrumArabic-Medium"/>
          <w:sz w:val="21"/>
        </w:rPr>
        <w:t xml:space="preserve"> </w:t>
      </w:r>
      <w:r>
        <w:rPr>
          <w:rFonts w:ascii="DiodrumArabic-Medium" w:hAnsi="DiodrumArabic-Medium" w:cs="DiodrumArabic-Medium"/>
          <w:sz w:val="21"/>
          <w:szCs w:val="21"/>
          <w:rtl/>
        </w:rPr>
        <w:t>تهدف</w:t>
      </w:r>
      <w:r>
        <w:rPr>
          <w:rFonts w:ascii="DiodrumArabic-Medium" w:hAnsi="DiodrumArabic-Medium"/>
          <w:sz w:val="21"/>
        </w:rPr>
        <w:t xml:space="preserve"> </w:t>
      </w:r>
      <w:r>
        <w:rPr>
          <w:rFonts w:ascii="DiodrumArabic-Medium" w:hAnsi="DiodrumArabic-Medium" w:cs="DiodrumArabic-Medium"/>
          <w:sz w:val="21"/>
          <w:szCs w:val="21"/>
          <w:rtl/>
        </w:rPr>
        <w:t>إلى</w:t>
      </w:r>
      <w:r>
        <w:rPr>
          <w:rFonts w:ascii="DiodrumArabic-Medium" w:hAnsi="DiodrumArabic-Medium"/>
          <w:sz w:val="21"/>
        </w:rPr>
        <w:t xml:space="preserve"> </w:t>
      </w:r>
      <w:r>
        <w:rPr>
          <w:rFonts w:ascii="DiodrumArabic-Medium" w:hAnsi="DiodrumArabic-Medium" w:cs="DiodrumArabic-Medium"/>
          <w:sz w:val="21"/>
          <w:szCs w:val="21"/>
          <w:rtl/>
        </w:rPr>
        <w:t>إزالة</w:t>
      </w:r>
      <w:r>
        <w:rPr>
          <w:rFonts w:ascii="DiodrumArabic-Medium" w:hAnsi="DiodrumArabic-Medium"/>
          <w:sz w:val="21"/>
        </w:rPr>
        <w:t xml:space="preserve"> </w:t>
      </w:r>
      <w:r>
        <w:rPr>
          <w:rFonts w:ascii="DiodrumArabic-Medium" w:hAnsi="DiodrumArabic-Medium" w:cs="DiodrumArabic-Medium"/>
          <w:sz w:val="21"/>
          <w:szCs w:val="21"/>
          <w:rtl/>
        </w:rPr>
        <w:t>الحواجز</w:t>
      </w:r>
      <w:r>
        <w:rPr>
          <w:rFonts w:ascii="DiodrumArabic-Medium" w:hAnsi="DiodrumArabic-Medium"/>
          <w:sz w:val="21"/>
        </w:rPr>
        <w:t xml:space="preserve"> </w:t>
      </w:r>
      <w:r>
        <w:rPr>
          <w:rFonts w:ascii="DiodrumArabic-Medium" w:hAnsi="DiodrumArabic-Medium" w:cs="DiodrumArabic-Medium"/>
          <w:sz w:val="21"/>
          <w:szCs w:val="21"/>
          <w:rtl/>
        </w:rPr>
        <w:t>حتى</w:t>
      </w:r>
      <w:r>
        <w:rPr>
          <w:rFonts w:ascii="DiodrumArabic-Medium" w:hAnsi="DiodrumArabic-Medium"/>
          <w:sz w:val="21"/>
        </w:rPr>
        <w:t xml:space="preserve"> </w:t>
      </w:r>
      <w:r>
        <w:rPr>
          <w:rFonts w:ascii="DiodrumArabic-Medium" w:hAnsi="DiodrumArabic-Medium" w:cs="DiodrumArabic-Medium"/>
          <w:sz w:val="21"/>
          <w:szCs w:val="21"/>
          <w:rtl/>
        </w:rPr>
        <w:t>يتمكن</w:t>
      </w:r>
      <w:r>
        <w:rPr>
          <w:rFonts w:ascii="DiodrumArabic-Medium" w:hAnsi="DiodrumArabic-Medium"/>
          <w:sz w:val="21"/>
        </w:rPr>
        <w:t xml:space="preserve"> </w:t>
      </w:r>
      <w:r>
        <w:rPr>
          <w:rFonts w:ascii="DiodrumArabic-Medium" w:hAnsi="DiodrumArabic-Medium" w:cs="DiodrumArabic-Medium"/>
          <w:sz w:val="21"/>
          <w:szCs w:val="21"/>
          <w:rtl/>
        </w:rPr>
        <w:t>جميع</w:t>
      </w:r>
      <w:r>
        <w:rPr>
          <w:rFonts w:ascii="DiodrumArabic-Medium" w:hAnsi="DiodrumArabic-Medium"/>
          <w:sz w:val="21"/>
        </w:rPr>
        <w:t xml:space="preserve"> </w:t>
      </w:r>
      <w:r>
        <w:rPr>
          <w:rFonts w:ascii="DiodrumArabic-Medium" w:hAnsi="DiodrumArabic-Medium" w:cs="DiodrumArabic-Medium"/>
          <w:sz w:val="21"/>
          <w:szCs w:val="21"/>
          <w:rtl/>
        </w:rPr>
        <w:t>المستخدمين،</w:t>
      </w:r>
      <w:r>
        <w:rPr>
          <w:rFonts w:ascii="DiodrumArabic-Medium" w:hAnsi="DiodrumArabic-Medium"/>
          <w:sz w:val="21"/>
        </w:rPr>
        <w:t xml:space="preserve"> </w:t>
      </w:r>
      <w:r>
        <w:rPr>
          <w:rFonts w:ascii="DiodrumArabic-Medium" w:hAnsi="DiodrumArabic-Medium" w:cs="DiodrumArabic-Medium"/>
          <w:sz w:val="21"/>
          <w:szCs w:val="21"/>
          <w:rtl/>
        </w:rPr>
        <w:t>بصرف</w:t>
      </w:r>
      <w:r>
        <w:rPr>
          <w:rFonts w:ascii="DiodrumArabic-Medium" w:hAnsi="DiodrumArabic-Medium"/>
          <w:sz w:val="21"/>
        </w:rPr>
        <w:t xml:space="preserve"> </w:t>
      </w:r>
      <w:r>
        <w:rPr>
          <w:rFonts w:ascii="DiodrumArabic-Medium" w:hAnsi="DiodrumArabic-Medium" w:cs="DiodrumArabic-Medium"/>
          <w:sz w:val="21"/>
          <w:szCs w:val="21"/>
          <w:rtl/>
        </w:rPr>
        <w:t>النظر</w:t>
      </w:r>
      <w:r>
        <w:rPr>
          <w:rFonts w:ascii="DiodrumArabic-Medium" w:hAnsi="DiodrumArabic-Medium"/>
          <w:sz w:val="21"/>
        </w:rPr>
        <w:t xml:space="preserve"> </w:t>
      </w:r>
      <w:r>
        <w:rPr>
          <w:rFonts w:ascii="DiodrumArabic-Medium" w:hAnsi="DiodrumArabic-Medium" w:cs="DiodrumArabic-Medium"/>
          <w:sz w:val="21"/>
          <w:szCs w:val="21"/>
          <w:rtl/>
        </w:rPr>
        <w:t>عن</w:t>
      </w:r>
      <w:r>
        <w:rPr>
          <w:rFonts w:ascii="DiodrumArabic-Medium" w:hAnsi="DiodrumArabic-Medium"/>
          <w:sz w:val="21"/>
        </w:rPr>
        <w:t xml:space="preserve"> </w:t>
      </w:r>
      <w:r>
        <w:rPr>
          <w:rFonts w:ascii="DiodrumArabic-Medium" w:hAnsi="DiodrumArabic-Medium" w:cs="DiodrumArabic-Medium"/>
          <w:sz w:val="21"/>
          <w:szCs w:val="21"/>
          <w:rtl/>
        </w:rPr>
        <w:t>قدراتهم،</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الوصول</w:t>
      </w:r>
      <w:r>
        <w:rPr>
          <w:rFonts w:ascii="DiodrumArabic-Medium" w:hAnsi="DiodrumArabic-Medium"/>
          <w:sz w:val="21"/>
        </w:rPr>
        <w:t xml:space="preserve"> </w:t>
      </w:r>
      <w:r>
        <w:rPr>
          <w:rFonts w:ascii="DiodrumArabic-Medium" w:hAnsi="DiodrumArabic-Medium" w:cs="DiodrumArabic-Medium"/>
          <w:sz w:val="21"/>
          <w:szCs w:val="21"/>
          <w:rtl/>
        </w:rPr>
        <w:t>إلى</w:t>
      </w:r>
      <w:r>
        <w:rPr>
          <w:rFonts w:ascii="DiodrumArabic-Medium" w:hAnsi="DiodrumArabic-Medium"/>
          <w:sz w:val="21"/>
        </w:rPr>
        <w:t xml:space="preserve"> </w:t>
      </w:r>
      <w:r>
        <w:rPr>
          <w:rFonts w:ascii="DiodrumArabic-Medium" w:hAnsi="DiodrumArabic-Medium" w:cs="DiodrumArabic-Medium"/>
          <w:sz w:val="21"/>
          <w:szCs w:val="21"/>
          <w:rtl/>
        </w:rPr>
        <w:t>المعلومات</w:t>
      </w:r>
      <w:r>
        <w:rPr>
          <w:rFonts w:ascii="DiodrumArabic-Medium" w:hAnsi="DiodrumArabic-Medium"/>
          <w:sz w:val="21"/>
        </w:rPr>
        <w:t xml:space="preserve"> </w:t>
      </w:r>
      <w:r>
        <w:rPr>
          <w:rFonts w:ascii="DiodrumArabic-Medium" w:hAnsi="DiodrumArabic-Medium" w:cs="DiodrumArabic-Medium"/>
          <w:sz w:val="21"/>
          <w:szCs w:val="21"/>
          <w:rtl/>
        </w:rPr>
        <w:t>والخدمات</w:t>
      </w:r>
      <w:r>
        <w:rPr>
          <w:rFonts w:ascii="DiodrumArabic-Medium" w:hAnsi="DiodrumArabic-Medium"/>
          <w:sz w:val="21"/>
        </w:rPr>
        <w:t xml:space="preserve"> </w:t>
      </w:r>
      <w:r>
        <w:rPr>
          <w:rFonts w:ascii="DiodrumArabic-Medium" w:hAnsi="DiodrumArabic-Medium" w:cs="DiodrumArabic-Medium"/>
          <w:sz w:val="21"/>
          <w:szCs w:val="21"/>
          <w:rtl/>
        </w:rPr>
        <w:t>بسهولة،</w:t>
      </w:r>
      <w:r>
        <w:rPr>
          <w:rFonts w:ascii="DiodrumArabic-Medium" w:hAnsi="DiodrumArabic-Medium"/>
          <w:sz w:val="21"/>
        </w:rPr>
        <w:t xml:space="preserve"> </w:t>
      </w:r>
      <w:r>
        <w:rPr>
          <w:rFonts w:ascii="DiodrumArabic-Medium" w:hAnsi="DiodrumArabic-Medium" w:cs="DiodrumArabic-Medium"/>
          <w:sz w:val="21"/>
          <w:szCs w:val="21"/>
          <w:rtl/>
        </w:rPr>
        <w:t>وتعزيز</w:t>
      </w:r>
      <w:r>
        <w:rPr>
          <w:rFonts w:ascii="DiodrumArabic-Medium" w:hAnsi="DiodrumArabic-Medium"/>
          <w:sz w:val="21"/>
        </w:rPr>
        <w:t xml:space="preserve"> </w:t>
      </w:r>
      <w:r>
        <w:rPr>
          <w:rFonts w:ascii="DiodrumArabic-Medium" w:hAnsi="DiodrumArabic-Medium" w:cs="DiodrumArabic-Medium"/>
          <w:sz w:val="21"/>
          <w:szCs w:val="21"/>
          <w:rtl/>
        </w:rPr>
        <w:t>الشمولية</w:t>
      </w:r>
      <w:r>
        <w:rPr>
          <w:rFonts w:ascii="DiodrumArabic-Medium" w:hAnsi="DiodrumArabic-Medium"/>
          <w:sz w:val="21"/>
        </w:rPr>
        <w:t xml:space="preserve"> </w:t>
      </w:r>
      <w:r>
        <w:rPr>
          <w:rFonts w:ascii="DiodrumArabic-Medium" w:hAnsi="DiodrumArabic-Medium" w:cs="DiodrumArabic-Medium"/>
          <w:sz w:val="21"/>
          <w:szCs w:val="21"/>
          <w:rtl/>
        </w:rPr>
        <w:t>على</w:t>
      </w:r>
      <w:r>
        <w:rPr>
          <w:rFonts w:ascii="DiodrumArabic-Medium" w:hAnsi="DiodrumArabic-Medium"/>
          <w:sz w:val="21"/>
        </w:rPr>
        <w:t xml:space="preserve"> </w:t>
      </w:r>
      <w:r>
        <w:rPr>
          <w:rFonts w:ascii="DiodrumArabic-Medium" w:hAnsi="DiodrumArabic-Medium" w:cs="DiodrumArabic-Medium"/>
          <w:sz w:val="21"/>
          <w:szCs w:val="21"/>
          <w:rtl/>
        </w:rPr>
        <w:t>مستوى</w:t>
      </w:r>
      <w:r>
        <w:rPr>
          <w:rFonts w:ascii="DiodrumArabic-Medium" w:hAnsi="DiodrumArabic-Medium"/>
          <w:sz w:val="21"/>
        </w:rPr>
        <w:t xml:space="preserve"> </w:t>
      </w:r>
      <w:r>
        <w:rPr>
          <w:rFonts w:ascii="DiodrumArabic-Medium" w:hAnsi="DiodrumArabic-Medium" w:cs="DiodrumArabic-Medium"/>
          <w:sz w:val="21"/>
          <w:szCs w:val="21"/>
          <w:rtl/>
        </w:rPr>
        <w:t>كل</w:t>
      </w:r>
      <w:r>
        <w:rPr>
          <w:rFonts w:ascii="DiodrumArabic-Medium" w:hAnsi="DiodrumArabic-Medium"/>
          <w:sz w:val="21"/>
        </w:rPr>
        <w:t xml:space="preserve"> </w:t>
      </w:r>
      <w:r>
        <w:rPr>
          <w:rFonts w:ascii="DiodrumArabic-Medium" w:hAnsi="DiodrumArabic-Medium" w:cs="DiodrumArabic-Medium"/>
          <w:sz w:val="21"/>
          <w:szCs w:val="21"/>
          <w:rtl/>
        </w:rPr>
        <w:t>جانب</w:t>
      </w:r>
      <w:r>
        <w:rPr>
          <w:rFonts w:ascii="DiodrumArabic-Medium" w:hAnsi="DiodrumArabic-Medium"/>
          <w:sz w:val="21"/>
        </w:rPr>
        <w:t xml:space="preserve"> </w:t>
      </w:r>
      <w:r>
        <w:rPr>
          <w:rFonts w:ascii="DiodrumArabic-Medium" w:hAnsi="DiodrumArabic-Medium" w:cs="DiodrumArabic-Medium"/>
          <w:sz w:val="21"/>
          <w:szCs w:val="21"/>
          <w:rtl/>
        </w:rPr>
        <w:t>من</w:t>
      </w:r>
      <w:r>
        <w:rPr>
          <w:rFonts w:ascii="DiodrumArabic-Medium" w:hAnsi="DiodrumArabic-Medium"/>
          <w:sz w:val="21"/>
        </w:rPr>
        <w:t xml:space="preserve"> </w:t>
      </w:r>
      <w:r>
        <w:rPr>
          <w:rFonts w:ascii="DiodrumArabic-Medium" w:hAnsi="DiodrumArabic-Medium" w:cs="DiodrumArabic-Medium"/>
          <w:sz w:val="21"/>
          <w:szCs w:val="21"/>
          <w:rtl/>
        </w:rPr>
        <w:t>جوانب</w:t>
      </w:r>
      <w:r>
        <w:rPr>
          <w:rFonts w:ascii="DiodrumArabic-Medium" w:hAnsi="DiodrumArabic-Medium"/>
          <w:sz w:val="21"/>
        </w:rPr>
        <w:t xml:space="preserve"> </w:t>
      </w:r>
      <w:r>
        <w:rPr>
          <w:rFonts w:ascii="DiodrumArabic-Medium" w:hAnsi="DiodrumArabic-Medium" w:cs="DiodrumArabic-Medium"/>
          <w:sz w:val="21"/>
          <w:szCs w:val="21"/>
          <w:rtl/>
        </w:rPr>
        <w:t>المشاركة</w:t>
      </w:r>
      <w:r>
        <w:rPr>
          <w:rFonts w:ascii="DiodrumArabic-Medium" w:hAnsi="DiodrumArabic-Medium"/>
          <w:sz w:val="21"/>
        </w:rPr>
        <w:t xml:space="preserve"> </w:t>
      </w:r>
      <w:r>
        <w:rPr>
          <w:rFonts w:ascii="DiodrumArabic-Medium" w:hAnsi="DiodrumArabic-Medium" w:cs="DiodrumArabic-Medium"/>
          <w:sz w:val="21"/>
          <w:szCs w:val="21"/>
          <w:rtl/>
        </w:rPr>
        <w:t>الرقمية</w:t>
      </w:r>
      <w:r w:rsidR="00EE2FFB">
        <w:rPr>
          <w:rFonts w:ascii="DiodrumArabic-Medium" w:hAnsi="DiodrumArabic-Medium" w:hint="cs"/>
          <w:sz w:val="21"/>
          <w:rtl/>
        </w:rPr>
        <w:t>.</w:t>
      </w:r>
    </w:p>
    <w:p w14:paraId="70CFD3C8" w14:textId="7D150022" w:rsidR="00D04C7D" w:rsidRPr="00103393" w:rsidRDefault="00D6184D" w:rsidP="004F7F68">
      <w:pPr>
        <w:bidi/>
        <w:rPr>
          <w:rFonts w:ascii="DiodrumArabic-Semibold" w:hAnsi="DiodrumArabic-Semibold" w:cs="DiodrumArabic-Semibold"/>
        </w:rPr>
      </w:pPr>
      <w:r w:rsidRPr="00103393">
        <w:rPr>
          <w:rFonts w:ascii="DiodrumArabic-Semibold" w:hAnsi="DiodrumArabic-Semibold" w:cs="DiodrumArabic-Semibold" w:hint="cs"/>
          <w:sz w:val="28"/>
          <w:szCs w:val="28"/>
          <w:rtl/>
        </w:rPr>
        <w:t>تركز</w:t>
      </w:r>
      <w:r w:rsidRPr="00103393">
        <w:rPr>
          <w:rFonts w:ascii="DiodrumArabic-Semibold" w:hAnsi="DiodrumArabic-Semibold" w:cs="DiodrumArabic-Semibold" w:hint="cs"/>
          <w:sz w:val="28"/>
        </w:rPr>
        <w:t xml:space="preserve"> </w:t>
      </w:r>
      <w:r w:rsidRPr="00103393">
        <w:rPr>
          <w:rFonts w:ascii="DiodrumArabic-Semibold" w:hAnsi="DiodrumArabic-Semibold" w:cs="DiodrumArabic-Semibold" w:hint="cs"/>
          <w:sz w:val="28"/>
          <w:szCs w:val="28"/>
          <w:rtl/>
        </w:rPr>
        <w:t>إمكانية</w:t>
      </w:r>
      <w:r w:rsidRPr="00103393">
        <w:rPr>
          <w:rFonts w:ascii="DiodrumArabic-Semibold" w:hAnsi="DiodrumArabic-Semibold" w:cs="DiodrumArabic-Semibold" w:hint="cs"/>
          <w:sz w:val="28"/>
        </w:rPr>
        <w:t xml:space="preserve"> </w:t>
      </w:r>
      <w:r w:rsidRPr="00103393">
        <w:rPr>
          <w:rFonts w:ascii="DiodrumArabic-Semibold" w:hAnsi="DiodrumArabic-Semibold" w:cs="DiodrumArabic-Semibold" w:hint="cs"/>
          <w:sz w:val="28"/>
          <w:szCs w:val="28"/>
          <w:rtl/>
        </w:rPr>
        <w:t>الوصول</w:t>
      </w:r>
      <w:r w:rsidRPr="00103393">
        <w:rPr>
          <w:rFonts w:ascii="DiodrumArabic-Semibold" w:hAnsi="DiodrumArabic-Semibold" w:cs="DiodrumArabic-Semibold" w:hint="cs"/>
          <w:sz w:val="28"/>
        </w:rPr>
        <w:t xml:space="preserve"> </w:t>
      </w:r>
      <w:r w:rsidRPr="00103393">
        <w:rPr>
          <w:rFonts w:ascii="DiodrumArabic-Semibold" w:hAnsi="DiodrumArabic-Semibold" w:cs="DiodrumArabic-Semibold" w:hint="cs"/>
          <w:sz w:val="28"/>
          <w:szCs w:val="28"/>
          <w:rtl/>
        </w:rPr>
        <w:t>على</w:t>
      </w:r>
      <w:r w:rsidRPr="00103393">
        <w:rPr>
          <w:rFonts w:ascii="DiodrumArabic-Semibold" w:hAnsi="DiodrumArabic-Semibold" w:cs="DiodrumArabic-Semibold" w:hint="cs"/>
          <w:sz w:val="28"/>
        </w:rPr>
        <w:t xml:space="preserve"> </w:t>
      </w:r>
      <w:r w:rsidRPr="00103393">
        <w:rPr>
          <w:rFonts w:ascii="DiodrumArabic-Semibold" w:hAnsi="DiodrumArabic-Semibold" w:cs="DiodrumArabic-Semibold" w:hint="cs"/>
          <w:sz w:val="28"/>
          <w:szCs w:val="28"/>
          <w:rtl/>
        </w:rPr>
        <w:t>عدة</w:t>
      </w:r>
      <w:r w:rsidRPr="00103393">
        <w:rPr>
          <w:rFonts w:ascii="DiodrumArabic-Semibold" w:hAnsi="DiodrumArabic-Semibold" w:cs="DiodrumArabic-Semibold" w:hint="cs"/>
          <w:sz w:val="28"/>
        </w:rPr>
        <w:t xml:space="preserve"> </w:t>
      </w:r>
      <w:r w:rsidRPr="00103393">
        <w:rPr>
          <w:rFonts w:ascii="DiodrumArabic-Semibold" w:hAnsi="DiodrumArabic-Semibold" w:cs="DiodrumArabic-Semibold" w:hint="cs"/>
          <w:sz w:val="28"/>
          <w:szCs w:val="28"/>
          <w:rtl/>
        </w:rPr>
        <w:t>مجالات</w:t>
      </w:r>
      <w:r w:rsidRPr="00103393">
        <w:rPr>
          <w:rFonts w:ascii="DiodrumArabic-Semibold" w:hAnsi="DiodrumArabic-Semibold" w:cs="DiodrumArabic-Semibold" w:hint="cs"/>
          <w:sz w:val="28"/>
        </w:rPr>
        <w:t xml:space="preserve"> </w:t>
      </w:r>
      <w:r w:rsidRPr="00103393">
        <w:rPr>
          <w:rFonts w:ascii="DiodrumArabic-Semibold" w:hAnsi="DiodrumArabic-Semibold" w:cs="DiodrumArabic-Semibold" w:hint="cs"/>
          <w:sz w:val="28"/>
          <w:szCs w:val="28"/>
          <w:rtl/>
        </w:rPr>
        <w:t>رئيسية</w:t>
      </w:r>
      <w:r w:rsidR="004F7F68" w:rsidRPr="00103393">
        <w:rPr>
          <w:rFonts w:ascii="DiodrumArabic-Semibold" w:hAnsi="DiodrumArabic-Semibold" w:cs="DiodrumArabic-Semibold" w:hint="cs"/>
          <w:sz w:val="28"/>
          <w:rtl/>
        </w:rPr>
        <w:t>:</w:t>
      </w:r>
    </w:p>
    <w:p w14:paraId="6FFC8DCC" w14:textId="77777777" w:rsidR="00D04C7D" w:rsidRPr="00C10ADB" w:rsidRDefault="00D6184D" w:rsidP="00DC498A">
      <w:pPr>
        <w:pStyle w:val="Heading5"/>
        <w:bidi/>
        <w:rPr>
          <w:rFonts w:ascii="☞DIODRUM ARABIC SEMIBOLD" w:hAnsi="☞DIODRUM ARABIC SEMIBOLD" w:cs="☞DIODRUM ARABIC SEMIBOLD"/>
          <w:b/>
          <w:bCs/>
          <w:color w:val="auto"/>
        </w:rPr>
      </w:pPr>
      <w:r w:rsidRPr="00C10ADB">
        <w:rPr>
          <w:rFonts w:ascii="☞DIODRUM ARABIC SEMIBOLD" w:hAnsi="☞DIODRUM ARABIC SEMIBOLD" w:cs="☞DIODRUM ARABIC SEMIBOLD" w:hint="cs"/>
          <w:b/>
          <w:bCs/>
          <w:color w:val="auto"/>
          <w:rtl/>
        </w:rPr>
        <w:t>التصميم</w:t>
      </w:r>
      <w:r w:rsidRPr="00C10ADB">
        <w:rPr>
          <w:rFonts w:ascii="☞DIODRUM ARABIC SEMIBOLD" w:hAnsi="☞DIODRUM ARABIC SEMIBOLD" w:cs="☞DIODRUM ARABIC SEMIBOLD" w:hint="cs"/>
          <w:b/>
          <w:bCs/>
          <w:color w:val="auto"/>
        </w:rPr>
        <w:t xml:space="preserve"> </w:t>
      </w:r>
      <w:r w:rsidRPr="00C10ADB">
        <w:rPr>
          <w:rFonts w:ascii="☞DIODRUM ARABIC SEMIBOLD" w:hAnsi="☞DIODRUM ARABIC SEMIBOLD" w:cs="☞DIODRUM ARABIC SEMIBOLD" w:hint="cs"/>
          <w:b/>
          <w:bCs/>
          <w:color w:val="auto"/>
          <w:rtl/>
        </w:rPr>
        <w:t>المرئي</w:t>
      </w:r>
    </w:p>
    <w:p w14:paraId="46D8CBE9" w14:textId="2887C8D2" w:rsidR="00D04C7D" w:rsidRPr="004F7F68" w:rsidRDefault="00D6184D" w:rsidP="00C10ADB">
      <w:pPr>
        <w:bidi/>
        <w:rPr>
          <w:rFonts w:ascii="☞DIODRUM ARABIC MEDIUM" w:hAnsi="☞DIODRUM ARABIC MEDIUM" w:cs="☞DIODRUM ARABIC MEDIUM"/>
          <w:sz w:val="20"/>
          <w:szCs w:val="20"/>
        </w:rPr>
      </w:pPr>
      <w:r w:rsidRPr="004F7F68">
        <w:rPr>
          <w:rFonts w:ascii="☞DIODRUM ARABIC MEDIUM" w:hAnsi="☞DIODRUM ARABIC MEDIUM" w:cs="☞DIODRUM ARABIC MEDIUM" w:hint="cs"/>
          <w:sz w:val="20"/>
          <w:szCs w:val="20"/>
          <w:rtl/>
        </w:rPr>
        <w:t>تضمن</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إمكانية</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الوصول</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بأن</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التصميم</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المرئي</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يمكن</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إدراكه</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واستيعابه</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من</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جهة</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جميع</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w:t>
      </w:r>
      <w:r w:rsidR="004F7F68">
        <w:rPr>
          <w:rFonts w:ascii="☞DIODRUM ARABIC MEDIUM" w:hAnsi="☞DIODRUM ARABIC MEDIUM" w:cs="☞DIODRUM ARABIC MEDIUM" w:hint="cs"/>
          <w:sz w:val="20"/>
          <w:szCs w:val="20"/>
          <w:rtl/>
        </w:rPr>
        <w:t>لمستخدمين</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يتضمن</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ذلك</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توفير</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تباين</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بين</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النص</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والخلفية،</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واستخدام</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أنظمة</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ألوان</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مناسبة</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للمستخدمين</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من</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فئة</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عمى</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الألوان،</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بالإضافة</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إلى</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تقديم</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بدائل</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للمعلومات</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المرئية</w:t>
      </w:r>
      <w:r w:rsidR="004F7F68" w:rsidRPr="004F7F68">
        <w:rPr>
          <w:rFonts w:ascii="☞DIODRUM ARABIC MEDIUM" w:hAnsi="☞DIODRUM ARABIC MEDIUM" w:cs="☞DIODRUM ARABIC MEDIUM" w:hint="cs"/>
          <w:sz w:val="20"/>
          <w:szCs w:val="20"/>
          <w:rtl/>
        </w:rPr>
        <w:t>.</w:t>
      </w:r>
    </w:p>
    <w:p w14:paraId="06138CC7" w14:textId="31E0EC7D" w:rsidR="00D04C7D" w:rsidRDefault="00D04C7D">
      <w:pPr>
        <w:jc w:val="center"/>
      </w:pPr>
    </w:p>
    <w:p w14:paraId="72D89FAC" w14:textId="77777777" w:rsidR="00D04C7D" w:rsidRPr="00C10ADB" w:rsidRDefault="00D6184D" w:rsidP="00DC498A">
      <w:pPr>
        <w:pStyle w:val="Heading5"/>
        <w:bidi/>
        <w:rPr>
          <w:rFonts w:ascii="☞DIODRUM ARABIC SEMIBOLD" w:hAnsi="☞DIODRUM ARABIC SEMIBOLD" w:cs="☞DIODRUM ARABIC SEMIBOLD"/>
          <w:b/>
          <w:bCs/>
          <w:color w:val="auto"/>
        </w:rPr>
      </w:pPr>
      <w:r w:rsidRPr="00C10ADB">
        <w:rPr>
          <w:rFonts w:ascii="☞DIODRUM ARABIC SEMIBOLD" w:hAnsi="☞DIODRUM ARABIC SEMIBOLD" w:cs="☞DIODRUM ARABIC SEMIBOLD" w:hint="cs"/>
          <w:b/>
          <w:bCs/>
          <w:color w:val="auto"/>
          <w:rtl/>
        </w:rPr>
        <w:t>توافق</w:t>
      </w:r>
      <w:r w:rsidRPr="00C10ADB">
        <w:rPr>
          <w:rFonts w:ascii="☞DIODRUM ARABIC SEMIBOLD" w:hAnsi="☞DIODRUM ARABIC SEMIBOLD" w:cs="☞DIODRUM ARABIC SEMIBOLD" w:hint="cs"/>
          <w:b/>
          <w:bCs/>
          <w:color w:val="auto"/>
        </w:rPr>
        <w:t xml:space="preserve"> </w:t>
      </w:r>
      <w:r w:rsidRPr="00C10ADB">
        <w:rPr>
          <w:rFonts w:ascii="☞DIODRUM ARABIC SEMIBOLD" w:hAnsi="☞DIODRUM ARABIC SEMIBOLD" w:cs="☞DIODRUM ARABIC SEMIBOLD" w:hint="cs"/>
          <w:b/>
          <w:bCs/>
          <w:color w:val="auto"/>
          <w:rtl/>
        </w:rPr>
        <w:t>قارئ</w:t>
      </w:r>
      <w:r w:rsidRPr="00C10ADB">
        <w:rPr>
          <w:rFonts w:ascii="☞DIODRUM ARABIC SEMIBOLD" w:hAnsi="☞DIODRUM ARABIC SEMIBOLD" w:cs="☞DIODRUM ARABIC SEMIBOLD" w:hint="cs"/>
          <w:b/>
          <w:bCs/>
          <w:color w:val="auto"/>
        </w:rPr>
        <w:t xml:space="preserve"> </w:t>
      </w:r>
      <w:r w:rsidRPr="00C10ADB">
        <w:rPr>
          <w:rFonts w:ascii="☞DIODRUM ARABIC SEMIBOLD" w:hAnsi="☞DIODRUM ARABIC SEMIBOLD" w:cs="☞DIODRUM ARABIC SEMIBOLD" w:hint="cs"/>
          <w:b/>
          <w:bCs/>
          <w:color w:val="auto"/>
          <w:rtl/>
        </w:rPr>
        <w:t>الشاشة</w:t>
      </w:r>
    </w:p>
    <w:p w14:paraId="7B728629" w14:textId="7AB59B81" w:rsidR="00D04C7D" w:rsidRPr="004F7F68" w:rsidRDefault="00D6184D">
      <w:pPr>
        <w:bidi/>
        <w:rPr>
          <w:rFonts w:ascii="☞DIODRUM ARABIC MEDIUM" w:hAnsi="☞DIODRUM ARABIC MEDIUM" w:cs="☞DIODRUM ARABIC MEDIUM"/>
          <w:sz w:val="20"/>
          <w:szCs w:val="20"/>
        </w:rPr>
      </w:pPr>
      <w:r w:rsidRPr="004F7F68">
        <w:rPr>
          <w:rFonts w:ascii="☞DIODRUM ARABIC MEDIUM" w:hAnsi="☞DIODRUM ARABIC MEDIUM" w:cs="☞DIODRUM ARABIC MEDIUM" w:hint="cs"/>
          <w:sz w:val="20"/>
          <w:szCs w:val="20"/>
          <w:rtl/>
        </w:rPr>
        <w:t>تُعدّ</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مراعاة</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التوافق</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مع</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برامج</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قراءة</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الشاشة</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أمراً</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أساسياً</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لضمان</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وصول</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المستخدمين</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للمحتوى</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ويتحقق</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ذلك</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من</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خلال</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تبسيط</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النصوص،</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واستخدام</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العلامات</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المناسبة،</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وتضمين</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علاما</w:t>
      </w:r>
      <w:r w:rsidR="004F7F68" w:rsidRPr="004F7F68">
        <w:rPr>
          <w:rFonts w:ascii="☞DIODRUM ARABIC MEDIUM" w:hAnsi="☞DIODRUM ARABIC MEDIUM" w:cs="☞DIODRUM ARABIC MEDIUM" w:hint="cs"/>
          <w:sz w:val="20"/>
          <w:szCs w:val="20"/>
          <w:rtl/>
        </w:rPr>
        <w:t xml:space="preserve">ت </w:t>
      </w:r>
      <w:r w:rsidR="004F7F68" w:rsidRPr="004F7F68">
        <w:rPr>
          <w:rFonts w:ascii="☞DIODRUM ARABIC MEDIUM" w:hAnsi="☞DIODRUM ARABIC MEDIUM" w:cs="☞DIODRUM ARABIC MEDIUM"/>
          <w:sz w:val="20"/>
          <w:szCs w:val="20"/>
        </w:rPr>
        <w:t>ARIA</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لتوضيح</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الصور،</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والأيقونات،</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والعناصر</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غير</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النصية</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الأخرى</w:t>
      </w:r>
      <w:r w:rsidR="004F7F68" w:rsidRPr="004F7F68">
        <w:rPr>
          <w:rFonts w:ascii="☞DIODRUM ARABIC MEDIUM" w:hAnsi="☞DIODRUM ARABIC MEDIUM" w:cs="☞DIODRUM ARABIC MEDIUM" w:hint="cs"/>
          <w:sz w:val="20"/>
          <w:szCs w:val="20"/>
          <w:rtl/>
        </w:rPr>
        <w:t>.</w:t>
      </w:r>
    </w:p>
    <w:p w14:paraId="7391DCAF" w14:textId="241B92C2" w:rsidR="00D04C7D" w:rsidRDefault="00D04C7D">
      <w:pPr>
        <w:jc w:val="center"/>
      </w:pPr>
    </w:p>
    <w:p w14:paraId="5C0B9274" w14:textId="77777777" w:rsidR="00D04C7D" w:rsidRPr="00C10ADB" w:rsidRDefault="00D6184D" w:rsidP="00DC498A">
      <w:pPr>
        <w:pStyle w:val="Heading5"/>
        <w:bidi/>
        <w:rPr>
          <w:rFonts w:ascii="☞DIODRUM ARABIC SEMIBOLD" w:hAnsi="☞DIODRUM ARABIC SEMIBOLD" w:cs="☞DIODRUM ARABIC SEMIBOLD"/>
          <w:b/>
          <w:bCs/>
          <w:color w:val="auto"/>
        </w:rPr>
      </w:pPr>
      <w:r w:rsidRPr="00C10ADB">
        <w:rPr>
          <w:rFonts w:ascii="☞DIODRUM ARABIC SEMIBOLD" w:hAnsi="☞DIODRUM ARABIC SEMIBOLD" w:cs="☞DIODRUM ARABIC SEMIBOLD" w:hint="cs"/>
          <w:b/>
          <w:bCs/>
          <w:color w:val="auto"/>
          <w:rtl/>
        </w:rPr>
        <w:t>الاعتبارات</w:t>
      </w:r>
      <w:r w:rsidRPr="00C10ADB">
        <w:rPr>
          <w:rFonts w:ascii="☞DIODRUM ARABIC SEMIBOLD" w:hAnsi="☞DIODRUM ARABIC SEMIBOLD" w:cs="☞DIODRUM ARABIC SEMIBOLD" w:hint="cs"/>
          <w:b/>
          <w:bCs/>
          <w:color w:val="auto"/>
        </w:rPr>
        <w:t xml:space="preserve"> </w:t>
      </w:r>
      <w:r w:rsidRPr="00C10ADB">
        <w:rPr>
          <w:rFonts w:ascii="☞DIODRUM ARABIC SEMIBOLD" w:hAnsi="☞DIODRUM ARABIC SEMIBOLD" w:cs="☞DIODRUM ARABIC SEMIBOLD" w:hint="cs"/>
          <w:b/>
          <w:bCs/>
          <w:color w:val="auto"/>
          <w:rtl/>
        </w:rPr>
        <w:t>المعرفية</w:t>
      </w:r>
    </w:p>
    <w:p w14:paraId="42FE46CE" w14:textId="781846CC" w:rsidR="00D04C7D" w:rsidRDefault="00D6184D" w:rsidP="00C10ADB">
      <w:pPr>
        <w:bidi/>
        <w:rPr>
          <w:rFonts w:ascii="☞DIODRUM ARABIC MEDIUM" w:hAnsi="☞DIODRUM ARABIC MEDIUM" w:cs="☞DIODRUM ARABIC MEDIUM"/>
          <w:sz w:val="20"/>
          <w:szCs w:val="20"/>
          <w:rtl/>
        </w:rPr>
      </w:pPr>
      <w:r w:rsidRPr="004F7F68">
        <w:rPr>
          <w:rFonts w:ascii="☞DIODRUM ARABIC MEDIUM" w:hAnsi="☞DIODRUM ARABIC MEDIUM" w:cs="☞DIODRUM ARABIC MEDIUM" w:hint="cs"/>
          <w:sz w:val="20"/>
          <w:szCs w:val="20"/>
          <w:rtl/>
        </w:rPr>
        <w:t>يمكن</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أن</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تؤثر</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الإعاقات</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المعرفية</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على</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كيفية</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إدراك</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الأفراد</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للمحتوى</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الرقمي</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والتفاعل</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معه</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وتتضمن</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إمكانية</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الوصول</w:t>
      </w:r>
      <w:r w:rsidRPr="004F7F68">
        <w:rPr>
          <w:rFonts w:ascii="☞DIODRUM ARABIC MEDIUM" w:hAnsi="☞DIODRUM ARABIC MEDIUM" w:cs="☞DIODRUM ARABIC MEDIUM" w:hint="cs"/>
          <w:sz w:val="20"/>
          <w:szCs w:val="20"/>
        </w:rPr>
        <w:t xml:space="preserve"> </w:t>
      </w:r>
      <w:r w:rsidR="004F7F68" w:rsidRPr="004F7F68">
        <w:rPr>
          <w:rFonts w:ascii="☞DIODRUM ARABIC MEDIUM" w:hAnsi="☞DIODRUM ARABIC MEDIUM" w:cs="☞DIODRUM ARABIC MEDIUM"/>
          <w:sz w:val="20"/>
          <w:szCs w:val="20"/>
        </w:rPr>
        <w:t>.</w:t>
      </w:r>
      <w:r w:rsidRPr="004F7F68">
        <w:rPr>
          <w:rFonts w:ascii="☞DIODRUM ARABIC MEDIUM" w:hAnsi="☞DIODRUM ARABIC MEDIUM" w:cs="☞DIODRUM ARABIC MEDIUM" w:hint="cs"/>
          <w:sz w:val="20"/>
          <w:szCs w:val="20"/>
          <w:rtl/>
        </w:rPr>
        <w:t>التنقل</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بشكل</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واضح</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وبديهي،</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بالإضافة</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إلى</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تخطيطات</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متسقة</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لتقليل</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الحمل</w:t>
      </w:r>
      <w:r w:rsidRPr="004F7F68">
        <w:rPr>
          <w:rFonts w:ascii="☞DIODRUM ARABIC MEDIUM" w:hAnsi="☞DIODRUM ARABIC MEDIUM" w:cs="☞DIODRUM ARABIC MEDIUM" w:hint="cs"/>
          <w:sz w:val="20"/>
          <w:szCs w:val="20"/>
        </w:rPr>
        <w:t xml:space="preserve"> </w:t>
      </w:r>
      <w:r w:rsidRPr="004F7F68">
        <w:rPr>
          <w:rFonts w:ascii="☞DIODRUM ARABIC MEDIUM" w:hAnsi="☞DIODRUM ARABIC MEDIUM" w:cs="☞DIODRUM ARABIC MEDIUM" w:hint="cs"/>
          <w:sz w:val="20"/>
          <w:szCs w:val="20"/>
          <w:rtl/>
        </w:rPr>
        <w:t>المعرفي</w:t>
      </w:r>
      <w:r w:rsidR="00C10ADB">
        <w:rPr>
          <w:rFonts w:ascii="☞DIODRUM ARABIC MEDIUM" w:hAnsi="☞DIODRUM ARABIC MEDIUM" w:cs="☞DIODRUM ARABIC MEDIUM" w:hint="cs"/>
          <w:sz w:val="20"/>
          <w:szCs w:val="20"/>
          <w:rtl/>
        </w:rPr>
        <w:t>.</w:t>
      </w:r>
    </w:p>
    <w:p w14:paraId="62EE27E1" w14:textId="77777777" w:rsidR="00C10ADB" w:rsidRDefault="00C10ADB" w:rsidP="00C10ADB">
      <w:pPr>
        <w:bidi/>
        <w:rPr>
          <w:rFonts w:ascii="☞DIODRUM ARABIC MEDIUM" w:hAnsi="☞DIODRUM ARABIC MEDIUM" w:cs="☞DIODRUM ARABIC MEDIUM"/>
          <w:sz w:val="20"/>
          <w:szCs w:val="20"/>
          <w:rtl/>
        </w:rPr>
      </w:pPr>
    </w:p>
    <w:p w14:paraId="7F0D57E8" w14:textId="77777777" w:rsidR="00C10ADB" w:rsidRDefault="00C10ADB" w:rsidP="00C10ADB">
      <w:pPr>
        <w:bidi/>
        <w:rPr>
          <w:rFonts w:ascii="☞DIODRUM ARABIC MEDIUM" w:hAnsi="☞DIODRUM ARABIC MEDIUM" w:cs="☞DIODRUM ARABIC MEDIUM"/>
          <w:sz w:val="20"/>
          <w:szCs w:val="20"/>
          <w:rtl/>
        </w:rPr>
      </w:pPr>
    </w:p>
    <w:p w14:paraId="14EFD91D" w14:textId="77777777" w:rsidR="00C10ADB" w:rsidRDefault="00C10ADB" w:rsidP="00C10ADB">
      <w:pPr>
        <w:bidi/>
        <w:rPr>
          <w:rFonts w:ascii="☞DIODRUM ARABIC MEDIUM" w:hAnsi="☞DIODRUM ARABIC MEDIUM" w:cs="☞DIODRUM ARABIC MEDIUM"/>
          <w:sz w:val="20"/>
          <w:szCs w:val="20"/>
          <w:rtl/>
        </w:rPr>
      </w:pPr>
    </w:p>
    <w:p w14:paraId="613CB0E4" w14:textId="77777777" w:rsidR="00C10ADB" w:rsidRPr="004F7F68" w:rsidRDefault="00C10ADB" w:rsidP="00C10ADB">
      <w:pPr>
        <w:bidi/>
        <w:rPr>
          <w:rFonts w:ascii="☞DIODRUM ARABIC MEDIUM" w:hAnsi="☞DIODRUM ARABIC MEDIUM" w:cs="☞DIODRUM ARABIC MEDIUM"/>
          <w:sz w:val="20"/>
          <w:szCs w:val="20"/>
        </w:rPr>
      </w:pPr>
    </w:p>
    <w:p w14:paraId="2FEF1E6F" w14:textId="50D9EFB9" w:rsidR="00D04C7D" w:rsidRDefault="00D04C7D">
      <w:pPr>
        <w:jc w:val="center"/>
      </w:pPr>
    </w:p>
    <w:p w14:paraId="61F923BB" w14:textId="77777777" w:rsidR="00D04C7D" w:rsidRPr="00C10ADB" w:rsidRDefault="00D6184D" w:rsidP="00DC498A">
      <w:pPr>
        <w:pStyle w:val="Heading5"/>
        <w:bidi/>
        <w:rPr>
          <w:rFonts w:ascii="☞DIODRUM ARABIC SEMIBOLD" w:hAnsi="☞DIODRUM ARABIC SEMIBOLD" w:cs="☞DIODRUM ARABIC SEMIBOLD"/>
          <w:b/>
          <w:bCs/>
          <w:color w:val="auto"/>
        </w:rPr>
      </w:pPr>
      <w:r w:rsidRPr="00C10ADB">
        <w:rPr>
          <w:rFonts w:ascii="☞DIODRUM ARABIC SEMIBOLD" w:hAnsi="☞DIODRUM ARABIC SEMIBOLD" w:cs="☞DIODRUM ARABIC SEMIBOLD" w:hint="cs"/>
          <w:b/>
          <w:bCs/>
          <w:color w:val="auto"/>
          <w:rtl/>
        </w:rPr>
        <w:lastRenderedPageBreak/>
        <w:t>العناصر</w:t>
      </w:r>
      <w:r w:rsidRPr="00C10ADB">
        <w:rPr>
          <w:rFonts w:ascii="☞DIODRUM ARABIC SEMIBOLD" w:hAnsi="☞DIODRUM ARABIC SEMIBOLD" w:cs="☞DIODRUM ARABIC SEMIBOLD" w:hint="cs"/>
          <w:b/>
          <w:bCs/>
          <w:color w:val="auto"/>
        </w:rPr>
        <w:t xml:space="preserve"> </w:t>
      </w:r>
      <w:r w:rsidRPr="00C10ADB">
        <w:rPr>
          <w:rFonts w:ascii="☞DIODRUM ARABIC SEMIBOLD" w:hAnsi="☞DIODRUM ARABIC SEMIBOLD" w:cs="☞DIODRUM ARABIC SEMIBOLD" w:hint="cs"/>
          <w:b/>
          <w:bCs/>
          <w:color w:val="auto"/>
          <w:rtl/>
        </w:rPr>
        <w:t>التفاعلية</w:t>
      </w:r>
    </w:p>
    <w:p w14:paraId="2DDCAEAD" w14:textId="1E5701FA" w:rsidR="00D04C7D" w:rsidRPr="00C10ADB" w:rsidRDefault="00D6184D" w:rsidP="00C10ADB">
      <w:pPr>
        <w:bidi/>
        <w:rPr>
          <w:rFonts w:ascii="☞DIODRUM ARABIC MEDIUM" w:hAnsi="☞DIODRUM ARABIC MEDIUM" w:cs="☞DIODRUM ARABIC MEDIUM"/>
          <w:sz w:val="20"/>
          <w:szCs w:val="20"/>
        </w:rPr>
      </w:pPr>
      <w:r w:rsidRPr="00C10ADB">
        <w:rPr>
          <w:rFonts w:ascii="☞DIODRUM ARABIC MEDIUM" w:hAnsi="☞DIODRUM ARABIC MEDIUM" w:cs="☞DIODRUM ARABIC MEDIUM" w:hint="cs"/>
          <w:sz w:val="20"/>
          <w:szCs w:val="20"/>
          <w:rtl/>
        </w:rPr>
        <w:t>تؤكد</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إمكانية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الوصول</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على</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التنقل</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بسهولة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باستخدام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لوحة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المفاتيح،</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مما</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يضمن</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إمكانية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الوصول</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إلى</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جميع</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العناصر</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التفاعلية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من</w:t>
      </w:r>
      <w:r w:rsidRPr="00C10ADB">
        <w:rPr>
          <w:rFonts w:ascii="☞DIODRUM ARABIC MEDIUM" w:hAnsi="☞DIODRUM ARABIC MEDIUM" w:cs="☞DIODRUM ARABIC MEDIUM" w:hint="cs"/>
          <w:sz w:val="20"/>
          <w:szCs w:val="20"/>
        </w:rPr>
        <w:t xml:space="preserve"> </w:t>
      </w:r>
      <w:r w:rsidR="004F7F68" w:rsidRPr="00C10ADB">
        <w:rPr>
          <w:rFonts w:ascii="☞DIODRUM ARABIC MEDIUM" w:hAnsi="☞DIODRUM ARABIC MEDIUM" w:cs="☞DIODRUM ARABIC MEDIUM" w:hint="cs"/>
          <w:sz w:val="20"/>
          <w:szCs w:val="20"/>
        </w:rPr>
        <w:t>.</w:t>
      </w:r>
      <w:r w:rsidRPr="00C10ADB">
        <w:rPr>
          <w:rFonts w:ascii="☞DIODRUM ARABIC MEDIUM" w:hAnsi="☞DIODRUM ARABIC MEDIUM" w:cs="☞DIODRUM ARABIC MEDIUM" w:hint="cs"/>
          <w:sz w:val="20"/>
          <w:szCs w:val="20"/>
          <w:rtl/>
        </w:rPr>
        <w:t>خلال</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أوامر</w:t>
      </w:r>
      <w:r w:rsidRPr="00C10ADB">
        <w:rPr>
          <w:rFonts w:ascii="☞DIODRUM ARABIC MEDIUM" w:hAnsi="☞DIODRUM ARABIC MEDIUM" w:cs="☞DIODRUM ARABIC MEDIUM" w:hint="cs"/>
          <w:sz w:val="20"/>
          <w:szCs w:val="20"/>
        </w:rPr>
        <w:t xml:space="preserve"> </w:t>
      </w:r>
      <w:r w:rsidR="004F7F68" w:rsidRPr="00C10ADB">
        <w:rPr>
          <w:rFonts w:ascii="☞DIODRUM ARABIC MEDIUM" w:hAnsi="☞DIODRUM ARABIC MEDIUM" w:cs="☞DIODRUM ARABIC MEDIUM" w:hint="cs"/>
          <w:sz w:val="20"/>
          <w:szCs w:val="20"/>
        </w:rPr>
        <w:t>.</w:t>
      </w:r>
      <w:r w:rsidRPr="00C10ADB">
        <w:rPr>
          <w:rFonts w:ascii="☞DIODRUM ARABIC MEDIUM" w:hAnsi="☞DIODRUM ARABIC MEDIUM" w:cs="☞DIODRUM ARABIC MEDIUM" w:hint="cs"/>
          <w:sz w:val="20"/>
          <w:szCs w:val="20"/>
          <w:rtl/>
        </w:rPr>
        <w:t>لوحة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المفاتيح</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لأولئك</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الذين</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لا</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يستطيعون</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استخدام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جهاز</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الفأرة</w:t>
      </w:r>
      <w:r w:rsidR="00C10ADB">
        <w:rPr>
          <w:rFonts w:ascii="☞DIODRUM ARABIC MEDIUM" w:hAnsi="☞DIODRUM ARABIC MEDIUM" w:cs="☞DIODRUM ARABIC MEDIUM" w:hint="cs"/>
          <w:sz w:val="20"/>
          <w:szCs w:val="20"/>
          <w:rtl/>
        </w:rPr>
        <w:t>.</w:t>
      </w:r>
    </w:p>
    <w:p w14:paraId="0625F25A" w14:textId="73857D68" w:rsidR="00D04C7D" w:rsidRDefault="00D04C7D">
      <w:pPr>
        <w:jc w:val="center"/>
      </w:pPr>
    </w:p>
    <w:p w14:paraId="3A90CE27" w14:textId="77777777" w:rsidR="00D04C7D" w:rsidRPr="00C10ADB" w:rsidRDefault="00D6184D" w:rsidP="00DC498A">
      <w:pPr>
        <w:pStyle w:val="Heading5"/>
        <w:bidi/>
        <w:rPr>
          <w:rFonts w:ascii="☞DIODRUM ARABIC SEMIBOLD" w:hAnsi="☞DIODRUM ARABIC SEMIBOLD" w:cs="☞DIODRUM ARABIC SEMIBOLD"/>
          <w:b/>
          <w:bCs/>
          <w:color w:val="auto"/>
        </w:rPr>
      </w:pPr>
      <w:r w:rsidRPr="00C10ADB">
        <w:rPr>
          <w:rFonts w:ascii="☞DIODRUM ARABIC SEMIBOLD" w:hAnsi="☞DIODRUM ARABIC SEMIBOLD" w:cs="☞DIODRUM ARABIC SEMIBOLD" w:hint="cs"/>
          <w:b/>
          <w:bCs/>
          <w:color w:val="auto"/>
          <w:rtl/>
        </w:rPr>
        <w:t>محتوى</w:t>
      </w:r>
      <w:r w:rsidRPr="00C10ADB">
        <w:rPr>
          <w:rFonts w:ascii="☞DIODRUM ARABIC SEMIBOLD" w:hAnsi="☞DIODRUM ARABIC SEMIBOLD" w:cs="☞DIODRUM ARABIC SEMIBOLD" w:hint="cs"/>
          <w:b/>
          <w:bCs/>
          <w:color w:val="auto"/>
        </w:rPr>
        <w:t xml:space="preserve"> </w:t>
      </w:r>
      <w:r w:rsidRPr="00C10ADB">
        <w:rPr>
          <w:rFonts w:ascii="☞DIODRUM ARABIC SEMIBOLD" w:hAnsi="☞DIODRUM ARABIC SEMIBOLD" w:cs="☞DIODRUM ARABIC SEMIBOLD" w:hint="cs"/>
          <w:b/>
          <w:bCs/>
          <w:color w:val="auto"/>
          <w:rtl/>
        </w:rPr>
        <w:t>قابل</w:t>
      </w:r>
      <w:r w:rsidRPr="00C10ADB">
        <w:rPr>
          <w:rFonts w:ascii="☞DIODRUM ARABIC SEMIBOLD" w:hAnsi="☞DIODRUM ARABIC SEMIBOLD" w:cs="☞DIODRUM ARABIC SEMIBOLD" w:hint="cs"/>
          <w:b/>
          <w:bCs/>
          <w:color w:val="auto"/>
        </w:rPr>
        <w:t xml:space="preserve"> </w:t>
      </w:r>
      <w:r w:rsidRPr="00C10ADB">
        <w:rPr>
          <w:rFonts w:ascii="☞DIODRUM ARABIC SEMIBOLD" w:hAnsi="☞DIODRUM ARABIC SEMIBOLD" w:cs="☞DIODRUM ARABIC SEMIBOLD" w:hint="cs"/>
          <w:b/>
          <w:bCs/>
          <w:color w:val="auto"/>
          <w:rtl/>
        </w:rPr>
        <w:t>للتكيف</w:t>
      </w:r>
    </w:p>
    <w:p w14:paraId="60416F21" w14:textId="3453FE98" w:rsidR="00D04C7D" w:rsidRPr="00C10ADB" w:rsidRDefault="00D6184D">
      <w:pPr>
        <w:bidi/>
        <w:rPr>
          <w:rFonts w:ascii="☞DIODRUM ARABIC MEDIUM" w:hAnsi="☞DIODRUM ARABIC MEDIUM" w:cs="☞DIODRUM ARABIC MEDIUM"/>
          <w:sz w:val="20"/>
          <w:szCs w:val="20"/>
        </w:rPr>
      </w:pPr>
      <w:r w:rsidRPr="00C10ADB">
        <w:rPr>
          <w:rFonts w:ascii="☞DIODRUM ARABIC MEDIUM" w:hAnsi="☞DIODRUM ARABIC MEDIUM" w:cs="☞DIODRUM ARABIC MEDIUM" w:hint="cs"/>
          <w:sz w:val="20"/>
          <w:szCs w:val="20"/>
          <w:rtl/>
        </w:rPr>
        <w:t>تم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تصميم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المحتوى</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ضمن</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إمكانية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الوصول</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ليكون</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قابلاً</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للتكيف</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بالكامل،</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مما</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يسمح</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للمستخدمين</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بتعديل</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عرض</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المحتوى</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دون</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فقد</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المعلومات</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أو</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البنية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الأساسية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يتضمن</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ذلك</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نصاً</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يمكن</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تغيير</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حجمه</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وتخطيطات</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قابلة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للتكيف</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وخيارات</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عرض</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متعددة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لتتناسب</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مع</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جميع</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الفئات</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المختلفة</w:t>
      </w:r>
      <w:r w:rsidR="004F7F68" w:rsidRPr="00C10ADB">
        <w:rPr>
          <w:rFonts w:ascii="☞DIODRUM ARABIC MEDIUM" w:hAnsi="☞DIODRUM ARABIC MEDIUM" w:cs="☞DIODRUM ARABIC MEDIUM" w:hint="cs"/>
          <w:sz w:val="20"/>
          <w:szCs w:val="20"/>
          <w:rtl/>
        </w:rPr>
        <w:t>.</w:t>
      </w:r>
    </w:p>
    <w:p w14:paraId="49513156" w14:textId="770FFD50" w:rsidR="00D04C7D" w:rsidRDefault="00D04C7D">
      <w:pPr>
        <w:jc w:val="center"/>
      </w:pPr>
    </w:p>
    <w:p w14:paraId="54647052" w14:textId="77777777" w:rsidR="00D04C7D" w:rsidRDefault="00D6184D">
      <w:r>
        <w:br w:type="page"/>
      </w:r>
    </w:p>
    <w:p w14:paraId="2C35D7D3" w14:textId="5D90161F" w:rsidR="00D04C7D" w:rsidRPr="00791935" w:rsidRDefault="002B49E3" w:rsidP="00814ACB">
      <w:pPr>
        <w:pStyle w:val="Heading4"/>
        <w:bidi/>
        <w:rPr>
          <w:rFonts w:ascii="☞DIODRUM ARABIC MEDIUM" w:hAnsi="☞DIODRUM ARABIC MEDIUM" w:cs="☞DIODRUM ARABIC MEDIUM"/>
          <w:b w:val="0"/>
          <w:bCs w:val="0"/>
          <w:i w:val="0"/>
          <w:iCs w:val="0"/>
          <w:color w:val="auto"/>
        </w:rPr>
      </w:pPr>
      <w:r>
        <w:rPr>
          <w:rFonts w:ascii="☞DIODRUM ARABIC MEDIUM" w:hAnsi="☞DIODRUM ARABIC MEDIUM" w:cs="☞DIODRUM ARABIC MEDIUM"/>
          <w:b w:val="0"/>
          <w:bCs w:val="0"/>
          <w:i w:val="0"/>
          <w:iCs w:val="0"/>
          <w:color w:val="auto"/>
        </w:rPr>
        <w:lastRenderedPageBreak/>
        <w:t xml:space="preserve"> </w:t>
      </w:r>
      <w:r w:rsidR="00DC498A" w:rsidRPr="00791935">
        <w:rPr>
          <w:rFonts w:ascii="☞DIODRUM ARABIC MEDIUM" w:hAnsi="☞DIODRUM ARABIC MEDIUM" w:cs="☞DIODRUM ARABIC MEDIUM" w:hint="cs"/>
          <w:b w:val="0"/>
          <w:bCs w:val="0"/>
          <w:i w:val="0"/>
          <w:iCs w:val="0"/>
          <w:color w:val="auto"/>
        </w:rPr>
        <w:t xml:space="preserve">3.8.2 </w:t>
      </w:r>
      <w:r w:rsidR="00DC498A" w:rsidRPr="00791935">
        <w:rPr>
          <w:rFonts w:ascii="☞DIODRUM ARABIC MEDIUM" w:hAnsi="☞DIODRUM ARABIC MEDIUM" w:cs="☞DIODRUM ARABIC MEDIUM" w:hint="cs"/>
          <w:b w:val="0"/>
          <w:bCs w:val="0"/>
          <w:i w:val="0"/>
          <w:iCs w:val="0"/>
          <w:color w:val="auto"/>
          <w:rtl/>
        </w:rPr>
        <w:t>ركائز</w:t>
      </w:r>
      <w:r w:rsidR="00DC498A" w:rsidRPr="00791935">
        <w:rPr>
          <w:rFonts w:ascii="☞DIODRUM ARABIC MEDIUM" w:hAnsi="☞DIODRUM ARABIC MEDIUM" w:cs="☞DIODRUM ARABIC MEDIUM" w:hint="cs"/>
          <w:b w:val="0"/>
          <w:bCs w:val="0"/>
          <w:i w:val="0"/>
          <w:iCs w:val="0"/>
          <w:color w:val="auto"/>
        </w:rPr>
        <w:t xml:space="preserve"> </w:t>
      </w:r>
      <w:r w:rsidR="00DC498A" w:rsidRPr="00791935">
        <w:rPr>
          <w:rFonts w:ascii="☞DIODRUM ARABIC MEDIUM" w:hAnsi="☞DIODRUM ARABIC MEDIUM" w:cs="☞DIODRUM ARABIC MEDIUM" w:hint="cs"/>
          <w:b w:val="0"/>
          <w:bCs w:val="0"/>
          <w:i w:val="0"/>
          <w:iCs w:val="0"/>
          <w:color w:val="auto"/>
          <w:rtl/>
        </w:rPr>
        <w:t>التصميم</w:t>
      </w:r>
      <w:r w:rsidR="00DC498A" w:rsidRPr="00791935">
        <w:rPr>
          <w:rFonts w:ascii="☞DIODRUM ARABIC MEDIUM" w:hAnsi="☞DIODRUM ARABIC MEDIUM" w:cs="☞DIODRUM ARABIC MEDIUM" w:hint="cs"/>
          <w:b w:val="0"/>
          <w:bCs w:val="0"/>
          <w:i w:val="0"/>
          <w:iCs w:val="0"/>
          <w:color w:val="auto"/>
        </w:rPr>
        <w:t xml:space="preserve"> </w:t>
      </w:r>
      <w:r w:rsidR="00DC498A" w:rsidRPr="00791935">
        <w:rPr>
          <w:rFonts w:ascii="☞DIODRUM ARABIC MEDIUM" w:hAnsi="☞DIODRUM ARABIC MEDIUM" w:cs="☞DIODRUM ARABIC MEDIUM" w:hint="cs"/>
          <w:b w:val="0"/>
          <w:bCs w:val="0"/>
          <w:i w:val="0"/>
          <w:iCs w:val="0"/>
          <w:color w:val="auto"/>
          <w:rtl/>
        </w:rPr>
        <w:t>الموحد</w:t>
      </w:r>
      <w:r w:rsidR="00C10ADB" w:rsidRPr="00791935">
        <w:rPr>
          <w:rFonts w:ascii="☞DIODRUM ARABIC MEDIUM" w:hAnsi="☞DIODRUM ARABIC MEDIUM" w:cs="☞DIODRUM ARABIC MEDIUM" w:hint="cs"/>
          <w:b w:val="0"/>
          <w:bCs w:val="0"/>
          <w:i w:val="0"/>
          <w:iCs w:val="0"/>
          <w:color w:val="auto"/>
          <w:rtl/>
        </w:rPr>
        <w:t>:</w:t>
      </w:r>
    </w:p>
    <w:p w14:paraId="28A591EB" w14:textId="575FAA29" w:rsidR="00D04C7D" w:rsidRPr="00C10ADB" w:rsidRDefault="00D6184D" w:rsidP="00C10ADB">
      <w:pPr>
        <w:bidi/>
        <w:rPr>
          <w:rFonts w:ascii="☞DIODRUM ARABIC MEDIUM" w:hAnsi="☞DIODRUM ARABIC MEDIUM" w:cs="☞DIODRUM ARABIC MEDIUM"/>
          <w:sz w:val="20"/>
          <w:szCs w:val="20"/>
        </w:rPr>
      </w:pPr>
      <w:r w:rsidRPr="00C10ADB">
        <w:rPr>
          <w:rFonts w:ascii="☞DIODRUM ARABIC MEDIUM" w:hAnsi="☞DIODRUM ARABIC MEDIUM" w:cs="☞DIODRUM ARABIC MEDIUM" w:hint="cs"/>
          <w:sz w:val="20"/>
          <w:szCs w:val="20"/>
          <w:rtl/>
        </w:rPr>
        <w:t>يهدف</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نظام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التصميم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الموحد</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في</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المملكة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العربية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السعودية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إلى</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توحيد</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معايير</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تصميم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المنصات</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الرقمية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لضمان</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اتساق</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تجربة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المستخدم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وتوفير</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مرجعية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موحدة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لواجهات</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المستخدم،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مما</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يعزز</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سهولة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الاستخدام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وكفاءة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التفاعل</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مع</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الخدمات</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الرقمية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كما</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يسهم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في</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دعم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الشمولية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الرقمية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عبر</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تحسين</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إمكانية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الوصول</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لجميع</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الفئات،</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بما</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في</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ذلك</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الأشخاص</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ذوي</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الإعاقة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وكبار</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السن،</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لضمان</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تجربة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رقمية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أكثر</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شمولاً</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ويتماشى</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ذلك</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مع</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إحدى</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مبادرات</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برنامج</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الشمولية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الرقمية،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التي</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تهدف</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إلى</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تعزيز</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قابلية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الاستخدام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وضمان</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وصول</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الجميع</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إلى</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الخدمات</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الرقمية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بفعالية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بالإضافة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إلى</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ذلك،</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يسهم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النظام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في</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المساهمة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في</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المؤشرات</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الدولية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ذات</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الصلة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بتجربة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المستخدم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وإمكانية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الوصول،</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مما</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يعزز</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مكانة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المملكة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في</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تبني</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أفضل</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الممارسات</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العالمية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في</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التصميم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الرقمي</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تتمثل</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الركائز</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الأساسية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لهذا</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النظام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فيما</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يلي</w:t>
      </w:r>
      <w:r w:rsidR="004F7F68" w:rsidRPr="00C10ADB">
        <w:rPr>
          <w:rFonts w:ascii="☞DIODRUM ARABIC MEDIUM" w:hAnsi="☞DIODRUM ARABIC MEDIUM" w:cs="☞DIODRUM ARABIC MEDIUM" w:hint="cs"/>
          <w:sz w:val="20"/>
          <w:szCs w:val="20"/>
          <w:rtl/>
        </w:rPr>
        <w:t>:</w:t>
      </w:r>
    </w:p>
    <w:p w14:paraId="72DBBD29" w14:textId="46EEB5C1" w:rsidR="00D04C7D" w:rsidRPr="00C10ADB" w:rsidRDefault="00D6184D" w:rsidP="00C10ADB">
      <w:pPr>
        <w:pStyle w:val="Heading5"/>
        <w:bidi/>
        <w:rPr>
          <w:rFonts w:ascii="☞DIODRUM ARABIC SEMIBOLD" w:hAnsi="☞DIODRUM ARABIC SEMIBOLD" w:cs="☞DIODRUM ARABIC SEMIBOLD"/>
          <w:b/>
          <w:bCs/>
          <w:color w:val="auto"/>
          <w:sz w:val="20"/>
          <w:szCs w:val="20"/>
        </w:rPr>
      </w:pPr>
      <w:r w:rsidRPr="00C10ADB">
        <w:rPr>
          <w:rFonts w:ascii="☞DIODRUM ARABIC SEMIBOLD" w:hAnsi="☞DIODRUM ARABIC SEMIBOLD" w:cs="☞DIODRUM ARABIC SEMIBOLD" w:hint="cs"/>
          <w:b/>
          <w:bCs/>
          <w:color w:val="auto"/>
          <w:sz w:val="20"/>
          <w:szCs w:val="20"/>
          <w:rtl/>
        </w:rPr>
        <w:t>الاستخدام</w:t>
      </w:r>
      <w:r w:rsidRPr="00C10ADB">
        <w:rPr>
          <w:rFonts w:ascii="☞DIODRUM ARABIC SEMIBOLD" w:hAnsi="☞DIODRUM ARABIC SEMIBOLD" w:cs="☞DIODRUM ARABIC SEMIBOLD" w:hint="cs"/>
          <w:b/>
          <w:bCs/>
          <w:color w:val="auto"/>
          <w:sz w:val="20"/>
          <w:szCs w:val="20"/>
        </w:rPr>
        <w:t xml:space="preserve"> </w:t>
      </w:r>
      <w:r w:rsidRPr="00C10ADB">
        <w:rPr>
          <w:rFonts w:ascii="☞DIODRUM ARABIC SEMIBOLD" w:hAnsi="☞DIODRUM ARABIC SEMIBOLD" w:cs="☞DIODRUM ARABIC SEMIBOLD" w:hint="cs"/>
          <w:b/>
          <w:bCs/>
          <w:color w:val="auto"/>
          <w:sz w:val="20"/>
          <w:szCs w:val="20"/>
          <w:rtl/>
        </w:rPr>
        <w:t>البسيط</w:t>
      </w:r>
      <w:r w:rsidR="00655331" w:rsidRPr="00C10ADB">
        <w:rPr>
          <w:rFonts w:ascii="☞DIODRUM ARABIC SEMIBOLD" w:hAnsi="☞DIODRUM ARABIC SEMIBOLD" w:cs="☞DIODRUM ARABIC SEMIBOLD" w:hint="cs"/>
          <w:b/>
          <w:bCs/>
          <w:color w:val="auto"/>
          <w:sz w:val="20"/>
          <w:szCs w:val="20"/>
          <w:rtl/>
        </w:rPr>
        <w:t xml:space="preserve"> </w:t>
      </w:r>
      <w:r w:rsidRPr="00C10ADB">
        <w:rPr>
          <w:rFonts w:ascii="☞DIODRUM ARABIC SEMIBOLD" w:hAnsi="☞DIODRUM ARABIC SEMIBOLD" w:cs="☞DIODRUM ARABIC SEMIBOLD" w:hint="cs"/>
          <w:b/>
          <w:bCs/>
          <w:color w:val="auto"/>
          <w:sz w:val="20"/>
          <w:szCs w:val="20"/>
          <w:rtl/>
        </w:rPr>
        <w:t>والسهل</w:t>
      </w:r>
    </w:p>
    <w:p w14:paraId="72F4B119" w14:textId="24A35093" w:rsidR="00D04C7D" w:rsidRPr="00C10ADB" w:rsidRDefault="00D6184D" w:rsidP="00C10ADB">
      <w:pPr>
        <w:bidi/>
        <w:rPr>
          <w:rFonts w:ascii="☞DIODRUM ARABIC MEDIUM" w:hAnsi="☞DIODRUM ARABIC MEDIUM" w:cs="☞DIODRUM ARABIC MEDIUM"/>
          <w:sz w:val="20"/>
          <w:szCs w:val="20"/>
        </w:rPr>
      </w:pPr>
      <w:r w:rsidRPr="00C10ADB">
        <w:rPr>
          <w:rFonts w:ascii="☞DIODRUM ARABIC MEDIUM" w:hAnsi="☞DIODRUM ARABIC MEDIUM" w:cs="☞DIODRUM ARABIC MEDIUM" w:hint="cs"/>
          <w:sz w:val="20"/>
          <w:szCs w:val="20"/>
          <w:rtl/>
        </w:rPr>
        <w:t>التأكد</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من</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سهولة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فهم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التصميم،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بصرف</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النظر</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عن</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تجربة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المستخدم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أو</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معرفته</w:t>
      </w:r>
      <w:r w:rsidR="00655331" w:rsidRPr="00C10ADB">
        <w:rPr>
          <w:rFonts w:ascii="☞DIODRUM ARABIC MEDIUM" w:hAnsi="☞DIODRUM ARABIC MEDIUM" w:cs="☞DIODRUM ARABIC MEDIUM" w:hint="cs"/>
          <w:sz w:val="20"/>
          <w:szCs w:val="20"/>
          <w:rtl/>
        </w:rPr>
        <w:t>.</w:t>
      </w:r>
    </w:p>
    <w:p w14:paraId="303AF8CE" w14:textId="77777777" w:rsidR="00D04C7D" w:rsidRPr="00C10ADB" w:rsidRDefault="00D6184D" w:rsidP="00C10ADB">
      <w:pPr>
        <w:pStyle w:val="Heading5"/>
        <w:bidi/>
        <w:rPr>
          <w:rFonts w:ascii="☞DIODRUM ARABIC SEMIBOLD" w:hAnsi="☞DIODRUM ARABIC SEMIBOLD" w:cs="☞DIODRUM ARABIC SEMIBOLD"/>
          <w:b/>
          <w:bCs/>
          <w:color w:val="auto"/>
          <w:sz w:val="20"/>
          <w:szCs w:val="20"/>
        </w:rPr>
      </w:pPr>
      <w:r w:rsidRPr="00C10ADB">
        <w:rPr>
          <w:rFonts w:ascii="☞DIODRUM ARABIC SEMIBOLD" w:hAnsi="☞DIODRUM ARABIC SEMIBOLD" w:cs="☞DIODRUM ARABIC SEMIBOLD" w:hint="cs"/>
          <w:b/>
          <w:bCs/>
          <w:color w:val="auto"/>
          <w:sz w:val="20"/>
          <w:szCs w:val="20"/>
          <w:rtl/>
        </w:rPr>
        <w:t>المرونة</w:t>
      </w:r>
      <w:r w:rsidRPr="00C10ADB">
        <w:rPr>
          <w:rFonts w:ascii="☞DIODRUM ARABIC SEMIBOLD" w:hAnsi="☞DIODRUM ARABIC SEMIBOLD" w:cs="☞DIODRUM ARABIC SEMIBOLD" w:hint="cs"/>
          <w:b/>
          <w:bCs/>
          <w:color w:val="auto"/>
          <w:sz w:val="20"/>
          <w:szCs w:val="20"/>
        </w:rPr>
        <w:t xml:space="preserve"> </w:t>
      </w:r>
      <w:r w:rsidRPr="00C10ADB">
        <w:rPr>
          <w:rFonts w:ascii="☞DIODRUM ARABIC SEMIBOLD" w:hAnsi="☞DIODRUM ARABIC SEMIBOLD" w:cs="☞DIODRUM ARABIC SEMIBOLD" w:hint="cs"/>
          <w:b/>
          <w:bCs/>
          <w:color w:val="auto"/>
          <w:sz w:val="20"/>
          <w:szCs w:val="20"/>
          <w:rtl/>
        </w:rPr>
        <w:t>في</w:t>
      </w:r>
      <w:r w:rsidRPr="00C10ADB">
        <w:rPr>
          <w:rFonts w:ascii="☞DIODRUM ARABIC SEMIBOLD" w:hAnsi="☞DIODRUM ARABIC SEMIBOLD" w:cs="☞DIODRUM ARABIC SEMIBOLD" w:hint="cs"/>
          <w:b/>
          <w:bCs/>
          <w:color w:val="auto"/>
          <w:sz w:val="20"/>
          <w:szCs w:val="20"/>
        </w:rPr>
        <w:t xml:space="preserve"> </w:t>
      </w:r>
      <w:r w:rsidRPr="00C10ADB">
        <w:rPr>
          <w:rFonts w:ascii="☞DIODRUM ARABIC SEMIBOLD" w:hAnsi="☞DIODRUM ARABIC SEMIBOLD" w:cs="☞DIODRUM ARABIC SEMIBOLD" w:hint="cs"/>
          <w:b/>
          <w:bCs/>
          <w:color w:val="auto"/>
          <w:sz w:val="20"/>
          <w:szCs w:val="20"/>
          <w:rtl/>
        </w:rPr>
        <w:t>الاستخدام</w:t>
      </w:r>
    </w:p>
    <w:p w14:paraId="6167BFE4" w14:textId="25DCDDF6" w:rsidR="00D04C7D" w:rsidRPr="00C10ADB" w:rsidRDefault="00D6184D" w:rsidP="00C10ADB">
      <w:pPr>
        <w:bidi/>
        <w:rPr>
          <w:sz w:val="20"/>
          <w:szCs w:val="20"/>
        </w:rPr>
      </w:pPr>
      <w:r w:rsidRPr="00C10ADB">
        <w:rPr>
          <w:rFonts w:ascii="☞DIODRUM ARABIC MEDIUM" w:hAnsi="☞DIODRUM ARABIC MEDIUM" w:cs="☞DIODRUM ARABIC MEDIUM"/>
          <w:sz w:val="20"/>
          <w:szCs w:val="20"/>
          <w:rtl/>
        </w:rPr>
        <w:t>ابتكار</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تصميم</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يناسب</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الاختلافات</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والقدرات</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المتنوعة</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للمستخدمين،</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وتوفير</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مجموعة</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واسعة</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من</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الخيارات</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من</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أجل</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التفاعل</w:t>
      </w:r>
      <w:r w:rsidR="00655331" w:rsidRPr="00C10ADB">
        <w:rPr>
          <w:rFonts w:ascii="☞DIODRUM ARABIC MEDIUM" w:hAnsi="☞DIODRUM ARABIC MEDIUM" w:hint="cs"/>
          <w:sz w:val="20"/>
          <w:szCs w:val="20"/>
          <w:rtl/>
        </w:rPr>
        <w:t>.</w:t>
      </w:r>
    </w:p>
    <w:p w14:paraId="64396B7D" w14:textId="253BF92A" w:rsidR="00D04C7D" w:rsidRPr="00C10ADB" w:rsidRDefault="00D6184D" w:rsidP="00C10ADB">
      <w:pPr>
        <w:pStyle w:val="Heading5"/>
        <w:bidi/>
        <w:rPr>
          <w:rFonts w:ascii="☞DIODRUM ARABIC SEMIBOLD" w:hAnsi="☞DIODRUM ARABIC SEMIBOLD" w:cs="☞DIODRUM ARABIC SEMIBOLD"/>
          <w:b/>
          <w:bCs/>
          <w:color w:val="auto"/>
          <w:sz w:val="20"/>
          <w:szCs w:val="20"/>
        </w:rPr>
      </w:pPr>
      <w:r w:rsidRPr="00C10ADB">
        <w:rPr>
          <w:rFonts w:ascii="☞DIODRUM ARABIC SEMIBOLD" w:hAnsi="☞DIODRUM ARABIC SEMIBOLD" w:cs="☞DIODRUM ARABIC SEMIBOLD" w:hint="cs"/>
          <w:b/>
          <w:bCs/>
          <w:color w:val="auto"/>
          <w:sz w:val="20"/>
          <w:szCs w:val="20"/>
          <w:rtl/>
        </w:rPr>
        <w:t>الاستخـدام</w:t>
      </w:r>
      <w:r w:rsidR="00655331" w:rsidRPr="00C10ADB">
        <w:rPr>
          <w:rFonts w:ascii="☞DIODRUM ARABIC SEMIBOLD" w:hAnsi="☞DIODRUM ARABIC SEMIBOLD" w:cs="☞DIODRUM ARABIC SEMIBOLD" w:hint="cs"/>
          <w:b/>
          <w:bCs/>
          <w:color w:val="auto"/>
          <w:sz w:val="20"/>
          <w:szCs w:val="20"/>
          <w:rtl/>
        </w:rPr>
        <w:t xml:space="preserve"> </w:t>
      </w:r>
      <w:r w:rsidRPr="00C10ADB">
        <w:rPr>
          <w:rFonts w:ascii="☞DIODRUM ARABIC SEMIBOLD" w:hAnsi="☞DIODRUM ARABIC SEMIBOLD" w:cs="☞DIODRUM ARABIC SEMIBOLD" w:hint="cs"/>
          <w:b/>
          <w:bCs/>
          <w:color w:val="auto"/>
          <w:sz w:val="20"/>
          <w:szCs w:val="20"/>
          <w:rtl/>
        </w:rPr>
        <w:t>العادل</w:t>
      </w:r>
    </w:p>
    <w:p w14:paraId="09DD7633" w14:textId="10C7F5C5" w:rsidR="00D04C7D" w:rsidRPr="00C10ADB" w:rsidRDefault="00D6184D" w:rsidP="00C10ADB">
      <w:pPr>
        <w:bidi/>
        <w:rPr>
          <w:sz w:val="20"/>
          <w:szCs w:val="20"/>
        </w:rPr>
      </w:pPr>
      <w:r w:rsidRPr="00C10ADB">
        <w:rPr>
          <w:rFonts w:ascii="☞DIODRUM ARABIC MEDIUM" w:hAnsi="☞DIODRUM ARABIC MEDIUM" w:cs="☞DIODRUM ARABIC MEDIUM"/>
          <w:sz w:val="20"/>
          <w:szCs w:val="20"/>
          <w:rtl/>
        </w:rPr>
        <w:t>التأكد</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من</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أن</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التصاميم</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متاحة</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ومناسبة</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لجميع</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المستخدمين</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على</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اختلاف</w:t>
      </w:r>
      <w:r w:rsidRPr="00C10ADB">
        <w:rPr>
          <w:rFonts w:ascii="☞DIODRUM ARABIC MEDIUM" w:hAnsi="☞DIODRUM ARABIC MEDIUM"/>
          <w:sz w:val="20"/>
          <w:szCs w:val="20"/>
        </w:rPr>
        <w:t xml:space="preserve"> </w:t>
      </w:r>
      <w:r w:rsidRPr="00C10ADB">
        <w:rPr>
          <w:rFonts w:ascii="☞DIODRUM ARABIC MEDIUM" w:hAnsi="☞DIODRUM ARABIC MEDIUM" w:cs="☞DIODRUM ARABIC MEDIUM"/>
          <w:sz w:val="20"/>
          <w:szCs w:val="20"/>
          <w:rtl/>
        </w:rPr>
        <w:t>قدراتهم</w:t>
      </w:r>
      <w:r w:rsidR="00655331" w:rsidRPr="00C10ADB">
        <w:rPr>
          <w:rFonts w:ascii="☞DIODRUM ARABIC MEDIUM" w:hAnsi="☞DIODRUM ARABIC MEDIUM" w:hint="cs"/>
          <w:sz w:val="20"/>
          <w:szCs w:val="20"/>
          <w:rtl/>
        </w:rPr>
        <w:t>.</w:t>
      </w:r>
    </w:p>
    <w:p w14:paraId="20163792" w14:textId="04443CC4" w:rsidR="00D04C7D" w:rsidRPr="00C10ADB" w:rsidRDefault="00D6184D" w:rsidP="00C10ADB">
      <w:pPr>
        <w:pStyle w:val="Heading5"/>
        <w:bidi/>
        <w:rPr>
          <w:rFonts w:ascii="☞DIODRUM ARABIC SEMIBOLD" w:hAnsi="☞DIODRUM ARABIC SEMIBOLD" w:cs="☞DIODRUM ARABIC SEMIBOLD"/>
          <w:b/>
          <w:bCs/>
          <w:color w:val="auto"/>
          <w:sz w:val="20"/>
          <w:szCs w:val="20"/>
        </w:rPr>
      </w:pPr>
      <w:r w:rsidRPr="00C10ADB">
        <w:rPr>
          <w:rFonts w:ascii="☞DIODRUM ARABIC SEMIBOLD" w:hAnsi="☞DIODRUM ARABIC SEMIBOLD" w:cs="☞DIODRUM ARABIC SEMIBOLD" w:hint="cs"/>
          <w:b/>
          <w:bCs/>
          <w:color w:val="auto"/>
          <w:sz w:val="20"/>
          <w:szCs w:val="20"/>
          <w:rtl/>
        </w:rPr>
        <w:t>تقليل</w:t>
      </w:r>
      <w:r w:rsidRPr="00C10ADB">
        <w:rPr>
          <w:rFonts w:ascii="☞DIODRUM ARABIC SEMIBOLD" w:hAnsi="☞DIODRUM ARABIC SEMIBOLD" w:cs="☞DIODRUM ARABIC SEMIBOLD" w:hint="cs"/>
          <w:b/>
          <w:bCs/>
          <w:color w:val="auto"/>
          <w:sz w:val="20"/>
          <w:szCs w:val="20"/>
        </w:rPr>
        <w:t xml:space="preserve"> </w:t>
      </w:r>
      <w:r w:rsidRPr="00C10ADB">
        <w:rPr>
          <w:rFonts w:ascii="☞DIODRUM ARABIC SEMIBOLD" w:hAnsi="☞DIODRUM ARABIC SEMIBOLD" w:cs="☞DIODRUM ARABIC SEMIBOLD" w:hint="cs"/>
          <w:b/>
          <w:bCs/>
          <w:color w:val="auto"/>
          <w:sz w:val="20"/>
          <w:szCs w:val="20"/>
          <w:rtl/>
        </w:rPr>
        <w:t>الجهد</w:t>
      </w:r>
      <w:r w:rsidRPr="00C10ADB">
        <w:rPr>
          <w:rFonts w:ascii="☞DIODRUM ARABIC SEMIBOLD" w:hAnsi="☞DIODRUM ARABIC SEMIBOLD" w:cs="☞DIODRUM ARABIC SEMIBOLD" w:hint="cs"/>
          <w:b/>
          <w:bCs/>
          <w:color w:val="auto"/>
          <w:sz w:val="20"/>
          <w:szCs w:val="20"/>
        </w:rPr>
        <w:t xml:space="preserve"> </w:t>
      </w:r>
      <w:r w:rsidRPr="00C10ADB">
        <w:rPr>
          <w:rFonts w:ascii="☞DIODRUM ARABIC SEMIBOLD" w:hAnsi="☞DIODRUM ARABIC SEMIBOLD" w:cs="☞DIODRUM ARABIC SEMIBOLD" w:hint="cs"/>
          <w:b/>
          <w:bCs/>
          <w:color w:val="auto"/>
          <w:sz w:val="20"/>
          <w:szCs w:val="20"/>
          <w:rtl/>
        </w:rPr>
        <w:t>الجسدي</w:t>
      </w:r>
      <w:r w:rsidRPr="00C10ADB">
        <w:rPr>
          <w:rFonts w:ascii="☞DIODRUM ARABIC SEMIBOLD" w:hAnsi="☞DIODRUM ARABIC SEMIBOLD" w:cs="☞DIODRUM ARABIC SEMIBOLD" w:hint="cs"/>
          <w:b/>
          <w:bCs/>
          <w:color w:val="auto"/>
          <w:sz w:val="20"/>
          <w:szCs w:val="20"/>
        </w:rPr>
        <w:t xml:space="preserve"> </w:t>
      </w:r>
      <w:r w:rsidRPr="00C10ADB">
        <w:rPr>
          <w:rFonts w:ascii="☞DIODRUM ARABIC SEMIBOLD" w:hAnsi="☞DIODRUM ARABIC SEMIBOLD" w:cs="☞DIODRUM ARABIC SEMIBOLD" w:hint="cs"/>
          <w:b/>
          <w:bCs/>
          <w:color w:val="auto"/>
          <w:sz w:val="20"/>
          <w:szCs w:val="20"/>
          <w:rtl/>
        </w:rPr>
        <w:t>والإدراكي</w:t>
      </w:r>
    </w:p>
    <w:p w14:paraId="0F5E9C1B" w14:textId="3411E0DF" w:rsidR="00D04C7D" w:rsidRPr="00C10ADB" w:rsidRDefault="00D6184D" w:rsidP="00C10ADB">
      <w:pPr>
        <w:bidi/>
        <w:rPr>
          <w:rFonts w:ascii="☞DIODRUM ARABIC MEDIUM" w:hAnsi="☞DIODRUM ARABIC MEDIUM" w:cs="☞DIODRUM ARABIC MEDIUM"/>
          <w:sz w:val="20"/>
          <w:szCs w:val="20"/>
        </w:rPr>
      </w:pPr>
      <w:r w:rsidRPr="00C10ADB">
        <w:rPr>
          <w:rFonts w:ascii="☞DIODRUM ARABIC MEDIUM" w:hAnsi="☞DIODRUM ARABIC MEDIUM" w:cs="☞DIODRUM ARABIC MEDIUM" w:hint="cs"/>
          <w:sz w:val="20"/>
          <w:szCs w:val="20"/>
          <w:rtl/>
        </w:rPr>
        <w:t>تمكين</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الاستخدام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بكفاءة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وراحة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مع</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تقليل</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الجهد</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إلى</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الحد</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الأدنى</w:t>
      </w:r>
      <w:r w:rsidR="00655331" w:rsidRPr="00C10ADB">
        <w:rPr>
          <w:rFonts w:ascii="☞DIODRUM ARABIC MEDIUM" w:hAnsi="☞DIODRUM ARABIC MEDIUM" w:cs="☞DIODRUM ARABIC MEDIUM" w:hint="cs"/>
          <w:sz w:val="20"/>
          <w:szCs w:val="20"/>
          <w:rtl/>
        </w:rPr>
        <w:t>.</w:t>
      </w:r>
    </w:p>
    <w:p w14:paraId="3B9776E6" w14:textId="1E464E95" w:rsidR="00D04C7D" w:rsidRPr="00C10ADB" w:rsidRDefault="00D6184D" w:rsidP="00C10ADB">
      <w:pPr>
        <w:pStyle w:val="Heading5"/>
        <w:bidi/>
        <w:rPr>
          <w:rFonts w:ascii="☞DIODRUM ARABIC SEMIBOLD" w:hAnsi="☞DIODRUM ARABIC SEMIBOLD" w:cs="☞DIODRUM ARABIC SEMIBOLD"/>
          <w:b/>
          <w:bCs/>
          <w:color w:val="auto"/>
          <w:sz w:val="20"/>
          <w:szCs w:val="20"/>
        </w:rPr>
      </w:pPr>
      <w:r w:rsidRPr="00C10ADB">
        <w:rPr>
          <w:rFonts w:ascii="☞DIODRUM ARABIC SEMIBOLD" w:hAnsi="☞DIODRUM ARABIC SEMIBOLD" w:cs="☞DIODRUM ARABIC SEMIBOLD" w:hint="cs"/>
          <w:b/>
          <w:bCs/>
          <w:color w:val="auto"/>
          <w:sz w:val="20"/>
          <w:szCs w:val="20"/>
          <w:rtl/>
        </w:rPr>
        <w:t>تحديد</w:t>
      </w:r>
      <w:r w:rsidRPr="00C10ADB">
        <w:rPr>
          <w:rFonts w:ascii="☞DIODRUM ARABIC SEMIBOLD" w:hAnsi="☞DIODRUM ARABIC SEMIBOLD" w:cs="☞DIODRUM ARABIC SEMIBOLD" w:hint="cs"/>
          <w:b/>
          <w:bCs/>
          <w:color w:val="auto"/>
          <w:sz w:val="20"/>
          <w:szCs w:val="20"/>
        </w:rPr>
        <w:t xml:space="preserve"> </w:t>
      </w:r>
      <w:r w:rsidRPr="00C10ADB">
        <w:rPr>
          <w:rFonts w:ascii="☞DIODRUM ARABIC SEMIBOLD" w:hAnsi="☞DIODRUM ARABIC SEMIBOLD" w:cs="☞DIODRUM ARABIC SEMIBOLD" w:hint="cs"/>
          <w:b/>
          <w:bCs/>
          <w:color w:val="auto"/>
          <w:sz w:val="20"/>
          <w:szCs w:val="20"/>
          <w:rtl/>
        </w:rPr>
        <w:t>هامش</w:t>
      </w:r>
      <w:r w:rsidR="00655331" w:rsidRPr="00C10ADB">
        <w:rPr>
          <w:rFonts w:ascii="☞DIODRUM ARABIC SEMIBOLD" w:hAnsi="☞DIODRUM ARABIC SEMIBOLD" w:cs="☞DIODRUM ARABIC SEMIBOLD" w:hint="cs"/>
          <w:b/>
          <w:bCs/>
          <w:color w:val="auto"/>
          <w:sz w:val="20"/>
          <w:szCs w:val="20"/>
          <w:rtl/>
        </w:rPr>
        <w:t xml:space="preserve"> </w:t>
      </w:r>
      <w:r w:rsidRPr="00C10ADB">
        <w:rPr>
          <w:rFonts w:ascii="☞DIODRUM ARABIC SEMIBOLD" w:hAnsi="☞DIODRUM ARABIC SEMIBOLD" w:cs="☞DIODRUM ARABIC SEMIBOLD" w:hint="cs"/>
          <w:b/>
          <w:bCs/>
          <w:color w:val="auto"/>
          <w:sz w:val="20"/>
          <w:szCs w:val="20"/>
          <w:rtl/>
        </w:rPr>
        <w:t>الخطـأ</w:t>
      </w:r>
    </w:p>
    <w:p w14:paraId="7E7A0326" w14:textId="29D7C4E3" w:rsidR="00655331" w:rsidRPr="00C10ADB" w:rsidRDefault="00D6184D" w:rsidP="00C10ADB">
      <w:pPr>
        <w:bidi/>
        <w:rPr>
          <w:rFonts w:ascii="☞DIODRUM ARABIC MEDIUM" w:hAnsi="☞DIODRUM ARABIC MEDIUM" w:cs="☞DIODRUM ARABIC MEDIUM"/>
          <w:sz w:val="20"/>
          <w:szCs w:val="20"/>
        </w:rPr>
      </w:pPr>
      <w:r w:rsidRPr="00C10ADB">
        <w:rPr>
          <w:rFonts w:ascii="☞DIODRUM ARABIC MEDIUM" w:hAnsi="☞DIODRUM ARABIC MEDIUM" w:cs="☞DIODRUM ARABIC MEDIUM" w:hint="cs"/>
          <w:sz w:val="20"/>
          <w:szCs w:val="20"/>
          <w:rtl/>
        </w:rPr>
        <w:t>الحد</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من</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المخاطر</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ومن</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تداعيات</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الإجراءات</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غير</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المتعمدة</w:t>
      </w:r>
      <w:r w:rsidR="00655331" w:rsidRPr="00C10ADB">
        <w:rPr>
          <w:rFonts w:ascii="☞DIODRUM ARABIC MEDIUM" w:hAnsi="☞DIODRUM ARABIC MEDIUM" w:cs="☞DIODRUM ARABIC MEDIUM" w:hint="cs"/>
          <w:sz w:val="20"/>
          <w:szCs w:val="20"/>
          <w:rtl/>
        </w:rPr>
        <w:t>.</w:t>
      </w:r>
    </w:p>
    <w:p w14:paraId="2705CB3F" w14:textId="77777777" w:rsidR="00D04C7D" w:rsidRPr="00C10ADB" w:rsidRDefault="00D6184D" w:rsidP="00C10ADB">
      <w:pPr>
        <w:pStyle w:val="Heading5"/>
        <w:bidi/>
        <w:rPr>
          <w:rFonts w:ascii="☞DIODRUM ARABIC SEMIBOLD" w:hAnsi="☞DIODRUM ARABIC SEMIBOLD" w:cs="☞DIODRUM ARABIC SEMIBOLD"/>
          <w:b/>
          <w:bCs/>
          <w:color w:val="auto"/>
          <w:sz w:val="20"/>
          <w:szCs w:val="20"/>
        </w:rPr>
      </w:pPr>
      <w:r w:rsidRPr="00C10ADB">
        <w:rPr>
          <w:rFonts w:ascii="☞DIODRUM ARABIC SEMIBOLD" w:hAnsi="☞DIODRUM ARABIC SEMIBOLD" w:cs="☞DIODRUM ARABIC SEMIBOLD" w:hint="cs"/>
          <w:b/>
          <w:bCs/>
          <w:color w:val="auto"/>
          <w:sz w:val="20"/>
          <w:szCs w:val="20"/>
          <w:rtl/>
        </w:rPr>
        <w:t>نقل</w:t>
      </w:r>
      <w:r w:rsidRPr="00C10ADB">
        <w:rPr>
          <w:rFonts w:ascii="☞DIODRUM ARABIC SEMIBOLD" w:hAnsi="☞DIODRUM ARABIC SEMIBOLD" w:cs="☞DIODRUM ARABIC SEMIBOLD" w:hint="cs"/>
          <w:b/>
          <w:bCs/>
          <w:color w:val="auto"/>
          <w:sz w:val="20"/>
          <w:szCs w:val="20"/>
        </w:rPr>
        <w:t xml:space="preserve"> </w:t>
      </w:r>
      <w:r w:rsidRPr="00C10ADB">
        <w:rPr>
          <w:rFonts w:ascii="☞DIODRUM ARABIC SEMIBOLD" w:hAnsi="☞DIODRUM ARABIC SEMIBOLD" w:cs="☞DIODRUM ARABIC SEMIBOLD" w:hint="cs"/>
          <w:b/>
          <w:bCs/>
          <w:color w:val="auto"/>
          <w:sz w:val="20"/>
          <w:szCs w:val="20"/>
          <w:rtl/>
        </w:rPr>
        <w:t>المعلومات</w:t>
      </w:r>
      <w:r w:rsidRPr="00C10ADB">
        <w:rPr>
          <w:rFonts w:ascii="☞DIODRUM ARABIC SEMIBOLD" w:hAnsi="☞DIODRUM ARABIC SEMIBOLD" w:cs="☞DIODRUM ARABIC SEMIBOLD" w:hint="cs"/>
          <w:b/>
          <w:bCs/>
          <w:color w:val="auto"/>
          <w:sz w:val="20"/>
          <w:szCs w:val="20"/>
        </w:rPr>
        <w:t xml:space="preserve"> </w:t>
      </w:r>
      <w:r w:rsidRPr="00C10ADB">
        <w:rPr>
          <w:rFonts w:ascii="☞DIODRUM ARABIC SEMIBOLD" w:hAnsi="☞DIODRUM ARABIC SEMIBOLD" w:cs="☞DIODRUM ARABIC SEMIBOLD" w:hint="cs"/>
          <w:b/>
          <w:bCs/>
          <w:color w:val="auto"/>
          <w:sz w:val="20"/>
          <w:szCs w:val="20"/>
          <w:rtl/>
        </w:rPr>
        <w:t>بطريقة</w:t>
      </w:r>
      <w:r w:rsidRPr="00C10ADB">
        <w:rPr>
          <w:rFonts w:ascii="☞DIODRUM ARABIC SEMIBOLD" w:hAnsi="☞DIODRUM ARABIC SEMIBOLD" w:cs="☞DIODRUM ARABIC SEMIBOLD" w:hint="cs"/>
          <w:b/>
          <w:bCs/>
          <w:color w:val="auto"/>
          <w:sz w:val="20"/>
          <w:szCs w:val="20"/>
        </w:rPr>
        <w:t xml:space="preserve"> </w:t>
      </w:r>
      <w:r w:rsidRPr="00C10ADB">
        <w:rPr>
          <w:rFonts w:ascii="☞DIODRUM ARABIC SEMIBOLD" w:hAnsi="☞DIODRUM ARABIC SEMIBOLD" w:cs="☞DIODRUM ARABIC SEMIBOLD" w:hint="cs"/>
          <w:b/>
          <w:bCs/>
          <w:color w:val="auto"/>
          <w:sz w:val="20"/>
          <w:szCs w:val="20"/>
          <w:rtl/>
        </w:rPr>
        <w:t>حسية</w:t>
      </w:r>
    </w:p>
    <w:p w14:paraId="2452EB75" w14:textId="1FB8E26D" w:rsidR="00D04C7D" w:rsidRPr="00C10ADB" w:rsidRDefault="00D6184D" w:rsidP="00C10ADB">
      <w:pPr>
        <w:bidi/>
        <w:rPr>
          <w:rFonts w:ascii="☞DIODRUM ARABIC MEDIUM" w:hAnsi="☞DIODRUM ARABIC MEDIUM" w:cs="☞DIODRUM ARABIC MEDIUM"/>
          <w:sz w:val="20"/>
          <w:szCs w:val="20"/>
          <w:rtl/>
        </w:rPr>
      </w:pPr>
      <w:r w:rsidRPr="00C10ADB">
        <w:rPr>
          <w:rFonts w:ascii="☞DIODRUM ARABIC MEDIUM" w:hAnsi="☞DIODRUM ARABIC MEDIUM" w:cs="☞DIODRUM ARABIC MEDIUM" w:hint="cs"/>
          <w:sz w:val="20"/>
          <w:szCs w:val="20"/>
          <w:rtl/>
        </w:rPr>
        <w:t>إيصال</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المعلومات</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الأساسية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بشكل</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فعال</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لجميع</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المستخدمين،</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حتى</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في</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البيئات</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أو</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الظرو</w:t>
      </w:r>
      <w:r w:rsidR="00E34FB3">
        <w:rPr>
          <w:rFonts w:ascii="☞DIODRUM ARABIC MEDIUM" w:hAnsi="☞DIODRUM ARABIC MEDIUM" w:cs="☞DIODRUM ARABIC MEDIUM" w:hint="cs"/>
          <w:sz w:val="20"/>
          <w:szCs w:val="20"/>
          <w:rtl/>
        </w:rPr>
        <w:t xml:space="preserve">ف </w:t>
      </w:r>
      <w:r w:rsidRPr="00C10ADB">
        <w:rPr>
          <w:rFonts w:ascii="☞DIODRUM ARABIC MEDIUM" w:hAnsi="☞DIODRUM ARABIC MEDIUM" w:cs="☞DIODRUM ARABIC MEDIUM" w:hint="cs"/>
          <w:sz w:val="20"/>
          <w:szCs w:val="20"/>
        </w:rPr>
        <w:t xml:space="preserve"> </w:t>
      </w:r>
      <w:r w:rsidR="00E34FB3">
        <w:rPr>
          <w:rFonts w:ascii="☞DIODRUM ARABIC MEDIUM" w:hAnsi="☞DIODRUM ARABIC MEDIUM" w:cs="☞DIODRUM ARABIC MEDIUM" w:hint="cs"/>
          <w:sz w:val="20"/>
          <w:szCs w:val="20"/>
          <w:rtl/>
        </w:rPr>
        <w:t>الصعبة</w:t>
      </w:r>
      <w:r w:rsidR="00655331" w:rsidRPr="00C10ADB">
        <w:rPr>
          <w:rFonts w:ascii="☞DIODRUM ARABIC MEDIUM" w:hAnsi="☞DIODRUM ARABIC MEDIUM" w:cs="☞DIODRUM ARABIC MEDIUM" w:hint="cs"/>
          <w:sz w:val="20"/>
          <w:szCs w:val="20"/>
          <w:rtl/>
        </w:rPr>
        <w:t>.</w:t>
      </w:r>
    </w:p>
    <w:p w14:paraId="1549E4A0" w14:textId="0010F20A" w:rsidR="00D04C7D" w:rsidRPr="00C10ADB" w:rsidRDefault="00D6184D" w:rsidP="00C10ADB">
      <w:pPr>
        <w:pStyle w:val="Heading5"/>
        <w:bidi/>
        <w:rPr>
          <w:rFonts w:ascii="☞DIODRUM ARABIC SEMIBOLD" w:hAnsi="☞DIODRUM ARABIC SEMIBOLD" w:cs="☞DIODRUM ARABIC SEMIBOLD"/>
          <w:b/>
          <w:bCs/>
          <w:color w:val="auto"/>
          <w:sz w:val="20"/>
          <w:szCs w:val="20"/>
        </w:rPr>
      </w:pPr>
      <w:r w:rsidRPr="00C10ADB">
        <w:rPr>
          <w:rFonts w:ascii="☞DIODRUM ARABIC SEMIBOLD" w:hAnsi="☞DIODRUM ARABIC SEMIBOLD" w:cs="☞DIODRUM ARABIC SEMIBOLD" w:hint="cs"/>
          <w:b/>
          <w:bCs/>
          <w:color w:val="auto"/>
          <w:sz w:val="20"/>
          <w:szCs w:val="20"/>
          <w:rtl/>
        </w:rPr>
        <w:t>توفير</w:t>
      </w:r>
      <w:r w:rsidRPr="00C10ADB">
        <w:rPr>
          <w:rFonts w:ascii="☞DIODRUM ARABIC SEMIBOLD" w:hAnsi="☞DIODRUM ARABIC SEMIBOLD" w:cs="☞DIODRUM ARABIC SEMIBOLD" w:hint="cs"/>
          <w:b/>
          <w:bCs/>
          <w:color w:val="auto"/>
          <w:sz w:val="20"/>
          <w:szCs w:val="20"/>
        </w:rPr>
        <w:t xml:space="preserve"> </w:t>
      </w:r>
      <w:r w:rsidRPr="00C10ADB">
        <w:rPr>
          <w:rFonts w:ascii="☞DIODRUM ARABIC SEMIBOLD" w:hAnsi="☞DIODRUM ARABIC SEMIBOLD" w:cs="☞DIODRUM ARABIC SEMIBOLD" w:hint="cs"/>
          <w:b/>
          <w:bCs/>
          <w:color w:val="auto"/>
          <w:sz w:val="20"/>
          <w:szCs w:val="20"/>
          <w:rtl/>
        </w:rPr>
        <w:t>المساحة</w:t>
      </w:r>
      <w:r w:rsidR="00655331" w:rsidRPr="00C10ADB">
        <w:rPr>
          <w:rFonts w:ascii="☞DIODRUM ARABIC SEMIBOLD" w:hAnsi="☞DIODRUM ARABIC SEMIBOLD" w:cs="☞DIODRUM ARABIC SEMIBOLD" w:hint="cs"/>
          <w:b/>
          <w:bCs/>
          <w:color w:val="auto"/>
          <w:sz w:val="20"/>
          <w:szCs w:val="20"/>
          <w:rtl/>
        </w:rPr>
        <w:t xml:space="preserve"> </w:t>
      </w:r>
      <w:r w:rsidRPr="00C10ADB">
        <w:rPr>
          <w:rFonts w:ascii="☞DIODRUM ARABIC SEMIBOLD" w:hAnsi="☞DIODRUM ARABIC SEMIBOLD" w:cs="☞DIODRUM ARABIC SEMIBOLD" w:hint="cs"/>
          <w:b/>
          <w:bCs/>
          <w:color w:val="auto"/>
          <w:sz w:val="20"/>
          <w:szCs w:val="20"/>
          <w:rtl/>
        </w:rPr>
        <w:t>اللازمة</w:t>
      </w:r>
    </w:p>
    <w:p w14:paraId="3DD5B19A" w14:textId="124B2EA8" w:rsidR="006E1914" w:rsidRPr="00C10ADB" w:rsidRDefault="00D6184D" w:rsidP="00C10ADB">
      <w:pPr>
        <w:bidi/>
        <w:rPr>
          <w:rFonts w:ascii="☞DIODRUM ARABIC MEDIUM" w:hAnsi="☞DIODRUM ARABIC MEDIUM" w:cs="☞DIODRUM ARABIC MEDIUM"/>
          <w:sz w:val="20"/>
          <w:szCs w:val="20"/>
        </w:rPr>
      </w:pPr>
      <w:r w:rsidRPr="00C10ADB">
        <w:rPr>
          <w:rFonts w:ascii="☞DIODRUM ARABIC MEDIUM" w:hAnsi="☞DIODRUM ARABIC MEDIUM" w:cs="☞DIODRUM ARABIC MEDIUM" w:hint="cs"/>
          <w:sz w:val="20"/>
          <w:szCs w:val="20"/>
          <w:rtl/>
        </w:rPr>
        <w:t>توفير</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المساحة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اللازمة</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للتنقل،</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والوصول،</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والاستخدام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بصرف</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النظر</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عن</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حجم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المستخدم،</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أو</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وضعيته،</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أو</w:t>
      </w:r>
      <w:r w:rsidRPr="00C10ADB">
        <w:rPr>
          <w:rFonts w:ascii="☞DIODRUM ARABIC MEDIUM" w:hAnsi="☞DIODRUM ARABIC MEDIUM" w:cs="☞DIODRUM ARABIC MEDIUM" w:hint="cs"/>
          <w:sz w:val="20"/>
          <w:szCs w:val="20"/>
        </w:rPr>
        <w:t xml:space="preserve"> </w:t>
      </w:r>
      <w:r w:rsidRPr="00C10ADB">
        <w:rPr>
          <w:rFonts w:ascii="☞DIODRUM ARABIC MEDIUM" w:hAnsi="☞DIODRUM ARABIC MEDIUM" w:cs="☞DIODRUM ARABIC MEDIUM" w:hint="cs"/>
          <w:sz w:val="20"/>
          <w:szCs w:val="20"/>
          <w:rtl/>
        </w:rPr>
        <w:t>حركته</w:t>
      </w:r>
      <w:r w:rsidR="00655331" w:rsidRPr="00C10ADB">
        <w:rPr>
          <w:rFonts w:ascii="☞DIODRUM ARABIC MEDIUM" w:hAnsi="☞DIODRUM ARABIC MEDIUM" w:cs="☞DIODRUM ARABIC MEDIUM" w:hint="cs"/>
          <w:sz w:val="20"/>
          <w:szCs w:val="20"/>
          <w:rtl/>
        </w:rPr>
        <w:t>.</w:t>
      </w:r>
    </w:p>
    <w:p w14:paraId="0557D537" w14:textId="3621A844" w:rsidR="00D04C7D" w:rsidRPr="00C10ADB" w:rsidRDefault="00D6184D" w:rsidP="00C10ADB">
      <w:pPr>
        <w:bidi/>
        <w:jc w:val="center"/>
        <w:rPr>
          <w:rFonts w:ascii="☞DIODRUM ARABIC MEDIUM" w:hAnsi="☞DIODRUM ARABIC MEDIUM" w:cs="☞DIODRUM ARABIC MEDIUM"/>
          <w:sz w:val="24"/>
          <w:szCs w:val="24"/>
        </w:rPr>
      </w:pPr>
      <w:r w:rsidRPr="00C10ADB">
        <w:rPr>
          <w:rFonts w:ascii="☞DIODRUM ARABIC MEDIUM" w:hAnsi="☞DIODRUM ARABIC MEDIUM" w:cs="☞DIODRUM ARABIC MEDIUM" w:hint="cs"/>
          <w:sz w:val="24"/>
          <w:szCs w:val="24"/>
          <w:rtl/>
        </w:rPr>
        <w:lastRenderedPageBreak/>
        <w:t>تضمن</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المبادئ</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والمعايير</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الواردة</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أعلاه</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تعزيز</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البيئة</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الرقمية</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الشمولية</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وفي</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القسم</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التالي،</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يتم</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التركيز</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على</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رحلة</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الحكومة</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الرقمية</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في</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هذا</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المجال،</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مع</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تسليط</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الضوء</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على</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الجهود</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التي</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تبذلها</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والتقدم</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الذي</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تحرزه</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في</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تطبيق</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مفهوم</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الشمولية</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الرقمية</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على</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المستوى</w:t>
      </w:r>
      <w:r w:rsidRPr="00C10ADB">
        <w:rPr>
          <w:rFonts w:ascii="☞DIODRUM ARABIC MEDIUM" w:hAnsi="☞DIODRUM ARABIC MEDIUM" w:cs="☞DIODRUM ARABIC MEDIUM" w:hint="cs"/>
          <w:sz w:val="24"/>
          <w:szCs w:val="24"/>
        </w:rPr>
        <w:t xml:space="preserve"> </w:t>
      </w:r>
      <w:r w:rsidRPr="00C10ADB">
        <w:rPr>
          <w:rFonts w:ascii="☞DIODRUM ARABIC MEDIUM" w:hAnsi="☞DIODRUM ARABIC MEDIUM" w:cs="☞DIODRUM ARABIC MEDIUM" w:hint="cs"/>
          <w:sz w:val="24"/>
          <w:szCs w:val="24"/>
          <w:rtl/>
        </w:rPr>
        <w:t>الوطني</w:t>
      </w:r>
      <w:r w:rsidR="00655331" w:rsidRPr="00C10ADB">
        <w:rPr>
          <w:rFonts w:ascii="☞DIODRUM ARABIC MEDIUM" w:hAnsi="☞DIODRUM ARABIC MEDIUM" w:cs="☞DIODRUM ARABIC MEDIUM" w:hint="cs"/>
          <w:sz w:val="24"/>
          <w:szCs w:val="24"/>
          <w:rtl/>
        </w:rPr>
        <w:t>.</w:t>
      </w:r>
    </w:p>
    <w:p w14:paraId="159B583B" w14:textId="77777777" w:rsidR="00D04C7D" w:rsidRDefault="00D6184D">
      <w:r>
        <w:br w:type="page"/>
      </w:r>
    </w:p>
    <w:p w14:paraId="03947A39" w14:textId="4C4AFBE1" w:rsidR="00D04C7D" w:rsidRPr="00103393" w:rsidRDefault="00D6184D">
      <w:pPr>
        <w:pStyle w:val="Heading2"/>
        <w:bidi/>
        <w:jc w:val="both"/>
        <w:rPr>
          <w:rFonts w:ascii="DiodrumArabic-Semibold" w:hAnsi="DiodrumArabic-Semibold" w:cs="DiodrumArabic-Semibold"/>
          <w:color w:val="auto"/>
        </w:rPr>
      </w:pPr>
      <w:bookmarkStart w:id="38" w:name="heading_21_4_الخاتمة"/>
      <w:bookmarkStart w:id="39" w:name="_Toc204265948"/>
      <w:r w:rsidRPr="00103393">
        <w:rPr>
          <w:rFonts w:ascii="DiodrumArabic-Semibold" w:hAnsi="DiodrumArabic-Semibold" w:cs="DiodrumArabic-Semibold" w:hint="cs"/>
          <w:color w:val="auto"/>
        </w:rPr>
        <w:lastRenderedPageBreak/>
        <w:t xml:space="preserve">4. </w:t>
      </w:r>
      <w:r w:rsidR="00EF5BFB">
        <w:rPr>
          <w:rFonts w:ascii="DiodrumArabic-Semibold" w:hAnsi="DiodrumArabic-Semibold" w:cs="DiodrumArabic-Semibold" w:hint="cs"/>
          <w:color w:val="auto"/>
          <w:rtl/>
        </w:rPr>
        <w:t xml:space="preserve"> </w:t>
      </w:r>
      <w:r w:rsidRPr="00103393">
        <w:rPr>
          <w:rFonts w:ascii="DiodrumArabic-Semibold" w:hAnsi="DiodrumArabic-Semibold" w:cs="DiodrumArabic-Semibold" w:hint="cs"/>
          <w:color w:val="auto"/>
          <w:rtl/>
        </w:rPr>
        <w:t>الخاتمة</w:t>
      </w:r>
      <w:bookmarkEnd w:id="38"/>
      <w:bookmarkEnd w:id="39"/>
    </w:p>
    <w:p w14:paraId="72218551" w14:textId="4A0B42CD" w:rsidR="00D04C7D" w:rsidRPr="00083043" w:rsidRDefault="00D6184D" w:rsidP="00083043">
      <w:pPr>
        <w:bidi/>
        <w:rPr>
          <w:rFonts w:ascii="☞DIODRUM ARABIC MEDIUM" w:hAnsi="☞DIODRUM ARABIC MEDIUM" w:cs="☞DIODRUM ARABIC MEDIUM"/>
          <w:sz w:val="18"/>
          <w:szCs w:val="18"/>
        </w:rPr>
      </w:pPr>
      <w:r w:rsidRPr="00083043">
        <w:rPr>
          <w:rFonts w:ascii="☞DIODRUM ARABIC MEDIUM" w:hAnsi="☞DIODRUM ARABIC MEDIUM" w:cs="☞DIODRUM ARABIC MEDIUM" w:hint="cs"/>
          <w:sz w:val="18"/>
          <w:szCs w:val="18"/>
          <w:rtl/>
        </w:rPr>
        <w:t>تشهد</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المملكة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العربية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السعودية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تقدماً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ملحوظاً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في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مجال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الشمولية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الرقمية،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مما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يؤكد</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على</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التزامها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القوي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بدمج</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الأشخاص</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ذوي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الإعاقة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في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منظومتها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الرقمية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وتوفّر</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نشرة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إحصاءات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الإعاقة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لعام</w:t>
      </w:r>
      <w:r w:rsidRPr="00083043">
        <w:rPr>
          <w:rFonts w:ascii="☞DIODRUM ARABIC MEDIUM" w:hAnsi="☞DIODRUM ARABIC MEDIUM" w:cs="☞DIODRUM ARABIC MEDIUM" w:hint="cs"/>
          <w:sz w:val="18"/>
          <w:szCs w:val="18"/>
        </w:rPr>
        <w:t xml:space="preserve"> 2023 </w:t>
      </w:r>
      <w:r w:rsidRPr="00083043">
        <w:rPr>
          <w:rFonts w:ascii="☞DIODRUM ARABIC MEDIUM" w:hAnsi="☞DIODRUM ARABIC MEDIUM" w:cs="☞DIODRUM ARABIC MEDIUM" w:hint="cs"/>
          <w:sz w:val="18"/>
          <w:szCs w:val="18"/>
          <w:rtl/>
        </w:rPr>
        <w:t>بيانات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شاملة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تبيّن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أن</w:t>
      </w:r>
      <w:r w:rsidRPr="00083043">
        <w:rPr>
          <w:rFonts w:ascii="☞DIODRUM ARABIC MEDIUM" w:hAnsi="☞DIODRUM ARABIC MEDIUM" w:cs="☞DIODRUM ARABIC MEDIUM" w:hint="cs"/>
          <w:sz w:val="18"/>
          <w:szCs w:val="18"/>
        </w:rPr>
        <w:t xml:space="preserve"> 4.2% </w:t>
      </w:r>
      <w:r w:rsidRPr="00083043">
        <w:rPr>
          <w:rFonts w:ascii="☞DIODRUM ARABIC MEDIUM" w:hAnsi="☞DIODRUM ARABIC MEDIUM" w:cs="☞DIODRUM ARABIC MEDIUM" w:hint="cs"/>
          <w:sz w:val="18"/>
          <w:szCs w:val="18"/>
          <w:rtl/>
        </w:rPr>
        <w:t>من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الأشخاص</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يعانون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إعاقات،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مما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يؤكد</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على</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الحاجة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الملحّة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إلى</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سياسات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شمولية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وبنية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تحتية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رقمية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يمكن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الوصول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إليها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وفي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هذا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الإطار،</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لا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بدّ</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الإشارة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إلى</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أن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الجهود</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التي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تبذلها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الحكومة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الرقمية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في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مجال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الشمولية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الرقمية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جديرة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بالثناء</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وضرورية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لضمان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إمكانية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وصول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جميع</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المواطنين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إلى</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الموارد</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والخدمات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الرقمية</w:t>
      </w:r>
      <w:r w:rsidRPr="00083043">
        <w:rPr>
          <w:rFonts w:ascii="☞DIODRUM ARABIC MEDIUM" w:hAnsi="☞DIODRUM ARABIC MEDIUM" w:cs="☞DIODRUM ARABIC MEDIUM" w:hint="cs"/>
          <w:sz w:val="18"/>
          <w:szCs w:val="18"/>
        </w:rPr>
        <w:t>.</w:t>
      </w:r>
    </w:p>
    <w:p w14:paraId="0B045F80" w14:textId="6DC48D6D" w:rsidR="00D04C7D" w:rsidRPr="00083043" w:rsidRDefault="00D6184D" w:rsidP="00083043">
      <w:pPr>
        <w:bidi/>
        <w:rPr>
          <w:rFonts w:ascii="☞DIODRUM ARABIC MEDIUM" w:hAnsi="☞DIODRUM ARABIC MEDIUM" w:cs="☞DIODRUM ARABIC MEDIUM"/>
          <w:sz w:val="18"/>
          <w:szCs w:val="18"/>
        </w:rPr>
      </w:pPr>
      <w:r w:rsidRPr="00083043">
        <w:rPr>
          <w:rFonts w:ascii="☞DIODRUM ARABIC MEDIUM" w:hAnsi="☞DIODRUM ARABIC MEDIUM" w:cs="☞DIODRUM ARABIC MEDIUM" w:hint="cs"/>
          <w:sz w:val="18"/>
          <w:szCs w:val="18"/>
          <w:rtl/>
        </w:rPr>
        <w:t>تتماشى</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هذه</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الرؤية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الاستراتيجية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مع</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الأهداف</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الأوسع</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نطاقاً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التي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حددتها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المملكة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في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إطار</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رؤية</w:t>
      </w:r>
      <w:r w:rsidRPr="00083043">
        <w:rPr>
          <w:rFonts w:ascii="☞DIODRUM ARABIC MEDIUM" w:hAnsi="☞DIODRUM ARABIC MEDIUM" w:cs="☞DIODRUM ARABIC MEDIUM" w:hint="cs"/>
          <w:sz w:val="18"/>
          <w:szCs w:val="18"/>
        </w:rPr>
        <w:t xml:space="preserve"> 2030</w:t>
      </w:r>
      <w:r w:rsidRPr="00083043">
        <w:rPr>
          <w:rFonts w:ascii="☞DIODRUM ARABIC MEDIUM" w:hAnsi="☞DIODRUM ARABIC MEDIUM" w:cs="☞DIODRUM ARABIC MEDIUM" w:hint="cs"/>
          <w:sz w:val="18"/>
          <w:szCs w:val="18"/>
          <w:rtl/>
        </w:rPr>
        <w:t>،</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التي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تسعى</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إلى</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ترسيخ</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مجتمع</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شمولي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حيث</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يمكن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لكل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فرد،</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بصرف</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النظر</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عن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قدراته</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الجسدية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أو</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المعرفية،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المشاركة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بشكل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كامل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في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الاقتصاد</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الرقمي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وتؤدي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المبادرات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الحكومية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الرئيسية،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مثل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برنامج</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الشمولية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الرقمية،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وخدمات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الحكومة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الإلكترونية،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وصندوق</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الخدمة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الشاملة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دوراً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محورياً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في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تضييق</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الفجوة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الرقمية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وتعزز</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هذه</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البرامج</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إمكانية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الوصول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إلى</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البنية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التحتية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للاتصالات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وتقنية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المعلومات،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وتبني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التقنيات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المساعدة،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وإمكانية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الاتصال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بشبكة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الإنترنت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عالية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السرعة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في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المناطق</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المحرومة</w:t>
      </w:r>
      <w:r w:rsidR="00655331" w:rsidRPr="00083043">
        <w:rPr>
          <w:rFonts w:ascii="☞DIODRUM ARABIC MEDIUM" w:hAnsi="☞DIODRUM ARABIC MEDIUM" w:cs="☞DIODRUM ARABIC MEDIUM" w:hint="cs"/>
          <w:sz w:val="18"/>
          <w:szCs w:val="18"/>
          <w:rtl/>
        </w:rPr>
        <w:t>.</w:t>
      </w:r>
    </w:p>
    <w:p w14:paraId="41D07AB5" w14:textId="2D0E94DB" w:rsidR="00D04C7D" w:rsidRPr="00083043" w:rsidRDefault="00D6184D" w:rsidP="00083043">
      <w:pPr>
        <w:bidi/>
        <w:rPr>
          <w:rFonts w:ascii="☞DIODRUM ARABIC MEDIUM" w:hAnsi="☞DIODRUM ARABIC MEDIUM" w:cs="☞DIODRUM ARABIC MEDIUM"/>
          <w:sz w:val="18"/>
          <w:szCs w:val="18"/>
        </w:rPr>
      </w:pPr>
      <w:r w:rsidRPr="00083043">
        <w:rPr>
          <w:rFonts w:ascii="☞DIODRUM ARABIC MEDIUM" w:hAnsi="☞DIODRUM ARABIC MEDIUM" w:cs="☞DIODRUM ARABIC MEDIUM" w:hint="cs"/>
          <w:sz w:val="18"/>
          <w:szCs w:val="18"/>
          <w:rtl/>
        </w:rPr>
        <w:t>ومن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المهم</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أيضاً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التركيز</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على</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برامج</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محو</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الأمية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الرقمية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لتمكين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الأشخاص</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ذوي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الإعاقة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استخدام</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الأدوات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والموارد</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الرقمية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بشكل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فعال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ويتم</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تعزيز</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هذه</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المبادرات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بشكل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أكبر</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خلال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إقامة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شراكات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مع</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القطاع</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الخاص،</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مما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يشجّع</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الابتكار</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في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مجال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التقنيات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التي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يمكن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الوصول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إليها</w:t>
      </w:r>
      <w:r w:rsidR="00655331" w:rsidRPr="00083043">
        <w:rPr>
          <w:rFonts w:ascii="☞DIODRUM ARABIC MEDIUM" w:hAnsi="☞DIODRUM ARABIC MEDIUM" w:cs="☞DIODRUM ARABIC MEDIUM" w:hint="cs"/>
          <w:sz w:val="18"/>
          <w:szCs w:val="18"/>
          <w:rtl/>
        </w:rPr>
        <w:t>.</w:t>
      </w:r>
    </w:p>
    <w:p w14:paraId="760036FC" w14:textId="08E31AB5" w:rsidR="00D04C7D" w:rsidRPr="00083043" w:rsidRDefault="00D6184D" w:rsidP="00083043">
      <w:pPr>
        <w:bidi/>
        <w:rPr>
          <w:rFonts w:ascii="☞DIODRUM ARABIC MEDIUM" w:hAnsi="☞DIODRUM ARABIC MEDIUM" w:cs="☞DIODRUM ARABIC MEDIUM"/>
          <w:sz w:val="18"/>
          <w:szCs w:val="18"/>
        </w:rPr>
      </w:pPr>
      <w:r w:rsidRPr="00083043">
        <w:rPr>
          <w:rFonts w:ascii="☞DIODRUM ARABIC MEDIUM" w:hAnsi="☞DIODRUM ARABIC MEDIUM" w:cs="☞DIODRUM ARABIC MEDIUM" w:hint="cs"/>
          <w:sz w:val="18"/>
          <w:szCs w:val="18"/>
          <w:rtl/>
        </w:rPr>
        <w:t>كذلك،</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يضمن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دمج</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مبادئ</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التصميم</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الشامل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على</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مستوى</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المنصات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الرقمية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إمكانية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وصول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أكبر</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قاعدة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ممكنة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المستخدمين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إلى</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الخدمات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الجديدة،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مما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يعزز</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الشمولية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منذ</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البداية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ولا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بد</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الإشارة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إلى</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أن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المراقبة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والتقييم</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المستمرين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لهذه</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المبادرات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يسمح</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بإجراء</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تحسينات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بالاستناد</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إلى</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البيانات،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مما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يضمن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تلبية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الاحتياجات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المتغيرة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للأشخاص</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ذوي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الإعاقة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ويُعتبر</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هذا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التقييم</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المستمر</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عنصراً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أساسياً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لتحديد</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مجالات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التحسين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والتأكد</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أن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التحول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الرقمي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يخدم</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الجميع</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بشكل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متساوٍ</w:t>
      </w:r>
      <w:r w:rsidR="00655331" w:rsidRPr="00083043">
        <w:rPr>
          <w:rFonts w:ascii="☞DIODRUM ARABIC MEDIUM" w:hAnsi="☞DIODRUM ARABIC MEDIUM" w:cs="☞DIODRUM ARABIC MEDIUM" w:hint="cs"/>
          <w:sz w:val="18"/>
          <w:szCs w:val="18"/>
          <w:rtl/>
        </w:rPr>
        <w:t>.</w:t>
      </w:r>
    </w:p>
    <w:p w14:paraId="014A5B76" w14:textId="6A866F71" w:rsidR="00D04C7D" w:rsidRPr="00083043" w:rsidRDefault="00D6184D" w:rsidP="00083043">
      <w:pPr>
        <w:bidi/>
        <w:rPr>
          <w:rFonts w:ascii="☞DIODRUM ARABIC MEDIUM" w:hAnsi="☞DIODRUM ARABIC MEDIUM" w:cs="☞DIODRUM ARABIC MEDIUM"/>
          <w:sz w:val="18"/>
          <w:szCs w:val="18"/>
        </w:rPr>
      </w:pPr>
      <w:r w:rsidRPr="00083043">
        <w:rPr>
          <w:rFonts w:ascii="☞DIODRUM ARABIC MEDIUM" w:hAnsi="☞DIODRUM ARABIC MEDIUM" w:cs="☞DIODRUM ARABIC MEDIUM" w:hint="cs"/>
          <w:sz w:val="18"/>
          <w:szCs w:val="18"/>
          <w:rtl/>
        </w:rPr>
        <w:t>باختصار،</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تعكس</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رحلة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المملكة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العربية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السعودية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نحو</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الشمولية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الرقمية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التزامها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الشديد</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بتوفير</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بيئة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رقمية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شمولية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ولا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يتمثل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الهدف</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هذه</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المبادرات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في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تحسين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جودة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حياة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الأشخاص</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ذوي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الإعاقة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فحسب،</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بل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أيضًا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دعم</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التقدم</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والتطوّر</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على</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المستوى</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الوطني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فالجهود</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المتواصلة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في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هذا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الاتجاه</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سوف</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تمكّن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جميع</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المواطنين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الاستفادة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التطوّرات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الرقمية،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مما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يفسح</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المجال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لمستقبل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أكثر</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شمولية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وازدهاراً</w:t>
      </w:r>
      <w:r w:rsidR="00655331" w:rsidRPr="00083043">
        <w:rPr>
          <w:rFonts w:ascii="☞DIODRUM ARABIC MEDIUM" w:hAnsi="☞DIODRUM ARABIC MEDIUM" w:cs="☞DIODRUM ARABIC MEDIUM" w:hint="cs"/>
          <w:sz w:val="18"/>
          <w:szCs w:val="18"/>
          <w:rtl/>
        </w:rPr>
        <w:t>.</w:t>
      </w:r>
    </w:p>
    <w:p w14:paraId="1CA35F5D" w14:textId="1949FC4C" w:rsidR="00D04C7D" w:rsidRPr="00083043" w:rsidRDefault="00D6184D" w:rsidP="00083043">
      <w:pPr>
        <w:bidi/>
        <w:rPr>
          <w:rFonts w:ascii="☞DIODRUM ARABIC MEDIUM" w:hAnsi="☞DIODRUM ARABIC MEDIUM" w:cs="☞DIODRUM ARABIC MEDIUM"/>
          <w:sz w:val="18"/>
          <w:szCs w:val="18"/>
        </w:rPr>
      </w:pPr>
      <w:r w:rsidRPr="00083043">
        <w:rPr>
          <w:rFonts w:ascii="☞DIODRUM ARABIC MEDIUM" w:hAnsi="☞DIODRUM ARABIC MEDIUM" w:cs="☞DIODRUM ARABIC MEDIUM" w:hint="cs"/>
          <w:sz w:val="18"/>
          <w:szCs w:val="18"/>
          <w:rtl/>
        </w:rPr>
        <w:t>وفي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ظل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الابتكار</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المستمر</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والاستثمار</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المتواصل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في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التقنيات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التي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يمكن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الوصول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إليها،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تُعتبر</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المملكة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في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موقع</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يخوّلها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أن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تصبح</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جهة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رائدة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عالمياً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في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مجال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الشمولية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الرقمية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كجزء</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رؤية</w:t>
      </w:r>
      <w:r w:rsidRPr="00083043">
        <w:rPr>
          <w:rFonts w:ascii="☞DIODRUM ARABIC MEDIUM" w:hAnsi="☞DIODRUM ARABIC MEDIUM" w:cs="☞DIODRUM ARABIC MEDIUM" w:hint="cs"/>
          <w:sz w:val="18"/>
          <w:szCs w:val="18"/>
        </w:rPr>
        <w:t xml:space="preserve"> 2030. </w:t>
      </w:r>
      <w:r w:rsidRPr="00083043">
        <w:rPr>
          <w:rFonts w:ascii="☞DIODRUM ARABIC MEDIUM" w:hAnsi="☞DIODRUM ARABIC MEDIUM" w:cs="☞DIODRUM ARABIC MEDIUM" w:hint="cs"/>
          <w:sz w:val="18"/>
          <w:szCs w:val="18"/>
          <w:rtl/>
        </w:rPr>
        <w:t>فتحقيق</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هذه</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الأهداف</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سوف</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يعزز</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جودة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الحياة،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والنمو</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الاقتصادي،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والتماسك</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الاجتماعي</w:t>
      </w:r>
      <w:r w:rsidR="00655331" w:rsidRPr="00083043">
        <w:rPr>
          <w:rFonts w:ascii="☞DIODRUM ARABIC MEDIUM" w:hAnsi="☞DIODRUM ARABIC MEDIUM" w:cs="☞DIODRUM ARABIC MEDIUM" w:hint="cs"/>
          <w:sz w:val="18"/>
          <w:szCs w:val="18"/>
          <w:rtl/>
        </w:rPr>
        <w:t>.</w:t>
      </w:r>
    </w:p>
    <w:p w14:paraId="428E2DAE" w14:textId="08D84111" w:rsidR="00D04C7D" w:rsidRPr="00083043" w:rsidRDefault="00D6184D" w:rsidP="00083043">
      <w:pPr>
        <w:bidi/>
        <w:rPr>
          <w:rFonts w:ascii="☞DIODRUM ARABIC MEDIUM" w:hAnsi="☞DIODRUM ARABIC MEDIUM" w:cs="☞DIODRUM ARABIC MEDIUM"/>
          <w:sz w:val="18"/>
          <w:szCs w:val="18"/>
        </w:rPr>
      </w:pPr>
      <w:r w:rsidRPr="00083043">
        <w:rPr>
          <w:rFonts w:ascii="☞DIODRUM ARABIC MEDIUM" w:hAnsi="☞DIODRUM ARABIC MEDIUM" w:cs="☞DIODRUM ARABIC MEDIUM" w:hint="cs"/>
          <w:sz w:val="18"/>
          <w:szCs w:val="18"/>
          <w:rtl/>
        </w:rPr>
        <w:lastRenderedPageBreak/>
        <w:t>ويُعدّ</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التعاون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بين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جميع</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أصحاب</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المصلحة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والجهات</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الحكومية،</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والشركاء</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من</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القطاع</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الخاص،</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والمجتمع</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المدني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أمراً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ضرورياً</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للحفاظ</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على</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الزخم</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وبناء</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مجتمع</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رقمي</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قائم</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بالكامل</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على</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مبدأ</w:t>
      </w:r>
      <w:r w:rsidRPr="00083043">
        <w:rPr>
          <w:rFonts w:ascii="☞DIODRUM ARABIC MEDIUM" w:hAnsi="☞DIODRUM ARABIC MEDIUM" w:cs="☞DIODRUM ARABIC MEDIUM" w:hint="cs"/>
          <w:sz w:val="18"/>
          <w:szCs w:val="18"/>
        </w:rPr>
        <w:t xml:space="preserve"> </w:t>
      </w:r>
      <w:r w:rsidRPr="00083043">
        <w:rPr>
          <w:rFonts w:ascii="☞DIODRUM ARABIC MEDIUM" w:hAnsi="☞DIODRUM ARABIC MEDIUM" w:cs="☞DIODRUM ARABIC MEDIUM" w:hint="cs"/>
          <w:sz w:val="18"/>
          <w:szCs w:val="18"/>
          <w:rtl/>
        </w:rPr>
        <w:t>الشمولية</w:t>
      </w:r>
      <w:r w:rsidR="00655331" w:rsidRPr="00083043">
        <w:rPr>
          <w:rFonts w:ascii="☞DIODRUM ARABIC MEDIUM" w:hAnsi="☞DIODRUM ARABIC MEDIUM" w:cs="☞DIODRUM ARABIC MEDIUM" w:hint="cs"/>
          <w:sz w:val="18"/>
          <w:szCs w:val="18"/>
          <w:rtl/>
        </w:rPr>
        <w:t>.</w:t>
      </w:r>
    </w:p>
    <w:p w14:paraId="0BA13DD8" w14:textId="07AC54EA" w:rsidR="00D04C7D" w:rsidRPr="00103393" w:rsidRDefault="00F51DEA">
      <w:pPr>
        <w:pStyle w:val="Heading2"/>
        <w:bidi/>
        <w:jc w:val="both"/>
        <w:rPr>
          <w:rFonts w:ascii="DiodrumArabic-Semibold" w:hAnsi="DiodrumArabic-Semibold" w:cs="DiodrumArabic-Semibold"/>
          <w:color w:val="auto"/>
        </w:rPr>
      </w:pPr>
      <w:bookmarkStart w:id="40" w:name="heading_22_5التعريفات"/>
      <w:bookmarkStart w:id="41" w:name="_Toc204265949"/>
      <w:r>
        <w:rPr>
          <w:rFonts w:ascii="DiodrumArabic-Semibold" w:hAnsi="DiodrumArabic-Semibold" w:cs="DiodrumArabic-Semibold"/>
          <w:color w:val="auto"/>
        </w:rPr>
        <w:t xml:space="preserve"> </w:t>
      </w:r>
      <w:r w:rsidR="00D6184D" w:rsidRPr="00103393">
        <w:rPr>
          <w:rFonts w:ascii="DiodrumArabic-Semibold" w:hAnsi="DiodrumArabic-Semibold" w:cs="DiodrumArabic-Semibold" w:hint="cs"/>
          <w:color w:val="auto"/>
        </w:rPr>
        <w:t>5</w:t>
      </w:r>
      <w:r w:rsidR="00D6184D" w:rsidRPr="00103393">
        <w:rPr>
          <w:rFonts w:ascii="DiodrumArabic-Semibold" w:hAnsi="DiodrumArabic-Semibold" w:cs="DiodrumArabic-Semibold" w:hint="cs"/>
          <w:color w:val="auto"/>
          <w:rtl/>
        </w:rPr>
        <w:t>التعريفات</w:t>
      </w:r>
      <w:bookmarkEnd w:id="40"/>
      <w:bookmarkEnd w:id="41"/>
    </w:p>
    <w:tbl>
      <w:tblPr>
        <w:tblStyle w:val="TableGrid"/>
        <w:tblW w:w="0" w:type="auto"/>
        <w:jc w:val="center"/>
        <w:tblLook w:val="04A0" w:firstRow="1" w:lastRow="0" w:firstColumn="1" w:lastColumn="0" w:noHBand="0" w:noVBand="1"/>
      </w:tblPr>
      <w:tblGrid>
        <w:gridCol w:w="4315"/>
        <w:gridCol w:w="4315"/>
      </w:tblGrid>
      <w:tr w:rsidR="00D04C7D" w14:paraId="1E3BC004" w14:textId="77777777">
        <w:trPr>
          <w:jc w:val="center"/>
        </w:trPr>
        <w:tc>
          <w:tcPr>
            <w:tcW w:w="4320" w:type="dxa"/>
          </w:tcPr>
          <w:p w14:paraId="43CE4523"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المصطلح</w:t>
            </w:r>
            <w:r w:rsidRPr="00083043">
              <w:rPr>
                <w:rFonts w:ascii="☞DIODRUM ARABIC MEDIUM" w:hAnsi="☞DIODRUM ARABIC MEDIUM" w:cs="☞DIODRUM ARABIC MEDIUM" w:hint="cs"/>
                <w:sz w:val="16"/>
                <w:szCs w:val="16"/>
              </w:rPr>
              <w:br/>
            </w:r>
          </w:p>
        </w:tc>
        <w:tc>
          <w:tcPr>
            <w:tcW w:w="4320" w:type="dxa"/>
          </w:tcPr>
          <w:p w14:paraId="5B3F15FF"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التعريف</w:t>
            </w:r>
            <w:r w:rsidRPr="00083043">
              <w:rPr>
                <w:rFonts w:ascii="☞DIODRUM ARABIC MEDIUM" w:hAnsi="☞DIODRUM ARABIC MEDIUM" w:cs="☞DIODRUM ARABIC MEDIUM" w:hint="cs"/>
                <w:sz w:val="16"/>
                <w:szCs w:val="16"/>
              </w:rPr>
              <w:br/>
            </w:r>
          </w:p>
        </w:tc>
      </w:tr>
      <w:tr w:rsidR="00D04C7D" w14:paraId="0F61CA66" w14:textId="77777777">
        <w:trPr>
          <w:jc w:val="center"/>
        </w:trPr>
        <w:tc>
          <w:tcPr>
            <w:tcW w:w="4320" w:type="dxa"/>
          </w:tcPr>
          <w:p w14:paraId="75420DE6"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الهيئة</w:t>
            </w:r>
          </w:p>
        </w:tc>
        <w:tc>
          <w:tcPr>
            <w:tcW w:w="4320" w:type="dxa"/>
          </w:tcPr>
          <w:p w14:paraId="021C3675"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هيئة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الحكومة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الرقمية</w:t>
            </w:r>
            <w:r w:rsidRPr="00083043">
              <w:rPr>
                <w:rFonts w:ascii="☞DIODRUM ARABIC MEDIUM" w:hAnsi="☞DIODRUM ARABIC MEDIUM" w:cs="☞DIODRUM ARABIC MEDIUM" w:hint="cs"/>
                <w:sz w:val="16"/>
                <w:szCs w:val="16"/>
              </w:rPr>
              <w:t>.</w:t>
            </w:r>
          </w:p>
        </w:tc>
      </w:tr>
      <w:tr w:rsidR="00D04C7D" w14:paraId="58B4E39F" w14:textId="77777777">
        <w:trPr>
          <w:jc w:val="center"/>
        </w:trPr>
        <w:tc>
          <w:tcPr>
            <w:tcW w:w="4320" w:type="dxa"/>
          </w:tcPr>
          <w:p w14:paraId="359E5EC2"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الجهات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الحكومية</w:t>
            </w:r>
          </w:p>
        </w:tc>
        <w:tc>
          <w:tcPr>
            <w:tcW w:w="4320" w:type="dxa"/>
          </w:tcPr>
          <w:p w14:paraId="17A60FB2"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الوزارات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والهيئات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والمؤسسات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العامة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والمجالس</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والمراكز</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الوطنية،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وما</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في</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حكمها</w:t>
            </w:r>
            <w:r w:rsidRPr="00083043">
              <w:rPr>
                <w:rFonts w:ascii="☞DIODRUM ARABIC MEDIUM" w:hAnsi="☞DIODRUM ARABIC MEDIUM" w:cs="☞DIODRUM ARABIC MEDIUM" w:hint="cs"/>
                <w:sz w:val="16"/>
                <w:szCs w:val="16"/>
              </w:rPr>
              <w:t>.</w:t>
            </w:r>
          </w:p>
        </w:tc>
      </w:tr>
      <w:tr w:rsidR="00D04C7D" w14:paraId="62EA67E9" w14:textId="77777777">
        <w:trPr>
          <w:jc w:val="center"/>
        </w:trPr>
        <w:tc>
          <w:tcPr>
            <w:tcW w:w="4320" w:type="dxa"/>
          </w:tcPr>
          <w:p w14:paraId="2E8D414D"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الحكومة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الرقمية</w:t>
            </w:r>
            <w:r w:rsidRPr="00083043">
              <w:rPr>
                <w:rFonts w:ascii="☞DIODRUM ARABIC MEDIUM" w:hAnsi="☞DIODRUM ARABIC MEDIUM" w:cs="☞DIODRUM ARABIC MEDIUM" w:hint="cs"/>
                <w:sz w:val="16"/>
                <w:szCs w:val="16"/>
              </w:rPr>
              <w:t xml:space="preserve"> </w:t>
            </w:r>
          </w:p>
        </w:tc>
        <w:tc>
          <w:tcPr>
            <w:tcW w:w="4320" w:type="dxa"/>
          </w:tcPr>
          <w:p w14:paraId="7C0EE815"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دعم</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العمليات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الإدارية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والتنظيمية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والتشغيلية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داخل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القطاعات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الحكومية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وفيما</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بينها؛</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لتحقيق</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التحول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الرقمي،</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وتطوير</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وتحسين</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وتمكين</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الوصول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بسهولة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وفاعلية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للمعلومات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والخدمات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الرقمية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الحكومية</w:t>
            </w:r>
            <w:r w:rsidRPr="00083043">
              <w:rPr>
                <w:rFonts w:ascii="☞DIODRUM ARABIC MEDIUM" w:hAnsi="☞DIODRUM ARABIC MEDIUM" w:cs="☞DIODRUM ARABIC MEDIUM" w:hint="cs"/>
                <w:sz w:val="16"/>
                <w:szCs w:val="16"/>
              </w:rPr>
              <w:t>.</w:t>
            </w:r>
          </w:p>
        </w:tc>
      </w:tr>
      <w:tr w:rsidR="00D04C7D" w14:paraId="689208BD" w14:textId="77777777">
        <w:trPr>
          <w:jc w:val="center"/>
        </w:trPr>
        <w:tc>
          <w:tcPr>
            <w:tcW w:w="4320" w:type="dxa"/>
          </w:tcPr>
          <w:p w14:paraId="55A14044"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التحول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الرقمي</w:t>
            </w:r>
            <w:r w:rsidRPr="00083043">
              <w:rPr>
                <w:rFonts w:ascii="☞DIODRUM ARABIC MEDIUM" w:hAnsi="☞DIODRUM ARABIC MEDIUM" w:cs="☞DIODRUM ARABIC MEDIUM" w:hint="cs"/>
                <w:sz w:val="16"/>
                <w:szCs w:val="16"/>
              </w:rPr>
              <w:t xml:space="preserve"> </w:t>
            </w:r>
          </w:p>
        </w:tc>
        <w:tc>
          <w:tcPr>
            <w:tcW w:w="4320" w:type="dxa"/>
          </w:tcPr>
          <w:p w14:paraId="262B5CC0"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تحويل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نماذج</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الأعمال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وتطويرها</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بشكل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استراتيجي،</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لتكون</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نماذج</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رقمية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مستندة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إلى</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البيانات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والتقنيات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وشبكات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الاتصالات</w:t>
            </w:r>
            <w:r w:rsidRPr="00083043">
              <w:rPr>
                <w:rFonts w:ascii="☞DIODRUM ARABIC MEDIUM" w:hAnsi="☞DIODRUM ARABIC MEDIUM" w:cs="☞DIODRUM ARABIC MEDIUM" w:hint="cs"/>
                <w:sz w:val="16"/>
                <w:szCs w:val="16"/>
              </w:rPr>
              <w:t xml:space="preserve">. </w:t>
            </w:r>
          </w:p>
        </w:tc>
      </w:tr>
      <w:tr w:rsidR="00D04C7D" w14:paraId="1E3685D9" w14:textId="77777777">
        <w:trPr>
          <w:jc w:val="center"/>
        </w:trPr>
        <w:tc>
          <w:tcPr>
            <w:tcW w:w="4320" w:type="dxa"/>
          </w:tcPr>
          <w:p w14:paraId="45663671"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المستفيد</w:t>
            </w:r>
          </w:p>
        </w:tc>
        <w:tc>
          <w:tcPr>
            <w:tcW w:w="4320" w:type="dxa"/>
          </w:tcPr>
          <w:p w14:paraId="7D436995"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المواطن،</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أو</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المقيم،</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أو</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الزائر،</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أو</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الجهات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الحكومية،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أو</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منظمات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القطاع</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الخاص</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أو</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الغير</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ربحي،</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داخل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المملكة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أو</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خارجها،</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ممن</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يتوجب</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عليهم</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التفاعل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مع</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جهة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حكومية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للحصول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على</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أي</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من</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الخدمات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المقدمة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في</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المملكة</w:t>
            </w:r>
            <w:r w:rsidRPr="00083043">
              <w:rPr>
                <w:rFonts w:ascii="☞DIODRUM ARABIC MEDIUM" w:hAnsi="☞DIODRUM ARABIC MEDIUM" w:cs="☞DIODRUM ARABIC MEDIUM" w:hint="cs"/>
                <w:sz w:val="16"/>
                <w:szCs w:val="16"/>
              </w:rPr>
              <w:t>.</w:t>
            </w:r>
          </w:p>
        </w:tc>
      </w:tr>
      <w:tr w:rsidR="00D04C7D" w14:paraId="7C6C27E6" w14:textId="77777777">
        <w:trPr>
          <w:jc w:val="center"/>
        </w:trPr>
        <w:tc>
          <w:tcPr>
            <w:tcW w:w="4320" w:type="dxa"/>
          </w:tcPr>
          <w:p w14:paraId="2CB98E1B"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معايير</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إمكانية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الوصول</w:t>
            </w:r>
          </w:p>
        </w:tc>
        <w:tc>
          <w:tcPr>
            <w:tcW w:w="4320" w:type="dxa"/>
          </w:tcPr>
          <w:p w14:paraId="658D6518"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مجموعة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من</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الإرشادات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والمتطلبات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التي</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تحدد</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سبل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جعل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المحتوى</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الرقمي</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والتقنية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سهلة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الوصول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للمستفيدين</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ذوي</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الإعاقة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وكبار</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السن</w:t>
            </w:r>
            <w:r w:rsidRPr="00083043">
              <w:rPr>
                <w:rFonts w:ascii="☞DIODRUM ARABIC MEDIUM" w:hAnsi="☞DIODRUM ARABIC MEDIUM" w:cs="☞DIODRUM ARABIC MEDIUM" w:hint="cs"/>
                <w:sz w:val="16"/>
                <w:szCs w:val="16"/>
              </w:rPr>
              <w:t xml:space="preserve">. </w:t>
            </w:r>
          </w:p>
        </w:tc>
      </w:tr>
      <w:tr w:rsidR="00D04C7D" w14:paraId="0238D128" w14:textId="77777777">
        <w:trPr>
          <w:jc w:val="center"/>
        </w:trPr>
        <w:tc>
          <w:tcPr>
            <w:tcW w:w="4320" w:type="dxa"/>
          </w:tcPr>
          <w:p w14:paraId="5C43AF1E"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إرشادات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إمكانية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الوصول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لمحتوى</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الويب</w:t>
            </w:r>
            <w:r w:rsidRPr="00083043">
              <w:rPr>
                <w:rFonts w:ascii="☞DIODRUM ARABIC MEDIUM" w:hAnsi="☞DIODRUM ARABIC MEDIUM" w:cs="☞DIODRUM ARABIC MEDIUM" w:hint="cs"/>
                <w:sz w:val="16"/>
                <w:szCs w:val="16"/>
              </w:rPr>
              <w:t xml:space="preserve"> WCAG))</w:t>
            </w:r>
          </w:p>
        </w:tc>
        <w:tc>
          <w:tcPr>
            <w:tcW w:w="4320" w:type="dxa"/>
          </w:tcPr>
          <w:p w14:paraId="2BA208D0"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تعد</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توجيهات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معترف</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بها</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دولياً</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لسهولة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الوصول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إلى</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محتوى</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الويب،</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أعدّها</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الاتحاد</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العالمي</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للويب</w:t>
            </w:r>
            <w:r w:rsidRPr="00083043">
              <w:rPr>
                <w:rFonts w:ascii="☞DIODRUM ARABIC MEDIUM" w:hAnsi="☞DIODRUM ARABIC MEDIUM" w:cs="☞DIODRUM ARABIC MEDIUM" w:hint="cs"/>
                <w:sz w:val="16"/>
                <w:szCs w:val="16"/>
              </w:rPr>
              <w:t xml:space="preserve"> (W3C) </w:t>
            </w:r>
            <w:r w:rsidRPr="00083043">
              <w:rPr>
                <w:rFonts w:ascii="☞DIODRUM ARABIC MEDIUM" w:hAnsi="☞DIODRUM ARABIC MEDIUM" w:cs="☞DIODRUM ARABIC MEDIUM" w:hint="cs"/>
                <w:sz w:val="16"/>
                <w:szCs w:val="16"/>
                <w:rtl/>
              </w:rPr>
              <w:t>الذي</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يلبي</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احتياجات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الأفراد</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والمنظمات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والحكومات</w:t>
            </w:r>
            <w:r w:rsidRPr="00083043">
              <w:rPr>
                <w:rFonts w:ascii="☞DIODRUM ARABIC MEDIUM" w:hAnsi="☞DIODRUM ARABIC MEDIUM" w:cs="☞DIODRUM ARABIC MEDIUM" w:hint="cs"/>
                <w:sz w:val="16"/>
                <w:szCs w:val="16"/>
              </w:rPr>
              <w:t>.</w:t>
            </w:r>
          </w:p>
        </w:tc>
      </w:tr>
      <w:tr w:rsidR="00D04C7D" w14:paraId="7F45512B" w14:textId="77777777">
        <w:trPr>
          <w:jc w:val="center"/>
        </w:trPr>
        <w:tc>
          <w:tcPr>
            <w:tcW w:w="4320" w:type="dxa"/>
          </w:tcPr>
          <w:p w14:paraId="58BCAAD8"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تجربة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المستفيد</w:t>
            </w:r>
            <w:r w:rsidRPr="00083043">
              <w:rPr>
                <w:rFonts w:ascii="☞DIODRUM ARABIC MEDIUM" w:hAnsi="☞DIODRUM ARABIC MEDIUM" w:cs="☞DIODRUM ARABIC MEDIUM" w:hint="cs"/>
                <w:sz w:val="16"/>
                <w:szCs w:val="16"/>
              </w:rPr>
              <w:t xml:space="preserve"> </w:t>
            </w:r>
          </w:p>
        </w:tc>
        <w:tc>
          <w:tcPr>
            <w:tcW w:w="4320" w:type="dxa"/>
          </w:tcPr>
          <w:p w14:paraId="58F30CF7"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تفاعل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المستفيد</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مع</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الجهة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الحكومية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خلال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جميع</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مراحل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تقديم</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الخدمة،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وذلك</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من</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خلال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اعتماد</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مبادئ</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التصميم</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الإبداعي</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والتفاعلي</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والمرئي،</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وسهولة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الوصول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والاستخدام؛</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لضمان</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استدامة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العلاقة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واستمراريتها</w:t>
            </w:r>
            <w:r w:rsidRPr="00083043">
              <w:rPr>
                <w:rFonts w:ascii="☞DIODRUM ARABIC MEDIUM" w:hAnsi="☞DIODRUM ARABIC MEDIUM" w:cs="☞DIODRUM ARABIC MEDIUM" w:hint="cs"/>
                <w:sz w:val="16"/>
                <w:szCs w:val="16"/>
              </w:rPr>
              <w:t>.</w:t>
            </w:r>
          </w:p>
        </w:tc>
      </w:tr>
      <w:tr w:rsidR="00D04C7D" w14:paraId="41C0FB32" w14:textId="77777777">
        <w:trPr>
          <w:jc w:val="center"/>
        </w:trPr>
        <w:tc>
          <w:tcPr>
            <w:tcW w:w="4320" w:type="dxa"/>
          </w:tcPr>
          <w:p w14:paraId="2147DEFA"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خصائص</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إمكانية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الوصول</w:t>
            </w:r>
            <w:r w:rsidRPr="00083043">
              <w:rPr>
                <w:rFonts w:ascii="☞DIODRUM ARABIC MEDIUM" w:hAnsi="☞DIODRUM ARABIC MEDIUM" w:cs="☞DIODRUM ARABIC MEDIUM" w:hint="cs"/>
                <w:sz w:val="16"/>
                <w:szCs w:val="16"/>
              </w:rPr>
              <w:t xml:space="preserve"> </w:t>
            </w:r>
          </w:p>
        </w:tc>
        <w:tc>
          <w:tcPr>
            <w:tcW w:w="4320" w:type="dxa"/>
          </w:tcPr>
          <w:p w14:paraId="5D41D624"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وظائف</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w:t>
            </w:r>
            <w:r w:rsidRPr="00083043">
              <w:rPr>
                <w:rFonts w:ascii="☞DIODRUM ARABIC MEDIUM" w:hAnsi="☞DIODRUM ARABIC MEDIUM" w:cs="☞DIODRUM ARABIC MEDIUM" w:hint="cs"/>
                <w:sz w:val="16"/>
                <w:szCs w:val="16"/>
              </w:rPr>
              <w:t>/</w:t>
            </w:r>
            <w:r w:rsidRPr="00083043">
              <w:rPr>
                <w:rFonts w:ascii="☞DIODRUM ARABIC MEDIUM" w:hAnsi="☞DIODRUM ARABIC MEDIUM" w:cs="☞DIODRUM ARABIC MEDIUM" w:hint="cs"/>
                <w:sz w:val="16"/>
                <w:szCs w:val="16"/>
                <w:rtl/>
              </w:rPr>
              <w:t>أو</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قدرات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محددة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صُممت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خصيصاً</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لتعزيز</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إمكانية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الوصول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لمحتوى</w:t>
            </w:r>
            <w:r w:rsidRPr="00083043">
              <w:rPr>
                <w:rFonts w:ascii="☞DIODRUM ARABIC MEDIUM" w:hAnsi="☞DIODRUM ARABIC MEDIUM" w:cs="☞DIODRUM ARABIC MEDIUM" w:hint="cs"/>
                <w:sz w:val="16"/>
                <w:szCs w:val="16"/>
              </w:rPr>
              <w:br/>
            </w:r>
            <w:r w:rsidRPr="00083043">
              <w:rPr>
                <w:rFonts w:ascii="☞DIODRUM ARABIC MEDIUM" w:hAnsi="☞DIODRUM ARABIC MEDIUM" w:cs="☞DIODRUM ARABIC MEDIUM" w:hint="cs"/>
                <w:sz w:val="16"/>
                <w:szCs w:val="16"/>
                <w:rtl/>
              </w:rPr>
              <w:t>الويب</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للأشخاص</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ذوي</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الإعاقة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وكبار</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السن</w:t>
            </w:r>
            <w:r w:rsidRPr="00083043">
              <w:rPr>
                <w:rFonts w:ascii="☞DIODRUM ARABIC MEDIUM" w:hAnsi="☞DIODRUM ARABIC MEDIUM" w:cs="☞DIODRUM ARABIC MEDIUM" w:hint="cs"/>
                <w:sz w:val="16"/>
                <w:szCs w:val="16"/>
              </w:rPr>
              <w:t>.</w:t>
            </w:r>
          </w:p>
        </w:tc>
      </w:tr>
      <w:tr w:rsidR="00D04C7D" w14:paraId="125F8F88" w14:textId="77777777">
        <w:trPr>
          <w:jc w:val="center"/>
        </w:trPr>
        <w:tc>
          <w:tcPr>
            <w:tcW w:w="4320" w:type="dxa"/>
          </w:tcPr>
          <w:p w14:paraId="23717805"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الإعاقة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الإدراكية</w:t>
            </w:r>
          </w:p>
        </w:tc>
        <w:tc>
          <w:tcPr>
            <w:tcW w:w="4320" w:type="dxa"/>
          </w:tcPr>
          <w:p w14:paraId="53161CE6"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ضعف</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في</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قدرة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الشخص</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على</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التفكير</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أو</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الفهم</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أو</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التعلم</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أو</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التذكر</w:t>
            </w:r>
            <w:r w:rsidRPr="00083043">
              <w:rPr>
                <w:rFonts w:ascii="☞DIODRUM ARABIC MEDIUM" w:hAnsi="☞DIODRUM ARABIC MEDIUM" w:cs="☞DIODRUM ARABIC MEDIUM" w:hint="cs"/>
                <w:sz w:val="16"/>
                <w:szCs w:val="16"/>
              </w:rPr>
              <w:t xml:space="preserve">. </w:t>
            </w:r>
          </w:p>
        </w:tc>
      </w:tr>
      <w:tr w:rsidR="00D04C7D" w14:paraId="006467B9" w14:textId="77777777">
        <w:trPr>
          <w:jc w:val="center"/>
        </w:trPr>
        <w:tc>
          <w:tcPr>
            <w:tcW w:w="4320" w:type="dxa"/>
          </w:tcPr>
          <w:p w14:paraId="7711FE10"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الإعاقة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السمعية</w:t>
            </w:r>
          </w:p>
        </w:tc>
        <w:tc>
          <w:tcPr>
            <w:tcW w:w="4320" w:type="dxa"/>
          </w:tcPr>
          <w:p w14:paraId="084CABB8"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الإعاقة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التي</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تحدّ</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من</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قدرة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الفرد</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على</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سماع</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الأصوات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المختلفة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جزئياً</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أو</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كلياً</w:t>
            </w:r>
            <w:r w:rsidRPr="00083043">
              <w:rPr>
                <w:rFonts w:ascii="☞DIODRUM ARABIC MEDIUM" w:hAnsi="☞DIODRUM ARABIC MEDIUM" w:cs="☞DIODRUM ARABIC MEDIUM" w:hint="cs"/>
                <w:sz w:val="16"/>
                <w:szCs w:val="16"/>
              </w:rPr>
              <w:t>.</w:t>
            </w:r>
          </w:p>
        </w:tc>
      </w:tr>
      <w:tr w:rsidR="00D04C7D" w14:paraId="0B6B5B14" w14:textId="77777777">
        <w:trPr>
          <w:jc w:val="center"/>
        </w:trPr>
        <w:tc>
          <w:tcPr>
            <w:tcW w:w="4320" w:type="dxa"/>
          </w:tcPr>
          <w:p w14:paraId="26EBC853"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الإعاقة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البصرية</w:t>
            </w:r>
            <w:r w:rsidRPr="00083043">
              <w:rPr>
                <w:rFonts w:ascii="☞DIODRUM ARABIC MEDIUM" w:hAnsi="☞DIODRUM ARABIC MEDIUM" w:cs="☞DIODRUM ARABIC MEDIUM" w:hint="cs"/>
                <w:sz w:val="16"/>
                <w:szCs w:val="16"/>
              </w:rPr>
              <w:t xml:space="preserve"> </w:t>
            </w:r>
          </w:p>
        </w:tc>
        <w:tc>
          <w:tcPr>
            <w:tcW w:w="4320" w:type="dxa"/>
          </w:tcPr>
          <w:p w14:paraId="3E70E0C2"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حالة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مرضية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أو</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إعاقة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تؤثر</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على</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البصر</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أو</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الرؤية،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بما</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يؤدي</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إلى</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فقدان</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البصر</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جزئياً</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أو</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كلياً،</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والحد</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من</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قدرة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الفرد</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على</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إدراك</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المعلومات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المرئية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وتمييزها</w:t>
            </w:r>
            <w:r w:rsidRPr="00083043">
              <w:rPr>
                <w:rFonts w:ascii="☞DIODRUM ARABIC MEDIUM" w:hAnsi="☞DIODRUM ARABIC MEDIUM" w:cs="☞DIODRUM ARABIC MEDIUM" w:hint="cs"/>
                <w:sz w:val="16"/>
                <w:szCs w:val="16"/>
              </w:rPr>
              <w:t xml:space="preserve">. </w:t>
            </w:r>
          </w:p>
        </w:tc>
      </w:tr>
      <w:tr w:rsidR="00D04C7D" w14:paraId="1F61B921" w14:textId="77777777">
        <w:trPr>
          <w:jc w:val="center"/>
        </w:trPr>
        <w:tc>
          <w:tcPr>
            <w:tcW w:w="4320" w:type="dxa"/>
          </w:tcPr>
          <w:p w14:paraId="3091D79F"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lastRenderedPageBreak/>
              <w:t>الإعاقة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الحركية</w:t>
            </w:r>
          </w:p>
        </w:tc>
        <w:tc>
          <w:tcPr>
            <w:tcW w:w="4320" w:type="dxa"/>
          </w:tcPr>
          <w:p w14:paraId="6609C1EE" w14:textId="77777777" w:rsidR="00D04C7D" w:rsidRPr="00083043" w:rsidRDefault="00D6184D">
            <w:pPr>
              <w:bidi/>
              <w:rPr>
                <w:rFonts w:ascii="☞DIODRUM ARABIC MEDIUM" w:hAnsi="☞DIODRUM ARABIC MEDIUM" w:cs="☞DIODRUM ARABIC MEDIUM"/>
                <w:sz w:val="16"/>
                <w:szCs w:val="16"/>
              </w:rPr>
            </w:pPr>
            <w:r w:rsidRPr="00083043">
              <w:rPr>
                <w:rFonts w:ascii="☞DIODRUM ARABIC MEDIUM" w:hAnsi="☞DIODRUM ARABIC MEDIUM" w:cs="☞DIODRUM ARABIC MEDIUM" w:hint="cs"/>
                <w:sz w:val="16"/>
                <w:szCs w:val="16"/>
                <w:rtl/>
              </w:rPr>
              <w:t>إعاقة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تؤثر</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على</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قدرة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الشخص</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على</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الحركة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أو</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المشي</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أو</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استخدام</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الأطراف</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بشكل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فعّال،</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بما</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يتسبب</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في</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وجود</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صعوبات</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تتعلق</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بالحركة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البدنية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والمهارة</w:t>
            </w:r>
            <w:r w:rsidRPr="00083043">
              <w:rPr>
                <w:rFonts w:ascii="☞DIODRUM ARABIC MEDIUM" w:hAnsi="☞DIODRUM ARABIC MEDIUM" w:cs="☞DIODRUM ARABIC MEDIUM" w:hint="cs"/>
                <w:sz w:val="16"/>
                <w:szCs w:val="16"/>
              </w:rPr>
              <w:t xml:space="preserve"> </w:t>
            </w:r>
            <w:r w:rsidRPr="00083043">
              <w:rPr>
                <w:rFonts w:ascii="☞DIODRUM ARABIC MEDIUM" w:hAnsi="☞DIODRUM ARABIC MEDIUM" w:cs="☞DIODRUM ARABIC MEDIUM" w:hint="cs"/>
                <w:sz w:val="16"/>
                <w:szCs w:val="16"/>
                <w:rtl/>
              </w:rPr>
              <w:t>الحركية</w:t>
            </w:r>
            <w:r w:rsidRPr="00083043">
              <w:rPr>
                <w:rFonts w:ascii="☞DIODRUM ARABIC MEDIUM" w:hAnsi="☞DIODRUM ARABIC MEDIUM" w:cs="☞DIODRUM ARABIC MEDIUM" w:hint="cs"/>
                <w:sz w:val="16"/>
                <w:szCs w:val="16"/>
              </w:rPr>
              <w:t>.</w:t>
            </w:r>
          </w:p>
        </w:tc>
      </w:tr>
    </w:tbl>
    <w:p w14:paraId="605C2A96" w14:textId="221F44BA" w:rsidR="00D04C7D" w:rsidRDefault="00D04C7D"/>
    <w:p w14:paraId="453328B4" w14:textId="40D17576" w:rsidR="00655331" w:rsidRPr="00103393" w:rsidRDefault="00D6184D" w:rsidP="00083043">
      <w:pPr>
        <w:pStyle w:val="Heading2"/>
        <w:bidi/>
        <w:rPr>
          <w:rFonts w:ascii="DiodrumArabic-Semibold" w:hAnsi="DiodrumArabic-Semibold" w:cs="DiodrumArabic-Semibold"/>
          <w:color w:val="auto"/>
        </w:rPr>
      </w:pPr>
      <w:bookmarkStart w:id="42" w:name="heading_23_6_قائمة_المراجع"/>
      <w:bookmarkStart w:id="43" w:name="_Toc204265950"/>
      <w:r w:rsidRPr="00103393">
        <w:rPr>
          <w:rFonts w:ascii="DiodrumArabic-Semibold" w:hAnsi="DiodrumArabic-Semibold" w:cs="DiodrumArabic-Semibold" w:hint="cs"/>
          <w:color w:val="auto"/>
        </w:rPr>
        <w:t xml:space="preserve">6. </w:t>
      </w:r>
      <w:r w:rsidR="001D7576">
        <w:rPr>
          <w:rFonts w:ascii="DiodrumArabic-Semibold" w:hAnsi="DiodrumArabic-Semibold" w:cs="DiodrumArabic-Semibold" w:hint="cs"/>
          <w:color w:val="auto"/>
          <w:rtl/>
        </w:rPr>
        <w:t xml:space="preserve"> </w:t>
      </w:r>
      <w:r w:rsidRPr="00103393">
        <w:rPr>
          <w:rFonts w:ascii="DiodrumArabic-Semibold" w:hAnsi="DiodrumArabic-Semibold" w:cs="DiodrumArabic-Semibold" w:hint="cs"/>
          <w:color w:val="auto"/>
          <w:rtl/>
        </w:rPr>
        <w:t>قائمة</w:t>
      </w:r>
      <w:r w:rsidRPr="00103393">
        <w:rPr>
          <w:rFonts w:ascii="DiodrumArabic-Semibold" w:hAnsi="DiodrumArabic-Semibold" w:cs="DiodrumArabic-Semibold" w:hint="cs"/>
          <w:color w:val="auto"/>
        </w:rPr>
        <w:t xml:space="preserve"> </w:t>
      </w:r>
      <w:r w:rsidRPr="00103393">
        <w:rPr>
          <w:rFonts w:ascii="DiodrumArabic-Semibold" w:hAnsi="DiodrumArabic-Semibold" w:cs="DiodrumArabic-Semibold" w:hint="cs"/>
          <w:color w:val="auto"/>
          <w:rtl/>
        </w:rPr>
        <w:t>المراجع</w:t>
      </w:r>
      <w:bookmarkEnd w:id="42"/>
      <w:bookmarkEnd w:id="43"/>
    </w:p>
    <w:bookmarkStart w:id="44" w:name="ref1"/>
    <w:p w14:paraId="3F0269D6" w14:textId="44B01668" w:rsidR="00D04C7D" w:rsidRDefault="008472EE" w:rsidP="00083043">
      <w:pPr>
        <w:pStyle w:val="ListParagraph"/>
        <w:numPr>
          <w:ilvl w:val="0"/>
          <w:numId w:val="13"/>
        </w:numPr>
        <w:bidi/>
      </w:pPr>
      <w:r>
        <w:fldChar w:fldCharType="begin"/>
      </w:r>
      <w:r>
        <w:instrText>HYPERLINK "https://www.who.int/health-topics/disability" \l "tab=tab_1"</w:instrText>
      </w:r>
      <w:r>
        <w:fldChar w:fldCharType="separate"/>
      </w:r>
      <w:r w:rsidRPr="008472EE">
        <w:rPr>
          <w:rStyle w:val="Hyperlink"/>
        </w:rPr>
        <w:t xml:space="preserve">World Health Organization. (n.d.). </w:t>
      </w:r>
      <w:r w:rsidRPr="0028433E">
        <w:rPr>
          <w:rStyle w:val="Hyperlink"/>
          <w:i/>
        </w:rPr>
        <w:t>Disability</w:t>
      </w:r>
      <w:r w:rsidRPr="008472EE">
        <w:rPr>
          <w:rStyle w:val="Hyperlink"/>
        </w:rPr>
        <w:t>.</w:t>
      </w:r>
      <w:r>
        <w:fldChar w:fldCharType="end"/>
      </w:r>
    </w:p>
    <w:bookmarkStart w:id="45" w:name="ref2"/>
    <w:bookmarkEnd w:id="44"/>
    <w:p w14:paraId="5AA30651" w14:textId="0E7AFA41" w:rsidR="00D04C7D" w:rsidRDefault="008472EE" w:rsidP="00083043">
      <w:pPr>
        <w:pStyle w:val="ListParagraph"/>
        <w:numPr>
          <w:ilvl w:val="0"/>
          <w:numId w:val="13"/>
        </w:numPr>
        <w:bidi/>
      </w:pPr>
      <w:r>
        <w:fldChar w:fldCharType="begin"/>
      </w:r>
      <w:r>
        <w:instrText>HYPERLINK "https://www.gartner.com/en/newsroom/press-releases/2019-10-30-gartner-says-diversity-and-inclusion-are-the-no--1-ta"</w:instrText>
      </w:r>
      <w:r>
        <w:fldChar w:fldCharType="separate"/>
      </w:r>
      <w:r w:rsidRPr="008472EE">
        <w:rPr>
          <w:rStyle w:val="Hyperlink"/>
        </w:rPr>
        <w:t>Gartner. (2019, October 30). Gartner says diversity and inclusion are the No. 1 talent management priority for CEOs.</w:t>
      </w:r>
      <w:r>
        <w:fldChar w:fldCharType="end"/>
      </w:r>
    </w:p>
    <w:bookmarkStart w:id="46" w:name="ref3"/>
    <w:bookmarkEnd w:id="45"/>
    <w:p w14:paraId="3B362785" w14:textId="7D80E416" w:rsidR="00D04C7D" w:rsidRDefault="008472EE" w:rsidP="00083043">
      <w:pPr>
        <w:pStyle w:val="ListParagraph"/>
        <w:numPr>
          <w:ilvl w:val="0"/>
          <w:numId w:val="13"/>
        </w:numPr>
        <w:bidi/>
      </w:pPr>
      <w:r>
        <w:fldChar w:fldCharType="begin"/>
      </w:r>
      <w:r>
        <w:instrText>HYPERLINK "https://www.mckinsey.com/featured-insights/diversity-and-inclusion/diversity-equity-and-inclusion-lighthouses-2023"</w:instrText>
      </w:r>
      <w:r>
        <w:fldChar w:fldCharType="separate"/>
      </w:r>
      <w:r w:rsidRPr="008472EE">
        <w:rPr>
          <w:rStyle w:val="Hyperlink"/>
        </w:rPr>
        <w:t xml:space="preserve">McKinsey &amp; Company. (2023, Jan 13). </w:t>
      </w:r>
      <w:r w:rsidRPr="0028433E">
        <w:rPr>
          <w:rStyle w:val="Hyperlink"/>
          <w:i/>
        </w:rPr>
        <w:t>Diversity, equity, and inclusion lighthouses 2023</w:t>
      </w:r>
      <w:r w:rsidRPr="008472EE">
        <w:rPr>
          <w:rStyle w:val="Hyperlink"/>
        </w:rPr>
        <w:t>.</w:t>
      </w:r>
      <w:r>
        <w:fldChar w:fldCharType="end"/>
      </w:r>
    </w:p>
    <w:bookmarkStart w:id="47" w:name="ref4"/>
    <w:bookmarkEnd w:id="46"/>
    <w:p w14:paraId="2796E7D8" w14:textId="534CE09B" w:rsidR="00D04C7D" w:rsidRDefault="008472EE" w:rsidP="00083043">
      <w:pPr>
        <w:pStyle w:val="ListParagraph"/>
        <w:numPr>
          <w:ilvl w:val="0"/>
          <w:numId w:val="13"/>
        </w:numPr>
        <w:bidi/>
      </w:pPr>
      <w:r>
        <w:fldChar w:fldCharType="begin"/>
      </w:r>
      <w:r>
        <w:instrText>HYPERLINK "https://dga.gov.sa/ar/news/saudi-arabia-ranks-first-in-e-government-services-third-time"</w:instrText>
      </w:r>
      <w:r>
        <w:fldChar w:fldCharType="separate"/>
      </w:r>
      <w:r w:rsidRPr="008472EE">
        <w:rPr>
          <w:rStyle w:val="Hyperlink"/>
        </w:rPr>
        <w:t>Digital Government Authority. (2025, May 05). Saudi Arabia ranks first in e-Government services.</w:t>
      </w:r>
      <w:r>
        <w:fldChar w:fldCharType="end"/>
      </w:r>
    </w:p>
    <w:bookmarkStart w:id="48" w:name="ref5"/>
    <w:bookmarkEnd w:id="47"/>
    <w:p w14:paraId="63490ABB" w14:textId="7DB8A916" w:rsidR="00D04C7D" w:rsidRDefault="008472EE" w:rsidP="00083043">
      <w:pPr>
        <w:pStyle w:val="ListParagraph"/>
        <w:numPr>
          <w:ilvl w:val="0"/>
          <w:numId w:val="13"/>
        </w:numPr>
        <w:bidi/>
      </w:pPr>
      <w:r>
        <w:fldChar w:fldCharType="begin"/>
      </w:r>
      <w:r>
        <w:instrText>HYPERLINK "https://laws.boe.gov.sa/BoeLaws/Laws/LawDetails/e52b691a-785c-42a7-8916-b07d00e4fd38/1"</w:instrText>
      </w:r>
      <w:r>
        <w:fldChar w:fldCharType="separate"/>
      </w:r>
      <w:r w:rsidRPr="0028433E">
        <w:rPr>
          <w:rStyle w:val="Hyperlink"/>
          <w:i/>
        </w:rPr>
        <w:t>Bureau of Experts at the Council of Ministers. (n.d.). Details of the Law.</w:t>
      </w:r>
      <w:r>
        <w:fldChar w:fldCharType="end"/>
      </w:r>
    </w:p>
    <w:bookmarkStart w:id="49" w:name="ref6"/>
    <w:bookmarkEnd w:id="48"/>
    <w:p w14:paraId="042D89CB" w14:textId="236B58EE" w:rsidR="00D04C7D" w:rsidRDefault="008472EE" w:rsidP="00083043">
      <w:pPr>
        <w:pStyle w:val="ListParagraph"/>
        <w:numPr>
          <w:ilvl w:val="0"/>
          <w:numId w:val="13"/>
        </w:numPr>
        <w:bidi/>
      </w:pPr>
      <w:r>
        <w:fldChar w:fldCharType="begin"/>
      </w:r>
      <w:r>
        <w:instrText>HYPERLINK "https://www.who.int/news-room/fact-sheets/detail/blindness-and-visual-impairment"</w:instrText>
      </w:r>
      <w:r>
        <w:fldChar w:fldCharType="separate"/>
      </w:r>
      <w:r w:rsidRPr="008472EE">
        <w:rPr>
          <w:rStyle w:val="Hyperlink"/>
        </w:rPr>
        <w:t xml:space="preserve">World Health Organization. (n.d.). </w:t>
      </w:r>
      <w:r w:rsidRPr="0028433E">
        <w:rPr>
          <w:rStyle w:val="Hyperlink"/>
          <w:i/>
        </w:rPr>
        <w:t>Blindness and visual impairment</w:t>
      </w:r>
      <w:r w:rsidRPr="008472EE">
        <w:rPr>
          <w:rStyle w:val="Hyperlink"/>
        </w:rPr>
        <w:t>.</w:t>
      </w:r>
      <w:r>
        <w:fldChar w:fldCharType="end"/>
      </w:r>
    </w:p>
    <w:bookmarkStart w:id="50" w:name="ref7"/>
    <w:bookmarkEnd w:id="49"/>
    <w:p w14:paraId="620BECC3" w14:textId="27EB2EAA" w:rsidR="00D04C7D" w:rsidRDefault="008472EE" w:rsidP="00083043">
      <w:pPr>
        <w:pStyle w:val="ListParagraph"/>
        <w:numPr>
          <w:ilvl w:val="0"/>
          <w:numId w:val="13"/>
        </w:numPr>
        <w:bidi/>
      </w:pPr>
      <w:r>
        <w:fldChar w:fldCharType="begin"/>
      </w:r>
      <w:r>
        <w:instrText>HYPERLINK "https://www.who.int/news-room/fact-sheets/detail/deafness-and-hearing-loss"</w:instrText>
      </w:r>
      <w:r>
        <w:fldChar w:fldCharType="separate"/>
      </w:r>
      <w:r w:rsidRPr="008472EE">
        <w:rPr>
          <w:rStyle w:val="Hyperlink"/>
        </w:rPr>
        <w:t xml:space="preserve">World Health Organization. (n.d.). </w:t>
      </w:r>
      <w:r w:rsidRPr="0028433E">
        <w:rPr>
          <w:rStyle w:val="Hyperlink"/>
          <w:i/>
        </w:rPr>
        <w:t>Deafness and hearing loss</w:t>
      </w:r>
      <w:r w:rsidRPr="008472EE">
        <w:rPr>
          <w:rStyle w:val="Hyperlink"/>
        </w:rPr>
        <w:t>.</w:t>
      </w:r>
      <w:r>
        <w:fldChar w:fldCharType="end"/>
      </w:r>
    </w:p>
    <w:bookmarkStart w:id="51" w:name="ref8"/>
    <w:bookmarkEnd w:id="50"/>
    <w:p w14:paraId="7E86E1A2" w14:textId="16451A78" w:rsidR="00D04C7D" w:rsidRDefault="008472EE" w:rsidP="00083043">
      <w:pPr>
        <w:pStyle w:val="ListParagraph"/>
        <w:numPr>
          <w:ilvl w:val="0"/>
          <w:numId w:val="13"/>
        </w:numPr>
        <w:bidi/>
      </w:pPr>
      <w:r>
        <w:fldChar w:fldCharType="begin"/>
      </w:r>
      <w:r>
        <w:instrText>HYPERLINK "https://www.who.int/news-room/fact-sheets/detail/musculoskeletal-conditions"</w:instrText>
      </w:r>
      <w:r>
        <w:fldChar w:fldCharType="separate"/>
      </w:r>
      <w:r w:rsidRPr="008472EE">
        <w:rPr>
          <w:rStyle w:val="Hyperlink"/>
        </w:rPr>
        <w:t>World Health Organization. (2022, July 14). Musculoskeletal conditions.</w:t>
      </w:r>
      <w:r>
        <w:fldChar w:fldCharType="end"/>
      </w:r>
    </w:p>
    <w:bookmarkStart w:id="52" w:name="ref9"/>
    <w:bookmarkEnd w:id="51"/>
    <w:p w14:paraId="178AFA2B" w14:textId="0ACD5B0D" w:rsidR="00D04C7D" w:rsidRDefault="008472EE" w:rsidP="00083043">
      <w:pPr>
        <w:pStyle w:val="ListParagraph"/>
        <w:numPr>
          <w:ilvl w:val="0"/>
          <w:numId w:val="13"/>
        </w:numPr>
        <w:bidi/>
      </w:pPr>
      <w:r>
        <w:fldChar w:fldCharType="begin"/>
      </w:r>
      <w:r>
        <w:instrText>HYPERLINK "https://www.ncbi.nlm.nih.gov/pmc/articles/PMC6966773/"</w:instrText>
      </w:r>
      <w:r>
        <w:fldChar w:fldCharType="separate"/>
      </w:r>
      <w:r w:rsidRPr="008472EE">
        <w:rPr>
          <w:rStyle w:val="Hyperlink"/>
        </w:rPr>
        <w:t xml:space="preserve">Hussain, M. A., et al. (2020). Digital inclusivity for individuals with disabilities: Barriers and solutions. </w:t>
      </w:r>
      <w:r w:rsidRPr="0028433E">
        <w:rPr>
          <w:rStyle w:val="Hyperlink"/>
          <w:i/>
        </w:rPr>
        <w:t>Frontiers in Public Health, 7,</w:t>
      </w:r>
      <w:r w:rsidRPr="008472EE">
        <w:rPr>
          <w:rStyle w:val="Hyperlink"/>
        </w:rPr>
        <w:t xml:space="preserve"> Article 679.</w:t>
      </w:r>
      <w:r>
        <w:fldChar w:fldCharType="end"/>
      </w:r>
    </w:p>
    <w:bookmarkStart w:id="53" w:name="ref10"/>
    <w:bookmarkEnd w:id="52"/>
    <w:p w14:paraId="49ABEFE7" w14:textId="7E5957BF" w:rsidR="00D04C7D" w:rsidRDefault="008472EE" w:rsidP="00083043">
      <w:pPr>
        <w:pStyle w:val="ListParagraph"/>
        <w:numPr>
          <w:ilvl w:val="0"/>
          <w:numId w:val="13"/>
        </w:numPr>
        <w:bidi/>
      </w:pPr>
      <w:r>
        <w:fldChar w:fldCharType="begin"/>
      </w:r>
      <w:r>
        <w:instrText>HYPERLINK "https://portal.saudicensus.sa/portal/public/3708/4360/4362?type=DASHBOARD"</w:instrText>
      </w:r>
      <w:r>
        <w:fldChar w:fldCharType="separate"/>
      </w:r>
      <w:r w:rsidRPr="008472EE">
        <w:rPr>
          <w:rStyle w:val="Hyperlink"/>
        </w:rPr>
        <w:t>Saudi Census Portal. (n.d.). Census 2022 dashboard.</w:t>
      </w:r>
      <w:r>
        <w:fldChar w:fldCharType="end"/>
      </w:r>
    </w:p>
    <w:bookmarkStart w:id="54" w:name="ref11"/>
    <w:bookmarkEnd w:id="53"/>
    <w:p w14:paraId="641F582B" w14:textId="1F7CE307" w:rsidR="00D04C7D" w:rsidRDefault="008472EE" w:rsidP="00083043">
      <w:pPr>
        <w:pStyle w:val="ListParagraph"/>
        <w:numPr>
          <w:ilvl w:val="0"/>
          <w:numId w:val="13"/>
        </w:numPr>
        <w:bidi/>
      </w:pPr>
      <w:r>
        <w:fldChar w:fldCharType="begin"/>
      </w:r>
      <w:r>
        <w:instrText>HYPERLINK "https://www.stats.gov.sa/ar/statistics-tabs?tab=436312&amp;category=2366987"</w:instrText>
      </w:r>
      <w:r>
        <w:fldChar w:fldCharType="separate"/>
      </w:r>
      <w:r w:rsidRPr="008472EE">
        <w:rPr>
          <w:rStyle w:val="Hyperlink"/>
        </w:rPr>
        <w:t>General Authority for Statistics. (n.d.). Kingdom of Saudi Arabia disability statistics report.</w:t>
      </w:r>
      <w:r>
        <w:fldChar w:fldCharType="end"/>
      </w:r>
    </w:p>
    <w:bookmarkStart w:id="55" w:name="ref12"/>
    <w:bookmarkEnd w:id="54"/>
    <w:p w14:paraId="389183A0" w14:textId="5AEDFDF6" w:rsidR="00D04C7D" w:rsidRDefault="008472EE" w:rsidP="00083043">
      <w:pPr>
        <w:pStyle w:val="ListParagraph"/>
        <w:numPr>
          <w:ilvl w:val="0"/>
          <w:numId w:val="13"/>
        </w:numPr>
        <w:bidi/>
      </w:pPr>
      <w:r>
        <w:fldChar w:fldCharType="begin"/>
      </w:r>
      <w:r>
        <w:instrText>HYPERLINK "https://www.stats.gov.sa/w/</w:instrText>
      </w:r>
      <w:r>
        <w:rPr>
          <w:rtl/>
        </w:rPr>
        <w:instrText>الصحة-و-الإعاقة</w:instrText>
      </w:r>
      <w:r>
        <w:instrText>?category=417709&amp;tab=436327"</w:instrText>
      </w:r>
      <w:r>
        <w:fldChar w:fldCharType="separate"/>
      </w:r>
      <w:r w:rsidRPr="008472EE">
        <w:rPr>
          <w:rStyle w:val="Hyperlink"/>
        </w:rPr>
        <w:t>General Authority for Statistics. (2022). Disability report in Saudi Arabia.</w:t>
      </w:r>
      <w:r>
        <w:fldChar w:fldCharType="end"/>
      </w:r>
    </w:p>
    <w:bookmarkStart w:id="56" w:name="ref13"/>
    <w:bookmarkEnd w:id="55"/>
    <w:p w14:paraId="417355AF" w14:textId="74CE5ADF" w:rsidR="00D04C7D" w:rsidRDefault="008472EE" w:rsidP="00083043">
      <w:pPr>
        <w:pStyle w:val="ListParagraph"/>
        <w:numPr>
          <w:ilvl w:val="0"/>
          <w:numId w:val="13"/>
        </w:numPr>
        <w:bidi/>
      </w:pPr>
      <w:r>
        <w:fldChar w:fldCharType="begin"/>
      </w:r>
      <w:r>
        <w:instrText>HYPERLINK "https://data.worldbank.org/indicator/SP.POP.65UP.TO.ZS?locations=SA&amp;utm_source=chatgpt.com"</w:instrText>
      </w:r>
      <w:r>
        <w:fldChar w:fldCharType="separate"/>
      </w:r>
      <w:r w:rsidRPr="008472EE">
        <w:rPr>
          <w:rStyle w:val="Hyperlink"/>
        </w:rPr>
        <w:t>World Bank. (n.d.). Population ages 65 and above (% of total population) - Saudi Arabia.</w:t>
      </w:r>
      <w:r>
        <w:fldChar w:fldCharType="end"/>
      </w:r>
    </w:p>
    <w:bookmarkStart w:id="57" w:name="ref14"/>
    <w:bookmarkEnd w:id="56"/>
    <w:p w14:paraId="00AAFC23" w14:textId="7933E816" w:rsidR="00D04C7D" w:rsidRDefault="008472EE" w:rsidP="00083043">
      <w:pPr>
        <w:pStyle w:val="ListParagraph"/>
        <w:numPr>
          <w:ilvl w:val="0"/>
          <w:numId w:val="13"/>
        </w:numPr>
        <w:bidi/>
      </w:pPr>
      <w:r>
        <w:fldChar w:fldCharType="begin"/>
      </w:r>
      <w:r>
        <w:instrText>HYPERLINK "https://www.w3.org/TR/WCAG22/"</w:instrText>
      </w:r>
      <w:r>
        <w:fldChar w:fldCharType="separate"/>
      </w:r>
      <w:r w:rsidRPr="008472EE">
        <w:rPr>
          <w:rStyle w:val="Hyperlink"/>
        </w:rPr>
        <w:t xml:space="preserve">World Wide Web Consortium (W3C). (n.d.). </w:t>
      </w:r>
      <w:r w:rsidRPr="0028433E">
        <w:rPr>
          <w:rStyle w:val="Hyperlink"/>
          <w:i/>
        </w:rPr>
        <w:t>Web Content Accessibility Guidelines (WCAG) 2.2</w:t>
      </w:r>
      <w:r w:rsidRPr="008472EE">
        <w:rPr>
          <w:rStyle w:val="Hyperlink"/>
        </w:rPr>
        <w:t>.</w:t>
      </w:r>
      <w:r>
        <w:fldChar w:fldCharType="end"/>
      </w:r>
    </w:p>
    <w:bookmarkStart w:id="58" w:name="ref15"/>
    <w:bookmarkEnd w:id="57"/>
    <w:p w14:paraId="3A976ADC" w14:textId="2D318B0A" w:rsidR="00D04C7D" w:rsidRDefault="008472EE" w:rsidP="00083043">
      <w:pPr>
        <w:pStyle w:val="ListParagraph"/>
        <w:numPr>
          <w:ilvl w:val="0"/>
          <w:numId w:val="13"/>
        </w:numPr>
        <w:bidi/>
      </w:pPr>
      <w:r>
        <w:fldChar w:fldCharType="begin"/>
      </w:r>
      <w:r>
        <w:instrText>HYPERLINK "https://www.dga.gov.sa/ar/Web_Accessibility_of_Government_Websites"</w:instrText>
      </w:r>
      <w:r>
        <w:fldChar w:fldCharType="separate"/>
      </w:r>
      <w:r w:rsidRPr="008472EE">
        <w:rPr>
          <w:rStyle w:val="Hyperlink"/>
        </w:rPr>
        <w:t xml:space="preserve">Digital Government Authority. (n.d.). </w:t>
      </w:r>
      <w:r w:rsidRPr="0028433E">
        <w:rPr>
          <w:rStyle w:val="Hyperlink"/>
          <w:i/>
        </w:rPr>
        <w:t>Guideline For Web Accessibility of Digital Channels Content to Serve People with Disabilities and the Elderly.</w:t>
      </w:r>
      <w:r>
        <w:fldChar w:fldCharType="end"/>
      </w:r>
    </w:p>
    <w:bookmarkStart w:id="59" w:name="ref16"/>
    <w:bookmarkEnd w:id="58"/>
    <w:p w14:paraId="5DEB50D7" w14:textId="614728CA" w:rsidR="00D04C7D" w:rsidRDefault="008472EE" w:rsidP="00083043">
      <w:pPr>
        <w:pStyle w:val="ListParagraph"/>
        <w:numPr>
          <w:ilvl w:val="0"/>
          <w:numId w:val="13"/>
        </w:numPr>
        <w:bidi/>
      </w:pPr>
      <w:r>
        <w:fldChar w:fldCharType="begin"/>
      </w:r>
      <w:r>
        <w:instrText>HYPERLINK "https://apd.gov.sa/web/content/15711?unique=0d23ee619dbb470672c2272b00c697106093f858"</w:instrText>
      </w:r>
      <w:r>
        <w:fldChar w:fldCharType="separate"/>
      </w:r>
      <w:r w:rsidRPr="008472EE">
        <w:rPr>
          <w:rStyle w:val="Hyperlink"/>
        </w:rPr>
        <w:t>Authority for People with Disabilities. (n.d.). Digital inclusion program.</w:t>
      </w:r>
      <w:r>
        <w:fldChar w:fldCharType="end"/>
      </w:r>
    </w:p>
    <w:bookmarkStart w:id="60" w:name="ref17"/>
    <w:bookmarkEnd w:id="59"/>
    <w:p w14:paraId="27892205" w14:textId="34CA06F4" w:rsidR="00D04C7D" w:rsidRDefault="008472EE" w:rsidP="00083043">
      <w:pPr>
        <w:pStyle w:val="ListParagraph"/>
        <w:numPr>
          <w:ilvl w:val="0"/>
          <w:numId w:val="13"/>
        </w:numPr>
        <w:bidi/>
      </w:pPr>
      <w:r>
        <w:fldChar w:fldCharType="begin"/>
      </w:r>
      <w:r>
        <w:instrText>HYPERLINK "https://www.statista.com/statistics/484930/internet-user-reach-saudi-arabia/"</w:instrText>
      </w:r>
      <w:r>
        <w:fldChar w:fldCharType="separate"/>
      </w:r>
      <w:r w:rsidRPr="008472EE">
        <w:rPr>
          <w:rStyle w:val="Hyperlink"/>
        </w:rPr>
        <w:t>Statista. (n.d.). Internet user penetration in Saudi Arabia from 2015 to 2023.</w:t>
      </w:r>
      <w:r>
        <w:fldChar w:fldCharType="end"/>
      </w:r>
    </w:p>
    <w:bookmarkStart w:id="61" w:name="ref18"/>
    <w:bookmarkEnd w:id="60"/>
    <w:p w14:paraId="52EAF275" w14:textId="4A10FFF3" w:rsidR="00D04C7D" w:rsidRDefault="008472EE" w:rsidP="00083043">
      <w:pPr>
        <w:pStyle w:val="ListParagraph"/>
        <w:numPr>
          <w:ilvl w:val="0"/>
          <w:numId w:val="13"/>
        </w:numPr>
        <w:bidi/>
      </w:pPr>
      <w:r>
        <w:fldChar w:fldCharType="begin"/>
      </w:r>
      <w:r>
        <w:instrText>HYPERLINK "https://dga.gov.sa/sites/default/files/2023/Digital_Inclusivity_Guide"</w:instrText>
      </w:r>
      <w:r>
        <w:fldChar w:fldCharType="separate"/>
      </w:r>
      <w:r w:rsidRPr="008472EE">
        <w:rPr>
          <w:rStyle w:val="Hyperlink"/>
        </w:rPr>
        <w:t>Digital Government Authority. (n.d.). Digital inclusion guide.</w:t>
      </w:r>
      <w:r>
        <w:fldChar w:fldCharType="end"/>
      </w:r>
    </w:p>
    <w:bookmarkStart w:id="62" w:name="ref19"/>
    <w:bookmarkEnd w:id="61"/>
    <w:p w14:paraId="1A6447C6" w14:textId="423630EA" w:rsidR="00D04C7D" w:rsidRDefault="008472EE" w:rsidP="00083043">
      <w:pPr>
        <w:pStyle w:val="ListParagraph"/>
        <w:numPr>
          <w:ilvl w:val="0"/>
          <w:numId w:val="13"/>
        </w:numPr>
        <w:bidi/>
      </w:pPr>
      <w:r>
        <w:fldChar w:fldCharType="begin"/>
      </w:r>
      <w:r>
        <w:instrText>HYPERLINK "https://stage-unescwa.unescwa.org/sites/default/files/event/materials/26-Whole-of-Government-KSA-DGA-en.pdf"</w:instrText>
      </w:r>
      <w:r>
        <w:fldChar w:fldCharType="separate"/>
      </w:r>
      <w:r w:rsidRPr="008472EE">
        <w:rPr>
          <w:rStyle w:val="Hyperlink"/>
        </w:rPr>
        <w:t xml:space="preserve">United Nations Economic and Social Commission for Western Asia (UNESCWA). (n.d.). </w:t>
      </w:r>
      <w:r w:rsidRPr="0028433E">
        <w:rPr>
          <w:rStyle w:val="Hyperlink"/>
          <w:i/>
        </w:rPr>
        <w:t>Whole-of-government: Saudi Arabia’s digital transformation</w:t>
      </w:r>
      <w:r w:rsidRPr="008472EE">
        <w:rPr>
          <w:rStyle w:val="Hyperlink"/>
        </w:rPr>
        <w:t>.</w:t>
      </w:r>
      <w:r>
        <w:fldChar w:fldCharType="end"/>
      </w:r>
    </w:p>
    <w:bookmarkStart w:id="63" w:name="ref20"/>
    <w:bookmarkEnd w:id="62"/>
    <w:p w14:paraId="14224588" w14:textId="3A8405FF" w:rsidR="00D04C7D" w:rsidRDefault="008472EE" w:rsidP="00083043">
      <w:pPr>
        <w:pStyle w:val="ListParagraph"/>
        <w:numPr>
          <w:ilvl w:val="0"/>
          <w:numId w:val="13"/>
        </w:numPr>
        <w:tabs>
          <w:tab w:val="center" w:pos="15390"/>
        </w:tabs>
        <w:bidi/>
        <w:rPr>
          <w:rtl/>
        </w:rPr>
      </w:pPr>
      <w:r>
        <w:fldChar w:fldCharType="begin"/>
      </w:r>
      <w:r>
        <w:instrText>HYPERLINK "https://design.dga.gov.sa/"</w:instrText>
      </w:r>
      <w:r>
        <w:fldChar w:fldCharType="separate"/>
      </w:r>
      <w:r w:rsidRPr="008472EE">
        <w:rPr>
          <w:rStyle w:val="Hyperlink"/>
        </w:rPr>
        <w:t xml:space="preserve">Digital Government Authority. (n.d.). </w:t>
      </w:r>
      <w:r w:rsidRPr="0028433E">
        <w:rPr>
          <w:rStyle w:val="Hyperlink"/>
          <w:i/>
        </w:rPr>
        <w:t>Design system</w:t>
      </w:r>
      <w:r w:rsidRPr="008472EE">
        <w:rPr>
          <w:rStyle w:val="Hyperlink"/>
        </w:rPr>
        <w:t>.</w:t>
      </w:r>
      <w:r>
        <w:fldChar w:fldCharType="end"/>
      </w:r>
    </w:p>
    <w:bookmarkEnd w:id="63"/>
    <w:p w14:paraId="31510326" w14:textId="77777777" w:rsidR="00655331" w:rsidRDefault="00655331" w:rsidP="00655331">
      <w:pPr>
        <w:rPr>
          <w:rtl/>
        </w:rPr>
      </w:pPr>
    </w:p>
    <w:p w14:paraId="1E46BC07" w14:textId="77777777" w:rsidR="00083043" w:rsidRDefault="00083043" w:rsidP="00655331">
      <w:pPr>
        <w:rPr>
          <w:rtl/>
        </w:rPr>
      </w:pPr>
    </w:p>
    <w:p w14:paraId="3F5D0566" w14:textId="77777777" w:rsidR="00083043" w:rsidRDefault="00083043" w:rsidP="00655331">
      <w:pPr>
        <w:rPr>
          <w:rtl/>
        </w:rPr>
      </w:pPr>
    </w:p>
    <w:p w14:paraId="15B9F49F" w14:textId="77777777" w:rsidR="00083043" w:rsidRDefault="00083043" w:rsidP="00655331">
      <w:pPr>
        <w:rPr>
          <w:rtl/>
        </w:rPr>
      </w:pPr>
    </w:p>
    <w:p w14:paraId="1292DDB6" w14:textId="77777777" w:rsidR="00083043" w:rsidRDefault="00083043" w:rsidP="00655331">
      <w:pPr>
        <w:rPr>
          <w:rtl/>
        </w:rPr>
      </w:pPr>
    </w:p>
    <w:p w14:paraId="5F67639E" w14:textId="77777777" w:rsidR="00083043" w:rsidRDefault="00083043" w:rsidP="00655331">
      <w:pPr>
        <w:rPr>
          <w:rtl/>
        </w:rPr>
      </w:pPr>
    </w:p>
    <w:p w14:paraId="409A1A1C" w14:textId="77777777" w:rsidR="00083043" w:rsidRDefault="00083043" w:rsidP="00655331"/>
    <w:p w14:paraId="01D23AA4" w14:textId="58B8C6B0" w:rsidR="00D04C7D" w:rsidRPr="00083043" w:rsidRDefault="00D6184D" w:rsidP="00083043">
      <w:pPr>
        <w:pStyle w:val="Heading2"/>
        <w:bidi/>
        <w:rPr>
          <w:rFonts w:ascii="☞DIODRUM ARABIC MEDIUM" w:hAnsi="☞DIODRUM ARABIC MEDIUM" w:cs="☞DIODRUM ARABIC MEDIUM"/>
          <w:b w:val="0"/>
          <w:bCs w:val="0"/>
          <w:color w:val="auto"/>
          <w:sz w:val="20"/>
          <w:szCs w:val="20"/>
          <w:rtl/>
        </w:rPr>
      </w:pPr>
      <w:bookmarkStart w:id="64" w:name="heading_24_استطلاع_الآراء_حول_الدراسةعبر"/>
      <w:bookmarkStart w:id="65" w:name="_Toc204265951"/>
      <w:r w:rsidRPr="00083043">
        <w:rPr>
          <w:rFonts w:ascii="☞DIODRUM ARABIC MEDIUM" w:hAnsi="☞DIODRUM ARABIC MEDIUM" w:cs="☞DIODRUM ARABIC MEDIUM" w:hint="cs"/>
          <w:b w:val="0"/>
          <w:bCs w:val="0"/>
          <w:color w:val="auto"/>
          <w:sz w:val="20"/>
          <w:szCs w:val="20"/>
          <w:rtl/>
        </w:rPr>
        <w:t>استطلاع</w:t>
      </w:r>
      <w:r w:rsidRPr="00083043">
        <w:rPr>
          <w:rFonts w:ascii="☞DIODRUM ARABIC MEDIUM" w:hAnsi="☞DIODRUM ARABIC MEDIUM" w:cs="☞DIODRUM ARABIC MEDIUM" w:hint="cs"/>
          <w:b w:val="0"/>
          <w:bCs w:val="0"/>
          <w:color w:val="auto"/>
          <w:sz w:val="20"/>
          <w:szCs w:val="20"/>
        </w:rPr>
        <w:t xml:space="preserve"> </w:t>
      </w:r>
      <w:r w:rsidRPr="00083043">
        <w:rPr>
          <w:rFonts w:ascii="☞DIODRUM ARABIC MEDIUM" w:hAnsi="☞DIODRUM ARABIC MEDIUM" w:cs="☞DIODRUM ARABIC MEDIUM" w:hint="cs"/>
          <w:b w:val="0"/>
          <w:bCs w:val="0"/>
          <w:color w:val="auto"/>
          <w:sz w:val="20"/>
          <w:szCs w:val="20"/>
          <w:rtl/>
        </w:rPr>
        <w:t>الآراء</w:t>
      </w:r>
      <w:r w:rsidRPr="00083043">
        <w:rPr>
          <w:rFonts w:ascii="☞DIODRUM ARABIC MEDIUM" w:hAnsi="☞DIODRUM ARABIC MEDIUM" w:cs="☞DIODRUM ARABIC MEDIUM" w:hint="cs"/>
          <w:b w:val="0"/>
          <w:bCs w:val="0"/>
          <w:color w:val="auto"/>
          <w:sz w:val="20"/>
          <w:szCs w:val="20"/>
        </w:rPr>
        <w:t xml:space="preserve"> </w:t>
      </w:r>
      <w:r w:rsidRPr="00083043">
        <w:rPr>
          <w:rFonts w:ascii="☞DIODRUM ARABIC MEDIUM" w:hAnsi="☞DIODRUM ARABIC MEDIUM" w:cs="☞DIODRUM ARABIC MEDIUM" w:hint="cs"/>
          <w:b w:val="0"/>
          <w:bCs w:val="0"/>
          <w:color w:val="auto"/>
          <w:sz w:val="20"/>
          <w:szCs w:val="20"/>
          <w:rtl/>
        </w:rPr>
        <w:t>حول</w:t>
      </w:r>
      <w:r w:rsidRPr="00083043">
        <w:rPr>
          <w:rFonts w:ascii="☞DIODRUM ARABIC MEDIUM" w:hAnsi="☞DIODRUM ARABIC MEDIUM" w:cs="☞DIODRUM ARABIC MEDIUM" w:hint="cs"/>
          <w:b w:val="0"/>
          <w:bCs w:val="0"/>
          <w:color w:val="auto"/>
          <w:sz w:val="20"/>
          <w:szCs w:val="20"/>
        </w:rPr>
        <w:t xml:space="preserve"> </w:t>
      </w:r>
      <w:r w:rsidRPr="00083043">
        <w:rPr>
          <w:rFonts w:ascii="☞DIODRUM ARABIC MEDIUM" w:hAnsi="☞DIODRUM ARABIC MEDIUM" w:cs="☞DIODRUM ARABIC MEDIUM" w:hint="cs"/>
          <w:b w:val="0"/>
          <w:bCs w:val="0"/>
          <w:color w:val="auto"/>
          <w:sz w:val="20"/>
          <w:szCs w:val="20"/>
          <w:rtl/>
        </w:rPr>
        <w:t>الدراسة</w:t>
      </w:r>
      <w:r w:rsidR="007D6356" w:rsidRPr="00083043">
        <w:rPr>
          <w:rFonts w:ascii="☞DIODRUM ARABIC MEDIUM" w:hAnsi="☞DIODRUM ARABIC MEDIUM" w:cs="☞DIODRUM ARABIC MEDIUM" w:hint="cs"/>
          <w:b w:val="0"/>
          <w:bCs w:val="0"/>
          <w:color w:val="auto"/>
          <w:sz w:val="20"/>
          <w:szCs w:val="20"/>
          <w:rtl/>
        </w:rPr>
        <w:t xml:space="preserve"> </w:t>
      </w:r>
      <w:r w:rsidRPr="00083043">
        <w:rPr>
          <w:rFonts w:ascii="☞DIODRUM ARABIC MEDIUM" w:hAnsi="☞DIODRUM ARABIC MEDIUM" w:cs="☞DIODRUM ARABIC MEDIUM" w:hint="cs"/>
          <w:b w:val="0"/>
          <w:bCs w:val="0"/>
          <w:color w:val="auto"/>
          <w:sz w:val="20"/>
          <w:szCs w:val="20"/>
          <w:rtl/>
        </w:rPr>
        <w:t>عبر</w:t>
      </w:r>
      <w:r w:rsidRPr="00083043">
        <w:rPr>
          <w:rFonts w:ascii="☞DIODRUM ARABIC MEDIUM" w:hAnsi="☞DIODRUM ARABIC MEDIUM" w:cs="☞DIODRUM ARABIC MEDIUM" w:hint="cs"/>
          <w:b w:val="0"/>
          <w:bCs w:val="0"/>
          <w:color w:val="auto"/>
          <w:sz w:val="20"/>
          <w:szCs w:val="20"/>
        </w:rPr>
        <w:t xml:space="preserve"> </w:t>
      </w:r>
      <w:r w:rsidRPr="00083043">
        <w:rPr>
          <w:rFonts w:ascii="☞DIODRUM ARABIC MEDIUM" w:hAnsi="☞DIODRUM ARABIC MEDIUM" w:cs="☞DIODRUM ARABIC MEDIUM" w:hint="cs"/>
          <w:b w:val="0"/>
          <w:bCs w:val="0"/>
          <w:color w:val="auto"/>
          <w:sz w:val="20"/>
          <w:szCs w:val="20"/>
          <w:rtl/>
        </w:rPr>
        <w:t>الرابط</w:t>
      </w:r>
      <w:r w:rsidRPr="00083043">
        <w:rPr>
          <w:rFonts w:ascii="☞DIODRUM ARABIC MEDIUM" w:hAnsi="☞DIODRUM ARABIC MEDIUM" w:cs="☞DIODRUM ARABIC MEDIUM" w:hint="cs"/>
          <w:b w:val="0"/>
          <w:bCs w:val="0"/>
          <w:color w:val="auto"/>
          <w:sz w:val="20"/>
          <w:szCs w:val="20"/>
        </w:rPr>
        <w:t xml:space="preserve"> </w:t>
      </w:r>
      <w:r w:rsidRPr="00083043">
        <w:rPr>
          <w:rFonts w:ascii="☞DIODRUM ARABIC MEDIUM" w:hAnsi="☞DIODRUM ARABIC MEDIUM" w:cs="☞DIODRUM ARABIC MEDIUM" w:hint="cs"/>
          <w:b w:val="0"/>
          <w:bCs w:val="0"/>
          <w:color w:val="auto"/>
          <w:sz w:val="20"/>
          <w:szCs w:val="20"/>
          <w:rtl/>
        </w:rPr>
        <w:t>التالي</w:t>
      </w:r>
      <w:bookmarkEnd w:id="64"/>
      <w:r w:rsidR="00655331" w:rsidRPr="00083043">
        <w:rPr>
          <w:rFonts w:ascii="☞DIODRUM ARABIC MEDIUM" w:hAnsi="☞DIODRUM ARABIC MEDIUM" w:cs="☞DIODRUM ARABIC MEDIUM" w:hint="cs"/>
          <w:b w:val="0"/>
          <w:bCs w:val="0"/>
          <w:color w:val="auto"/>
          <w:sz w:val="20"/>
          <w:szCs w:val="20"/>
          <w:rtl/>
        </w:rPr>
        <w:t>:</w:t>
      </w:r>
      <w:bookmarkEnd w:id="65"/>
    </w:p>
    <w:p w14:paraId="4AB7E523" w14:textId="77777777" w:rsidR="00655331" w:rsidRDefault="00655331" w:rsidP="00655331">
      <w:pPr>
        <w:bidi/>
        <w:rPr>
          <w:rtl/>
        </w:rPr>
      </w:pPr>
    </w:p>
    <w:p w14:paraId="68B5E9E5" w14:textId="5FF3E12A" w:rsidR="00655331" w:rsidRDefault="00655331" w:rsidP="00655331">
      <w:pPr>
        <w:bidi/>
        <w:rPr>
          <w:rtl/>
        </w:rPr>
      </w:pPr>
      <w:hyperlink r:id="rId23" w:history="1">
        <w:r w:rsidRPr="002431AD">
          <w:rPr>
            <w:rStyle w:val="Hyperlink"/>
          </w:rPr>
          <w:t>https://survey.dga.gov.sa/survey/start/8cd065bf-2633-4476-a3fe-51a300a74b84</w:t>
        </w:r>
      </w:hyperlink>
    </w:p>
    <w:p w14:paraId="09C60937" w14:textId="77777777" w:rsidR="00655331" w:rsidRDefault="00655331" w:rsidP="00655331">
      <w:pPr>
        <w:bidi/>
        <w:rPr>
          <w:rtl/>
        </w:rPr>
      </w:pPr>
    </w:p>
    <w:p w14:paraId="11C3ABBB" w14:textId="4E01D29B" w:rsidR="00655331" w:rsidRPr="00655331" w:rsidRDefault="00655331" w:rsidP="00655331">
      <w:pPr>
        <w:bidi/>
        <w:rPr>
          <w:rFonts w:ascii="☞DIODRUM ARABIC MEDIUM" w:hAnsi="☞DIODRUM ARABIC MEDIUM" w:cs="☞DIODRUM ARABIC MEDIUM"/>
          <w:rtl/>
        </w:rPr>
      </w:pPr>
      <w:r w:rsidRPr="00655331">
        <w:rPr>
          <w:rFonts w:ascii="☞DIODRUM ARABIC MEDIUM" w:hAnsi="☞DIODRUM ARABIC MEDIUM" w:cs="☞DIODRUM ARABIC MEDIUM" w:hint="cs"/>
          <w:rtl/>
        </w:rPr>
        <w:t>رمز الاستجابة السريع</w:t>
      </w:r>
      <w:r>
        <w:rPr>
          <w:rFonts w:ascii="☞DIODRUM ARABIC MEDIUM" w:hAnsi="☞DIODRUM ARABIC MEDIUM" w:cs="☞DIODRUM ARABIC MEDIUM" w:hint="cs"/>
          <w:rtl/>
        </w:rPr>
        <w:t>:</w:t>
      </w:r>
    </w:p>
    <w:p w14:paraId="5913E01E" w14:textId="7F9ED9A7" w:rsidR="00655331" w:rsidRPr="00655331" w:rsidRDefault="00655331" w:rsidP="00655331">
      <w:pPr>
        <w:bidi/>
        <w:rPr>
          <w:rtl/>
        </w:rPr>
      </w:pPr>
      <w:r w:rsidRPr="00655331">
        <w:rPr>
          <w:noProof/>
          <w:sz w:val="24"/>
          <w:szCs w:val="24"/>
        </w:rPr>
        <w:drawing>
          <wp:inline distT="0" distB="0" distL="0" distR="0" wp14:anchorId="0C10C83E" wp14:editId="7205847E">
            <wp:extent cx="739856" cy="739856"/>
            <wp:effectExtent l="0" t="0" r="0" b="0"/>
            <wp:docPr id="3" name="Picture 2" descr="رمز الاستجابة السريع لاستطلاع الآراء حول الدراسة&#10;">
              <a:extLst xmlns:a="http://schemas.openxmlformats.org/drawingml/2006/main">
                <a:ext uri="{FF2B5EF4-FFF2-40B4-BE49-F238E27FC236}">
                  <a16:creationId xmlns:a16="http://schemas.microsoft.com/office/drawing/2014/main" id="{37AE3811-3424-08BE-A3B1-FEC0355648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رمز الاستجابة السريع لاستطلاع الآراء حول الدراسة&#10;">
                      <a:extLst>
                        <a:ext uri="{FF2B5EF4-FFF2-40B4-BE49-F238E27FC236}">
                          <a16:creationId xmlns:a16="http://schemas.microsoft.com/office/drawing/2014/main" id="{37AE3811-3424-08BE-A3B1-FEC0355648C3}"/>
                        </a:ext>
                      </a:extLst>
                    </pic:cNvPr>
                    <pic:cNvPicPr>
                      <a:picLocks noChangeAspect="1"/>
                    </pic:cNvPicPr>
                  </pic:nvPicPr>
                  <pic:blipFill>
                    <a:blip r:embed="rId24">
                      <a:duotone>
                        <a:schemeClr val="accent2">
                          <a:shade val="45000"/>
                          <a:satMod val="135000"/>
                        </a:schemeClr>
                        <a:prstClr val="white"/>
                      </a:duotone>
                    </a:blip>
                    <a:stretch>
                      <a:fillRect/>
                    </a:stretch>
                  </pic:blipFill>
                  <pic:spPr>
                    <a:xfrm>
                      <a:off x="0" y="0"/>
                      <a:ext cx="739856" cy="739856"/>
                    </a:xfrm>
                    <a:prstGeom prst="rect">
                      <a:avLst/>
                    </a:prstGeom>
                  </pic:spPr>
                </pic:pic>
              </a:graphicData>
            </a:graphic>
          </wp:inline>
        </w:drawing>
      </w:r>
    </w:p>
    <w:p w14:paraId="7A73CD22" w14:textId="77777777" w:rsidR="00655331" w:rsidRPr="00655331" w:rsidRDefault="00655331" w:rsidP="00655331">
      <w:pPr>
        <w:bidi/>
      </w:pPr>
    </w:p>
    <w:p w14:paraId="79205CF2" w14:textId="1BDF3490" w:rsidR="00D04C7D" w:rsidRPr="00083043" w:rsidRDefault="00D6184D" w:rsidP="00083043">
      <w:pPr>
        <w:pStyle w:val="Heading2"/>
        <w:bidi/>
        <w:rPr>
          <w:rFonts w:ascii="☞DIODRUM ARABIC MEDIUM" w:hAnsi="☞DIODRUM ARABIC MEDIUM" w:cs="☞DIODRUM ARABIC MEDIUM"/>
          <w:b w:val="0"/>
          <w:bCs w:val="0"/>
          <w:color w:val="auto"/>
          <w:sz w:val="20"/>
          <w:szCs w:val="20"/>
          <w:rtl/>
        </w:rPr>
      </w:pPr>
      <w:bookmarkStart w:id="66" w:name="heading_24_للتفضل_بزيارة_الرابط_التالي_ل"/>
      <w:bookmarkStart w:id="67" w:name="_Toc204250855"/>
      <w:bookmarkStart w:id="68" w:name="_Toc204265952"/>
      <w:r w:rsidRPr="00083043">
        <w:rPr>
          <w:rFonts w:ascii="☞DIODRUM ARABIC MEDIUM" w:hAnsi="☞DIODRUM ARABIC MEDIUM" w:cs="☞DIODRUM ARABIC MEDIUM" w:hint="cs"/>
          <w:b w:val="0"/>
          <w:bCs w:val="0"/>
          <w:color w:val="auto"/>
          <w:sz w:val="20"/>
          <w:szCs w:val="20"/>
          <w:rtl/>
        </w:rPr>
        <w:t>للتفضل</w:t>
      </w:r>
      <w:r w:rsidRPr="00083043">
        <w:rPr>
          <w:rFonts w:ascii="☞DIODRUM ARABIC MEDIUM" w:hAnsi="☞DIODRUM ARABIC MEDIUM" w:cs="☞DIODRUM ARABIC MEDIUM" w:hint="cs"/>
          <w:b w:val="0"/>
          <w:bCs w:val="0"/>
          <w:color w:val="auto"/>
          <w:sz w:val="20"/>
          <w:szCs w:val="20"/>
        </w:rPr>
        <w:t xml:space="preserve"> </w:t>
      </w:r>
      <w:r w:rsidRPr="00083043">
        <w:rPr>
          <w:rFonts w:ascii="☞DIODRUM ARABIC MEDIUM" w:hAnsi="☞DIODRUM ARABIC MEDIUM" w:cs="☞DIODRUM ARABIC MEDIUM" w:hint="cs"/>
          <w:b w:val="0"/>
          <w:bCs w:val="0"/>
          <w:color w:val="auto"/>
          <w:sz w:val="20"/>
          <w:szCs w:val="20"/>
          <w:rtl/>
        </w:rPr>
        <w:t>بزيارة</w:t>
      </w:r>
      <w:r w:rsidRPr="00083043">
        <w:rPr>
          <w:rFonts w:ascii="☞DIODRUM ARABIC MEDIUM" w:hAnsi="☞DIODRUM ARABIC MEDIUM" w:cs="☞DIODRUM ARABIC MEDIUM" w:hint="cs"/>
          <w:b w:val="0"/>
          <w:bCs w:val="0"/>
          <w:color w:val="auto"/>
          <w:sz w:val="20"/>
          <w:szCs w:val="20"/>
        </w:rPr>
        <w:t xml:space="preserve"> </w:t>
      </w:r>
      <w:r w:rsidRPr="00083043">
        <w:rPr>
          <w:rFonts w:ascii="☞DIODRUM ARABIC MEDIUM" w:hAnsi="☞DIODRUM ARABIC MEDIUM" w:cs="☞DIODRUM ARABIC MEDIUM" w:hint="cs"/>
          <w:b w:val="0"/>
          <w:bCs w:val="0"/>
          <w:color w:val="auto"/>
          <w:sz w:val="20"/>
          <w:szCs w:val="20"/>
          <w:rtl/>
        </w:rPr>
        <w:t>الرابط</w:t>
      </w:r>
      <w:r w:rsidRPr="00083043">
        <w:rPr>
          <w:rFonts w:ascii="☞DIODRUM ARABIC MEDIUM" w:hAnsi="☞DIODRUM ARABIC MEDIUM" w:cs="☞DIODRUM ARABIC MEDIUM" w:hint="cs"/>
          <w:b w:val="0"/>
          <w:bCs w:val="0"/>
          <w:color w:val="auto"/>
          <w:sz w:val="20"/>
          <w:szCs w:val="20"/>
        </w:rPr>
        <w:t xml:space="preserve"> </w:t>
      </w:r>
      <w:r w:rsidRPr="00083043">
        <w:rPr>
          <w:rFonts w:ascii="☞DIODRUM ARABIC MEDIUM" w:hAnsi="☞DIODRUM ARABIC MEDIUM" w:cs="☞DIODRUM ARABIC MEDIUM" w:hint="cs"/>
          <w:b w:val="0"/>
          <w:bCs w:val="0"/>
          <w:color w:val="auto"/>
          <w:sz w:val="20"/>
          <w:szCs w:val="20"/>
          <w:rtl/>
        </w:rPr>
        <w:t>التالي</w:t>
      </w:r>
      <w:r w:rsidRPr="00083043">
        <w:rPr>
          <w:rFonts w:ascii="☞DIODRUM ARABIC MEDIUM" w:hAnsi="☞DIODRUM ARABIC MEDIUM" w:cs="☞DIODRUM ARABIC MEDIUM" w:hint="cs"/>
          <w:b w:val="0"/>
          <w:bCs w:val="0"/>
          <w:color w:val="auto"/>
          <w:sz w:val="20"/>
          <w:szCs w:val="20"/>
        </w:rPr>
        <w:t xml:space="preserve"> </w:t>
      </w:r>
      <w:r w:rsidRPr="00083043">
        <w:rPr>
          <w:rFonts w:ascii="☞DIODRUM ARABIC MEDIUM" w:hAnsi="☞DIODRUM ARABIC MEDIUM" w:cs="☞DIODRUM ARABIC MEDIUM" w:hint="cs"/>
          <w:b w:val="0"/>
          <w:bCs w:val="0"/>
          <w:color w:val="auto"/>
          <w:sz w:val="20"/>
          <w:szCs w:val="20"/>
          <w:rtl/>
        </w:rPr>
        <w:t>للمزيد</w:t>
      </w:r>
      <w:r w:rsidRPr="00083043">
        <w:rPr>
          <w:rFonts w:ascii="☞DIODRUM ARABIC MEDIUM" w:hAnsi="☞DIODRUM ARABIC MEDIUM" w:cs="☞DIODRUM ARABIC MEDIUM" w:hint="cs"/>
          <w:b w:val="0"/>
          <w:bCs w:val="0"/>
          <w:color w:val="auto"/>
          <w:sz w:val="20"/>
          <w:szCs w:val="20"/>
        </w:rPr>
        <w:t xml:space="preserve"> </w:t>
      </w:r>
      <w:r w:rsidRPr="00083043">
        <w:rPr>
          <w:rFonts w:ascii="☞DIODRUM ARABIC MEDIUM" w:hAnsi="☞DIODRUM ARABIC MEDIUM" w:cs="☞DIODRUM ARABIC MEDIUM" w:hint="cs"/>
          <w:b w:val="0"/>
          <w:bCs w:val="0"/>
          <w:color w:val="auto"/>
          <w:sz w:val="20"/>
          <w:szCs w:val="20"/>
          <w:rtl/>
        </w:rPr>
        <w:t>من</w:t>
      </w:r>
      <w:r w:rsidRPr="00083043">
        <w:rPr>
          <w:rFonts w:ascii="☞DIODRUM ARABIC MEDIUM" w:hAnsi="☞DIODRUM ARABIC MEDIUM" w:cs="☞DIODRUM ARABIC MEDIUM" w:hint="cs"/>
          <w:b w:val="0"/>
          <w:bCs w:val="0"/>
          <w:color w:val="auto"/>
          <w:sz w:val="20"/>
          <w:szCs w:val="20"/>
        </w:rPr>
        <w:t xml:space="preserve"> </w:t>
      </w:r>
      <w:r w:rsidRPr="00083043">
        <w:rPr>
          <w:rFonts w:ascii="☞DIODRUM ARABIC MEDIUM" w:hAnsi="☞DIODRUM ARABIC MEDIUM" w:cs="☞DIODRUM ARABIC MEDIUM" w:hint="cs"/>
          <w:b w:val="0"/>
          <w:bCs w:val="0"/>
          <w:color w:val="auto"/>
          <w:sz w:val="20"/>
          <w:szCs w:val="20"/>
          <w:rtl/>
        </w:rPr>
        <w:t>الدراسات</w:t>
      </w:r>
      <w:r w:rsidRPr="00083043">
        <w:rPr>
          <w:rFonts w:ascii="☞DIODRUM ARABIC MEDIUM" w:hAnsi="☞DIODRUM ARABIC MEDIUM" w:cs="☞DIODRUM ARABIC MEDIUM" w:hint="cs"/>
          <w:b w:val="0"/>
          <w:bCs w:val="0"/>
          <w:color w:val="auto"/>
          <w:sz w:val="20"/>
          <w:szCs w:val="20"/>
        </w:rPr>
        <w:t xml:space="preserve"> </w:t>
      </w:r>
      <w:r w:rsidRPr="00083043">
        <w:rPr>
          <w:rFonts w:ascii="☞DIODRUM ARABIC MEDIUM" w:hAnsi="☞DIODRUM ARABIC MEDIUM" w:cs="☞DIODRUM ARABIC MEDIUM" w:hint="cs"/>
          <w:b w:val="0"/>
          <w:bCs w:val="0"/>
          <w:color w:val="auto"/>
          <w:sz w:val="20"/>
          <w:szCs w:val="20"/>
          <w:rtl/>
        </w:rPr>
        <w:t>البحثية</w:t>
      </w:r>
      <w:bookmarkEnd w:id="66"/>
      <w:r w:rsidR="007D6356" w:rsidRPr="00083043">
        <w:rPr>
          <w:rFonts w:ascii="☞DIODRUM ARABIC MEDIUM" w:hAnsi="☞DIODRUM ARABIC MEDIUM" w:cs="☞DIODRUM ARABIC MEDIUM" w:hint="cs"/>
          <w:b w:val="0"/>
          <w:bCs w:val="0"/>
          <w:color w:val="auto"/>
          <w:sz w:val="20"/>
          <w:szCs w:val="20"/>
          <w:rtl/>
        </w:rPr>
        <w:t>:</w:t>
      </w:r>
      <w:bookmarkEnd w:id="67"/>
      <w:bookmarkEnd w:id="68"/>
    </w:p>
    <w:p w14:paraId="62910B1E" w14:textId="77777777" w:rsidR="007D6356" w:rsidRDefault="007D6356" w:rsidP="007D6356">
      <w:pPr>
        <w:bidi/>
        <w:rPr>
          <w:rtl/>
        </w:rPr>
      </w:pPr>
    </w:p>
    <w:p w14:paraId="3338CBCE" w14:textId="3AB28B4F" w:rsidR="007D6356" w:rsidRDefault="007D6356" w:rsidP="007D6356">
      <w:pPr>
        <w:bidi/>
        <w:rPr>
          <w:rtl/>
        </w:rPr>
      </w:pPr>
      <w:hyperlink r:id="rId25" w:history="1">
        <w:r w:rsidRPr="002431AD">
          <w:rPr>
            <w:rStyle w:val="Hyperlink"/>
          </w:rPr>
          <w:t>https://dga.gov.sa/ar/studies/researches</w:t>
        </w:r>
      </w:hyperlink>
    </w:p>
    <w:p w14:paraId="352D7C64" w14:textId="77777777" w:rsidR="007D6356" w:rsidRDefault="007D6356" w:rsidP="007D6356">
      <w:pPr>
        <w:bidi/>
        <w:rPr>
          <w:rtl/>
        </w:rPr>
      </w:pPr>
    </w:p>
    <w:p w14:paraId="27849406" w14:textId="77777777" w:rsidR="007D6356" w:rsidRPr="00655331" w:rsidRDefault="007D6356" w:rsidP="007D6356">
      <w:pPr>
        <w:bidi/>
        <w:rPr>
          <w:rFonts w:ascii="☞DIODRUM ARABIC MEDIUM" w:hAnsi="☞DIODRUM ARABIC MEDIUM" w:cs="☞DIODRUM ARABIC MEDIUM"/>
          <w:rtl/>
        </w:rPr>
      </w:pPr>
      <w:r w:rsidRPr="00655331">
        <w:rPr>
          <w:rFonts w:ascii="☞DIODRUM ARABIC MEDIUM" w:hAnsi="☞DIODRUM ARABIC MEDIUM" w:cs="☞DIODRUM ARABIC MEDIUM" w:hint="cs"/>
          <w:rtl/>
        </w:rPr>
        <w:t>رمز الاستجابة السريع</w:t>
      </w:r>
      <w:r>
        <w:rPr>
          <w:rFonts w:ascii="☞DIODRUM ARABIC MEDIUM" w:hAnsi="☞DIODRUM ARABIC MEDIUM" w:cs="☞DIODRUM ARABIC MEDIUM" w:hint="cs"/>
          <w:rtl/>
        </w:rPr>
        <w:t>:</w:t>
      </w:r>
    </w:p>
    <w:p w14:paraId="4C9554C0" w14:textId="26C36A83" w:rsidR="007D6356" w:rsidRDefault="007D6356" w:rsidP="007D6356">
      <w:pPr>
        <w:bidi/>
        <w:rPr>
          <w:rtl/>
        </w:rPr>
      </w:pPr>
      <w:r w:rsidRPr="007D6356">
        <w:rPr>
          <w:noProof/>
        </w:rPr>
        <w:drawing>
          <wp:inline distT="0" distB="0" distL="0" distR="0" wp14:anchorId="31D9D7E4" wp14:editId="37BC9968">
            <wp:extent cx="700781" cy="700781"/>
            <wp:effectExtent l="0" t="0" r="0" b="0"/>
            <wp:docPr id="41" name="Picture 40" descr="رمز الاستجابة السريع للمزيد من الدراسات البحثية">
              <a:extLst xmlns:a="http://schemas.openxmlformats.org/drawingml/2006/main">
                <a:ext uri="{FF2B5EF4-FFF2-40B4-BE49-F238E27FC236}">
                  <a16:creationId xmlns:a16="http://schemas.microsoft.com/office/drawing/2014/main" id="{1C11AAC6-3ABA-B84F-0379-AC1832481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رمز الاستجابة السريع للمزيد من الدراسات البحثية">
                      <a:extLst>
                        <a:ext uri="{FF2B5EF4-FFF2-40B4-BE49-F238E27FC236}">
                          <a16:creationId xmlns:a16="http://schemas.microsoft.com/office/drawing/2014/main" id="{1C11AAC6-3ABA-B84F-0379-AC1832481DA1}"/>
                        </a:ext>
                      </a:extLst>
                    </pic:cNvPr>
                    <pic:cNvPicPr>
                      <a:picLocks noChangeAspect="1"/>
                    </pic:cNvPicPr>
                  </pic:nvPicPr>
                  <pic:blipFill>
                    <a:blip r:embed="rId2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00781" cy="700781"/>
                    </a:xfrm>
                    <a:prstGeom prst="rect">
                      <a:avLst/>
                    </a:prstGeom>
                  </pic:spPr>
                </pic:pic>
              </a:graphicData>
            </a:graphic>
          </wp:inline>
        </w:drawing>
      </w:r>
    </w:p>
    <w:p w14:paraId="14D76186" w14:textId="77777777" w:rsidR="00F114BC" w:rsidRPr="00F114BC" w:rsidRDefault="00F114BC" w:rsidP="00F114BC">
      <w:pPr>
        <w:pStyle w:val="Heading2"/>
        <w:bidi/>
        <w:rPr>
          <w:rFonts w:ascii="DiodrumArabic-Semibold" w:hAnsi="DiodrumArabic-Semibold" w:cs="DiodrumArabic-Semibold"/>
          <w:color w:val="auto"/>
        </w:rPr>
      </w:pPr>
      <w:r w:rsidRPr="00F114BC">
        <w:rPr>
          <w:rFonts w:ascii="DiodrumArabic-Semibold" w:hAnsi="DiodrumArabic-Semibold" w:cs="DiodrumArabic-Semibold" w:hint="cs"/>
          <w:color w:val="auto"/>
          <w:rtl/>
        </w:rPr>
        <w:t>تنويه</w:t>
      </w:r>
    </w:p>
    <w:p w14:paraId="25C4FE44" w14:textId="2FD2A2B5" w:rsidR="00F114BC" w:rsidRPr="00F114BC" w:rsidRDefault="00F114BC" w:rsidP="00F114BC">
      <w:pPr>
        <w:bidi/>
        <w:rPr>
          <w:rFonts w:ascii="☞DIODRUM ARABIC MEDIUM" w:hAnsi="☞DIODRUM ARABIC MEDIUM" w:cs="☞DIODRUM ARABIC MEDIUM"/>
          <w:sz w:val="18"/>
          <w:szCs w:val="18"/>
          <w:rtl/>
        </w:rPr>
      </w:pPr>
      <w:r w:rsidRPr="00F114BC">
        <w:rPr>
          <w:rFonts w:ascii="☞DIODRUM ARABIC MEDIUM" w:hAnsi="☞DIODRUM ARABIC MEDIUM" w:cs="☞DIODRUM ARABIC MEDIUM" w:hint="cs"/>
          <w:sz w:val="18"/>
          <w:szCs w:val="18"/>
          <w:rtl/>
        </w:rPr>
        <w:t xml:space="preserve">تم إعداد هذه النسخة بصيغة ميسّرة لتسهيل الاطلاع والفهم. لا تُعد بديلاً عن النص الرسمي المعتمد الصادر من هيئة الحكومة </w:t>
      </w:r>
      <w:r w:rsidR="00C621A7" w:rsidRPr="00C621A7">
        <w:rPr>
          <w:rFonts w:ascii="☞DIODRUM ARABIC MEDIUM" w:hAnsi="☞DIODRUM ARABIC MEDIUM" w:cs="☞DIODRUM ARABIC MEDIUM" w:hint="cs"/>
          <w:sz w:val="18"/>
          <w:szCs w:val="18"/>
          <w:rtl/>
        </w:rPr>
        <w:t>الرقمية</w:t>
      </w:r>
      <w:r w:rsidRPr="00F114BC">
        <w:rPr>
          <w:rFonts w:ascii="☞DIODRUM ARABIC MEDIUM" w:hAnsi="☞DIODRUM ARABIC MEDIUM" w:cs="☞DIODRUM ARABIC MEDIUM" w:hint="cs"/>
          <w:sz w:val="18"/>
          <w:szCs w:val="18"/>
          <w:rtl/>
        </w:rPr>
        <w:t>. للاطلاع على النسخة الرسمية، يرجى الضغط على الرابط الآتي</w:t>
      </w:r>
      <w:r w:rsidRPr="00F114BC">
        <w:rPr>
          <w:rFonts w:ascii="☞DIODRUM ARABIC MEDIUM" w:hAnsi="☞DIODRUM ARABIC MEDIUM" w:cs="☞DIODRUM ARABIC MEDIUM" w:hint="cs"/>
          <w:sz w:val="18"/>
          <w:szCs w:val="18"/>
        </w:rPr>
        <w:t>:</w:t>
      </w:r>
    </w:p>
    <w:p w14:paraId="115B2D1B" w14:textId="38A603F5" w:rsidR="00F114BC" w:rsidRPr="00F114BC" w:rsidRDefault="00F114BC" w:rsidP="00F114BC">
      <w:pPr>
        <w:bidi/>
        <w:rPr>
          <w:rStyle w:val="Hyperlink"/>
          <w:rFonts w:ascii="☞DIODRUM ARABIC MEDIUM" w:hAnsi="☞DIODRUM ARABIC MEDIUM" w:cs="☞DIODRUM ARABIC MEDIUM"/>
          <w:sz w:val="16"/>
          <w:szCs w:val="16"/>
          <w:rtl/>
        </w:rPr>
      </w:pPr>
      <w:r>
        <w:rPr>
          <w:rFonts w:ascii="☞DIODRUM ARABIC MEDIUM" w:hAnsi="☞DIODRUM ARABIC MEDIUM" w:cs="☞DIODRUM ARABIC MEDIUM"/>
          <w:sz w:val="18"/>
          <w:szCs w:val="18"/>
          <w:rtl/>
        </w:rPr>
        <w:fldChar w:fldCharType="begin"/>
      </w:r>
      <w:r>
        <w:rPr>
          <w:rFonts w:ascii="☞DIODRUM ARABIC MEDIUM" w:hAnsi="☞DIODRUM ARABIC MEDIUM" w:cs="☞DIODRUM ARABIC MEDIUM" w:hint="cs"/>
          <w:sz w:val="18"/>
          <w:szCs w:val="18"/>
        </w:rPr>
        <w:instrText>HYPERLINK</w:instrText>
      </w:r>
      <w:r>
        <w:rPr>
          <w:rFonts w:ascii="☞DIODRUM ARABIC MEDIUM" w:hAnsi="☞DIODRUM ARABIC MEDIUM" w:cs="☞DIODRUM ARABIC MEDIUM" w:hint="cs"/>
          <w:sz w:val="18"/>
          <w:szCs w:val="18"/>
          <w:rtl/>
        </w:rPr>
        <w:instrText xml:space="preserve"> "</w:instrText>
      </w:r>
      <w:r>
        <w:rPr>
          <w:rFonts w:ascii="☞DIODRUM ARABIC MEDIUM" w:hAnsi="☞DIODRUM ARABIC MEDIUM" w:cs="☞DIODRUM ARABIC MEDIUM" w:hint="cs"/>
          <w:sz w:val="18"/>
          <w:szCs w:val="18"/>
        </w:rPr>
        <w:instrText>https://dga.gov.sa/sites/default/files/2025-07/%D9%86%D8%B8%D8%B1%D8%A9%20%D8%B9%D8%A7%D9%85%D8%A9%20%D8%B9%D9%86%20%D8%A7%D9%84%D8%B4%D9%85%D9%88%D9%84%D9%8A%D8%A9%20%D8%A7%D9%84%D8%B1%D9%82%D9%85%D9%8A%D8%A9%20%D9%81%D9%8A%20%D8%A7%D9%84%D8%AD%D9%83%D9%88%D9%85%D8%A9%20%D8%A7%D9%84%D8%B1%D9%82%D9%85%D9%8A%D8%A9.pdf</w:instrText>
      </w:r>
      <w:r>
        <w:rPr>
          <w:rFonts w:ascii="☞DIODRUM ARABIC MEDIUM" w:hAnsi="☞DIODRUM ARABIC MEDIUM" w:cs="☞DIODRUM ARABIC MEDIUM" w:hint="cs"/>
          <w:sz w:val="18"/>
          <w:szCs w:val="18"/>
          <w:rtl/>
        </w:rPr>
        <w:instrText>"</w:instrText>
      </w:r>
      <w:r>
        <w:rPr>
          <w:rFonts w:ascii="☞DIODRUM ARABIC MEDIUM" w:hAnsi="☞DIODRUM ARABIC MEDIUM" w:cs="☞DIODRUM ARABIC MEDIUM"/>
          <w:sz w:val="18"/>
          <w:szCs w:val="18"/>
          <w:rtl/>
        </w:rPr>
      </w:r>
      <w:r>
        <w:rPr>
          <w:rFonts w:ascii="☞DIODRUM ARABIC MEDIUM" w:hAnsi="☞DIODRUM ARABIC MEDIUM" w:cs="☞DIODRUM ARABIC MEDIUM"/>
          <w:sz w:val="18"/>
          <w:szCs w:val="18"/>
          <w:rtl/>
        </w:rPr>
        <w:fldChar w:fldCharType="separate"/>
      </w:r>
      <w:r w:rsidRPr="00F114BC">
        <w:rPr>
          <w:rStyle w:val="Hyperlink"/>
          <w:rFonts w:ascii="☞DIODRUM ARABIC MEDIUM" w:hAnsi="☞DIODRUM ARABIC MEDIUM" w:cs="☞DIODRUM ARABIC MEDIUM" w:hint="cs"/>
          <w:sz w:val="18"/>
          <w:szCs w:val="18"/>
          <w:rtl/>
        </w:rPr>
        <w:t>اضغط هنا للانتقال إلى النسخة الرسمية من وثيقة نظرة</w:t>
      </w:r>
      <w:r w:rsidRPr="00F114BC">
        <w:rPr>
          <w:rStyle w:val="Hyperlink"/>
          <w:rFonts w:ascii="☞DIODRUM ARABIC MEDIUM" w:hAnsi="☞DIODRUM ARABIC MEDIUM" w:cs="☞DIODRUM ARABIC MEDIUM"/>
          <w:sz w:val="18"/>
          <w:szCs w:val="18"/>
          <w:rtl/>
        </w:rPr>
        <w:t xml:space="preserve"> </w:t>
      </w:r>
      <w:r w:rsidRPr="00F114BC">
        <w:rPr>
          <w:rStyle w:val="Hyperlink"/>
          <w:rFonts w:ascii="☞DIODRUM ARABIC MEDIUM" w:hAnsi="☞DIODRUM ARABIC MEDIUM" w:cs="☞DIODRUM ARABIC MEDIUM" w:hint="cs"/>
          <w:sz w:val="18"/>
          <w:szCs w:val="18"/>
          <w:rtl/>
        </w:rPr>
        <w:t>عامة</w:t>
      </w:r>
      <w:r w:rsidRPr="00F114BC">
        <w:rPr>
          <w:rStyle w:val="Hyperlink"/>
          <w:rFonts w:ascii="☞DIODRUM ARABIC MEDIUM" w:hAnsi="☞DIODRUM ARABIC MEDIUM" w:cs="☞DIODRUM ARABIC MEDIUM"/>
          <w:sz w:val="18"/>
          <w:szCs w:val="18"/>
          <w:rtl/>
        </w:rPr>
        <w:t xml:space="preserve"> </w:t>
      </w:r>
      <w:r w:rsidRPr="00F114BC">
        <w:rPr>
          <w:rStyle w:val="Hyperlink"/>
          <w:rFonts w:ascii="☞DIODRUM ARABIC MEDIUM" w:hAnsi="☞DIODRUM ARABIC MEDIUM" w:cs="☞DIODRUM ARABIC MEDIUM" w:hint="cs"/>
          <w:sz w:val="18"/>
          <w:szCs w:val="18"/>
          <w:rtl/>
        </w:rPr>
        <w:t>عن</w:t>
      </w:r>
      <w:r w:rsidRPr="00F114BC">
        <w:rPr>
          <w:rStyle w:val="Hyperlink"/>
          <w:rFonts w:ascii="☞DIODRUM ARABIC MEDIUM" w:hAnsi="☞DIODRUM ARABIC MEDIUM" w:cs="☞DIODRUM ARABIC MEDIUM"/>
          <w:sz w:val="18"/>
          <w:szCs w:val="18"/>
          <w:rtl/>
        </w:rPr>
        <w:t xml:space="preserve"> </w:t>
      </w:r>
      <w:r w:rsidRPr="00F114BC">
        <w:rPr>
          <w:rStyle w:val="Hyperlink"/>
          <w:rFonts w:ascii="☞DIODRUM ARABIC MEDIUM" w:hAnsi="☞DIODRUM ARABIC MEDIUM" w:cs="☞DIODRUM ARABIC MEDIUM" w:hint="cs"/>
          <w:sz w:val="18"/>
          <w:szCs w:val="18"/>
          <w:rtl/>
        </w:rPr>
        <w:t>الشمولية</w:t>
      </w:r>
      <w:r w:rsidRPr="00F114BC">
        <w:rPr>
          <w:rStyle w:val="Hyperlink"/>
          <w:rFonts w:ascii="☞DIODRUM ARABIC MEDIUM" w:hAnsi="☞DIODRUM ARABIC MEDIUM" w:cs="☞DIODRUM ARABIC MEDIUM"/>
          <w:sz w:val="18"/>
          <w:szCs w:val="18"/>
          <w:rtl/>
        </w:rPr>
        <w:t xml:space="preserve"> </w:t>
      </w:r>
      <w:r w:rsidRPr="00F114BC">
        <w:rPr>
          <w:rStyle w:val="Hyperlink"/>
          <w:rFonts w:ascii="☞DIODRUM ARABIC MEDIUM" w:hAnsi="☞DIODRUM ARABIC MEDIUM" w:cs="☞DIODRUM ARABIC MEDIUM" w:hint="cs"/>
          <w:sz w:val="18"/>
          <w:szCs w:val="18"/>
          <w:rtl/>
        </w:rPr>
        <w:t>الرقمية</w:t>
      </w:r>
      <w:r w:rsidRPr="00F114BC">
        <w:rPr>
          <w:rStyle w:val="Hyperlink"/>
          <w:rFonts w:ascii="☞DIODRUM ARABIC MEDIUM" w:hAnsi="☞DIODRUM ARABIC MEDIUM" w:cs="☞DIODRUM ARABIC MEDIUM"/>
          <w:sz w:val="18"/>
          <w:szCs w:val="18"/>
          <w:rtl/>
        </w:rPr>
        <w:t xml:space="preserve"> </w:t>
      </w:r>
      <w:r w:rsidRPr="00F114BC">
        <w:rPr>
          <w:rStyle w:val="Hyperlink"/>
          <w:rFonts w:ascii="☞DIODRUM ARABIC MEDIUM" w:hAnsi="☞DIODRUM ARABIC MEDIUM" w:cs="☞DIODRUM ARABIC MEDIUM" w:hint="cs"/>
          <w:sz w:val="18"/>
          <w:szCs w:val="18"/>
          <w:rtl/>
        </w:rPr>
        <w:t>في</w:t>
      </w:r>
      <w:r w:rsidRPr="00F114BC">
        <w:rPr>
          <w:rStyle w:val="Hyperlink"/>
          <w:rFonts w:ascii="☞DIODRUM ARABIC MEDIUM" w:hAnsi="☞DIODRUM ARABIC MEDIUM" w:cs="☞DIODRUM ARABIC MEDIUM"/>
          <w:sz w:val="18"/>
          <w:szCs w:val="18"/>
          <w:rtl/>
        </w:rPr>
        <w:t xml:space="preserve"> </w:t>
      </w:r>
      <w:r w:rsidRPr="00F114BC">
        <w:rPr>
          <w:rStyle w:val="Hyperlink"/>
          <w:rFonts w:ascii="☞DIODRUM ARABIC MEDIUM" w:hAnsi="☞DIODRUM ARABIC MEDIUM" w:cs="☞DIODRUM ARABIC MEDIUM" w:hint="cs"/>
          <w:sz w:val="18"/>
          <w:szCs w:val="18"/>
          <w:rtl/>
        </w:rPr>
        <w:t>الحكومة</w:t>
      </w:r>
      <w:r w:rsidRPr="00F114BC">
        <w:rPr>
          <w:rStyle w:val="Hyperlink"/>
          <w:rFonts w:ascii="☞DIODRUM ARABIC MEDIUM" w:hAnsi="☞DIODRUM ARABIC MEDIUM" w:cs="☞DIODRUM ARABIC MEDIUM"/>
          <w:sz w:val="18"/>
          <w:szCs w:val="18"/>
          <w:rtl/>
        </w:rPr>
        <w:t xml:space="preserve"> </w:t>
      </w:r>
      <w:r w:rsidRPr="00F114BC">
        <w:rPr>
          <w:rStyle w:val="Hyperlink"/>
          <w:rFonts w:ascii="☞DIODRUM ARABIC MEDIUM" w:hAnsi="☞DIODRUM ARABIC MEDIUM" w:cs="☞DIODRUM ARABIC MEDIUM" w:hint="cs"/>
          <w:sz w:val="18"/>
          <w:szCs w:val="18"/>
          <w:rtl/>
        </w:rPr>
        <w:t>الرقمية</w:t>
      </w:r>
    </w:p>
    <w:p w14:paraId="6362634C" w14:textId="1D5DCF0C" w:rsidR="00D04C7D" w:rsidRDefault="00F114BC" w:rsidP="00F114BC">
      <w:pPr>
        <w:bidi/>
      </w:pPr>
      <w:r>
        <w:rPr>
          <w:rFonts w:ascii="☞DIODRUM ARABIC MEDIUM" w:hAnsi="☞DIODRUM ARABIC MEDIUM" w:cs="☞DIODRUM ARABIC MEDIUM"/>
          <w:sz w:val="18"/>
          <w:szCs w:val="18"/>
          <w:rtl/>
        </w:rPr>
        <w:fldChar w:fldCharType="end"/>
      </w:r>
    </w:p>
    <w:sectPr w:rsidR="00D04C7D"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E440C" w14:textId="77777777" w:rsidR="00A55009" w:rsidRDefault="00A55009" w:rsidP="00972E87">
      <w:pPr>
        <w:spacing w:after="0" w:line="240" w:lineRule="auto"/>
      </w:pPr>
      <w:r>
        <w:separator/>
      </w:r>
    </w:p>
  </w:endnote>
  <w:endnote w:type="continuationSeparator" w:id="0">
    <w:p w14:paraId="0444093D" w14:textId="77777777" w:rsidR="00A55009" w:rsidRDefault="00A55009" w:rsidP="00972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ODRUM ARABIC MEDIUM">
    <w:altName w:val="Cambria"/>
    <w:panose1 w:val="00000600000000000000"/>
    <w:charset w:val="B2"/>
    <w:family w:val="auto"/>
    <w:pitch w:val="variable"/>
    <w:sig w:usb0="00002003" w:usb1="0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DIODRUM ARABIC SEMIBOLD">
    <w:altName w:val="Cambria"/>
    <w:panose1 w:val="00000700000000000000"/>
    <w:charset w:val="B2"/>
    <w:family w:val="auto"/>
    <w:pitch w:val="variable"/>
    <w:sig w:usb0="00002003" w:usb1="0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E0002AFF" w:usb1="C0007843" w:usb2="00000009" w:usb3="00000000" w:csb0="000001FF" w:csb1="00000000"/>
  </w:font>
  <w:font w:name="DiodrumArabic-Regular">
    <w:altName w:val="Cambria"/>
    <w:panose1 w:val="00000500000000000000"/>
    <w:charset w:val="B2"/>
    <w:family w:val="auto"/>
    <w:pitch w:val="variable"/>
    <w:sig w:usb0="00002003" w:usb1="00000000" w:usb2="00000008" w:usb3="00000000" w:csb0="00000041" w:csb1="00000000"/>
  </w:font>
  <w:font w:name="DiodrumArabic-Bold">
    <w:panose1 w:val="00000800000000000000"/>
    <w:charset w:val="00"/>
    <w:family w:val="auto"/>
    <w:pitch w:val="variable"/>
    <w:sig w:usb0="00002003" w:usb1="00000000" w:usb2="00000008" w:usb3="00000000" w:csb0="00000041" w:csb1="00000000"/>
  </w:font>
  <w:font w:name="DiodrumArabic-Medium">
    <w:altName w:val="Cambria"/>
    <w:panose1 w:val="00000600000000000000"/>
    <w:charset w:val="B2"/>
    <w:family w:val="auto"/>
    <w:pitch w:val="variable"/>
    <w:sig w:usb0="00002003" w:usb1="00000000" w:usb2="00000008" w:usb3="00000000" w:csb0="00000041" w:csb1="00000000"/>
  </w:font>
  <w:font w:name="DiodrumArabic-Semibold">
    <w:altName w:val="Cambria"/>
    <w:panose1 w:val="00000700000000000000"/>
    <w:charset w:val="B2"/>
    <w:family w:val="auto"/>
    <w:pitch w:val="variable"/>
    <w:sig w:usb0="00002003" w:usb1="00000000" w:usb2="00000008" w:usb3="00000000" w:csb0="00000041" w:csb1="00000000"/>
  </w:font>
  <w:font w:name="+mn-e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ADE46" w14:textId="77777777" w:rsidR="00A55009" w:rsidRDefault="00A55009" w:rsidP="00972E87">
      <w:pPr>
        <w:spacing w:after="0" w:line="240" w:lineRule="auto"/>
      </w:pPr>
      <w:r>
        <w:separator/>
      </w:r>
    </w:p>
  </w:footnote>
  <w:footnote w:type="continuationSeparator" w:id="0">
    <w:p w14:paraId="5DF3DBC5" w14:textId="77777777" w:rsidR="00A55009" w:rsidRDefault="00A55009" w:rsidP="00972E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222E07"/>
    <w:multiLevelType w:val="hybridMultilevel"/>
    <w:tmpl w:val="1D2E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3329C8"/>
    <w:multiLevelType w:val="hybridMultilevel"/>
    <w:tmpl w:val="77A4742C"/>
    <w:lvl w:ilvl="0" w:tplc="719627CE">
      <w:start w:val="4"/>
      <w:numFmt w:val="bullet"/>
      <w:lvlText w:val="-"/>
      <w:lvlJc w:val="left"/>
      <w:pPr>
        <w:ind w:left="720" w:hanging="360"/>
      </w:pPr>
      <w:rPr>
        <w:rFonts w:ascii="☞DIODRUM ARABIC MEDIUM" w:eastAsiaTheme="minorEastAsia" w:hAnsi="☞DIODRUM ARABIC MEDIUM" w:cs="☞DIODRUM ARABIC MEDIUM"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F5376D"/>
    <w:multiLevelType w:val="hybridMultilevel"/>
    <w:tmpl w:val="33E89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1855B4"/>
    <w:multiLevelType w:val="hybridMultilevel"/>
    <w:tmpl w:val="9DDA32BC"/>
    <w:lvl w:ilvl="0" w:tplc="EC96EF08">
      <w:start w:val="1"/>
      <w:numFmt w:val="decimal"/>
      <w:lvlText w:val="%1."/>
      <w:lvlJc w:val="left"/>
      <w:pPr>
        <w:ind w:left="720" w:hanging="360"/>
      </w:pPr>
      <w:rPr>
        <w:rFonts w:ascii="☞DIODRUM ARABIC SEMIBOLD" w:hAnsi="☞DIODRUM ARABIC SEMIBOLD" w:cs="☞DIODRUM ARABIC SEMI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2878F5"/>
    <w:multiLevelType w:val="hybridMultilevel"/>
    <w:tmpl w:val="0D34D3DE"/>
    <w:lvl w:ilvl="0" w:tplc="193C8E64">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636900"/>
    <w:multiLevelType w:val="hybridMultilevel"/>
    <w:tmpl w:val="0136C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694604"/>
    <w:multiLevelType w:val="hybridMultilevel"/>
    <w:tmpl w:val="158C0186"/>
    <w:lvl w:ilvl="0" w:tplc="193C8E64">
      <w:start w:val="2"/>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24134902">
    <w:abstractNumId w:val="8"/>
  </w:num>
  <w:num w:numId="2" w16cid:durableId="634683355">
    <w:abstractNumId w:val="6"/>
  </w:num>
  <w:num w:numId="3" w16cid:durableId="1988782635">
    <w:abstractNumId w:val="5"/>
  </w:num>
  <w:num w:numId="4" w16cid:durableId="1757902469">
    <w:abstractNumId w:val="4"/>
  </w:num>
  <w:num w:numId="5" w16cid:durableId="527958848">
    <w:abstractNumId w:val="7"/>
  </w:num>
  <w:num w:numId="6" w16cid:durableId="2106031571">
    <w:abstractNumId w:val="3"/>
  </w:num>
  <w:num w:numId="7" w16cid:durableId="1535266881">
    <w:abstractNumId w:val="2"/>
  </w:num>
  <w:num w:numId="8" w16cid:durableId="1966891435">
    <w:abstractNumId w:val="1"/>
  </w:num>
  <w:num w:numId="9" w16cid:durableId="2038506131">
    <w:abstractNumId w:val="0"/>
  </w:num>
  <w:num w:numId="10" w16cid:durableId="344673149">
    <w:abstractNumId w:val="9"/>
  </w:num>
  <w:num w:numId="11" w16cid:durableId="29687991">
    <w:abstractNumId w:val="10"/>
  </w:num>
  <w:num w:numId="12" w16cid:durableId="1524785410">
    <w:abstractNumId w:val="13"/>
  </w:num>
  <w:num w:numId="13" w16cid:durableId="1271280659">
    <w:abstractNumId w:val="11"/>
  </w:num>
  <w:num w:numId="14" w16cid:durableId="1382023714">
    <w:abstractNumId w:val="14"/>
  </w:num>
  <w:num w:numId="15" w16cid:durableId="849493731">
    <w:abstractNumId w:val="12"/>
  </w:num>
  <w:num w:numId="16" w16cid:durableId="5136935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ocumentProtection w:edit="readOnly" w:formatting="1" w:enforcement="1" w:cryptProviderType="rsaAES" w:cryptAlgorithmClass="hash" w:cryptAlgorithmType="typeAny" w:cryptAlgorithmSid="14" w:cryptSpinCount="100000" w:hash="ODODvfKO77tMyfD2bC256ZJvvzAwqvDaUnRzwrowxs3sN2NB+kg2rc+4j/Pip6xY4YZvaVKkCnJB+fQE2uVh+A==" w:salt="WcXqU0L7Rf72TQ3d3w5O7g=="/>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34616"/>
    <w:rsid w:val="0006063C"/>
    <w:rsid w:val="00083043"/>
    <w:rsid w:val="00103393"/>
    <w:rsid w:val="0015074B"/>
    <w:rsid w:val="001A705E"/>
    <w:rsid w:val="001C585F"/>
    <w:rsid w:val="001D7576"/>
    <w:rsid w:val="0021058C"/>
    <w:rsid w:val="002158F2"/>
    <w:rsid w:val="00271D47"/>
    <w:rsid w:val="0028433E"/>
    <w:rsid w:val="0029639D"/>
    <w:rsid w:val="002B49E3"/>
    <w:rsid w:val="002E5A01"/>
    <w:rsid w:val="002F4165"/>
    <w:rsid w:val="003145AD"/>
    <w:rsid w:val="00326F90"/>
    <w:rsid w:val="0037740C"/>
    <w:rsid w:val="003C7BAD"/>
    <w:rsid w:val="004518FB"/>
    <w:rsid w:val="004750F1"/>
    <w:rsid w:val="004D133B"/>
    <w:rsid w:val="004D3359"/>
    <w:rsid w:val="004F7F68"/>
    <w:rsid w:val="00524722"/>
    <w:rsid w:val="00546B7B"/>
    <w:rsid w:val="005513C2"/>
    <w:rsid w:val="00557B95"/>
    <w:rsid w:val="0058400B"/>
    <w:rsid w:val="005E4006"/>
    <w:rsid w:val="00634370"/>
    <w:rsid w:val="00642B53"/>
    <w:rsid w:val="00655331"/>
    <w:rsid w:val="00661A25"/>
    <w:rsid w:val="006D754E"/>
    <w:rsid w:val="006E1914"/>
    <w:rsid w:val="006F71CA"/>
    <w:rsid w:val="00791935"/>
    <w:rsid w:val="007D6356"/>
    <w:rsid w:val="007E7CF1"/>
    <w:rsid w:val="0080174C"/>
    <w:rsid w:val="00814ACB"/>
    <w:rsid w:val="008472EE"/>
    <w:rsid w:val="008611B5"/>
    <w:rsid w:val="00877C71"/>
    <w:rsid w:val="008818F5"/>
    <w:rsid w:val="008E3632"/>
    <w:rsid w:val="008E4971"/>
    <w:rsid w:val="00940FDE"/>
    <w:rsid w:val="00965C15"/>
    <w:rsid w:val="00972E87"/>
    <w:rsid w:val="00987924"/>
    <w:rsid w:val="009C088D"/>
    <w:rsid w:val="009D5A07"/>
    <w:rsid w:val="009E228A"/>
    <w:rsid w:val="009E5F00"/>
    <w:rsid w:val="009F0BD2"/>
    <w:rsid w:val="00A058F0"/>
    <w:rsid w:val="00A55009"/>
    <w:rsid w:val="00A631E7"/>
    <w:rsid w:val="00AA1D8D"/>
    <w:rsid w:val="00AB2EE1"/>
    <w:rsid w:val="00B47730"/>
    <w:rsid w:val="00B6645C"/>
    <w:rsid w:val="00BC2961"/>
    <w:rsid w:val="00BC70F0"/>
    <w:rsid w:val="00C00614"/>
    <w:rsid w:val="00C10ADB"/>
    <w:rsid w:val="00C53DB9"/>
    <w:rsid w:val="00C621A7"/>
    <w:rsid w:val="00CB0664"/>
    <w:rsid w:val="00CD3324"/>
    <w:rsid w:val="00CD4CA2"/>
    <w:rsid w:val="00CD644B"/>
    <w:rsid w:val="00D04C7D"/>
    <w:rsid w:val="00D6184D"/>
    <w:rsid w:val="00DC498A"/>
    <w:rsid w:val="00E030EF"/>
    <w:rsid w:val="00E3354B"/>
    <w:rsid w:val="00E34FB3"/>
    <w:rsid w:val="00E40595"/>
    <w:rsid w:val="00E85862"/>
    <w:rsid w:val="00ED470F"/>
    <w:rsid w:val="00EE2FFB"/>
    <w:rsid w:val="00EF5BFB"/>
    <w:rsid w:val="00EF7C26"/>
    <w:rsid w:val="00F114BC"/>
    <w:rsid w:val="00F467F8"/>
    <w:rsid w:val="00F51DEA"/>
    <w:rsid w:val="00F66783"/>
    <w:rsid w:val="00F761AD"/>
    <w:rsid w:val="00F90653"/>
    <w:rsid w:val="00FC693F"/>
    <w:rsid w:val="00FF52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C01E4B"/>
  <w14:defaultImageDpi w14:val="300"/>
  <w15:docId w15:val="{4237F37C-00D0-4216-BCF6-E053603C8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9F0BD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55331"/>
    <w:rPr>
      <w:color w:val="0000FF" w:themeColor="hyperlink"/>
      <w:u w:val="single"/>
    </w:rPr>
  </w:style>
  <w:style w:type="character" w:customStyle="1" w:styleId="UnresolvedMention1">
    <w:name w:val="Unresolved Mention1"/>
    <w:basedOn w:val="DefaultParagraphFont"/>
    <w:uiPriority w:val="99"/>
    <w:semiHidden/>
    <w:unhideWhenUsed/>
    <w:rsid w:val="00655331"/>
    <w:rPr>
      <w:color w:val="605E5C"/>
      <w:shd w:val="clear" w:color="auto" w:fill="E1DFDD"/>
    </w:rPr>
  </w:style>
  <w:style w:type="character" w:styleId="CommentReference">
    <w:name w:val="annotation reference"/>
    <w:basedOn w:val="DefaultParagraphFont"/>
    <w:uiPriority w:val="99"/>
    <w:semiHidden/>
    <w:unhideWhenUsed/>
    <w:rsid w:val="00CD3324"/>
    <w:rPr>
      <w:sz w:val="16"/>
      <w:szCs w:val="16"/>
    </w:rPr>
  </w:style>
  <w:style w:type="paragraph" w:styleId="CommentText">
    <w:name w:val="annotation text"/>
    <w:basedOn w:val="Normal"/>
    <w:link w:val="CommentTextChar"/>
    <w:uiPriority w:val="99"/>
    <w:unhideWhenUsed/>
    <w:rsid w:val="00CD3324"/>
    <w:pPr>
      <w:spacing w:line="240" w:lineRule="auto"/>
    </w:pPr>
    <w:rPr>
      <w:sz w:val="20"/>
      <w:szCs w:val="20"/>
    </w:rPr>
  </w:style>
  <w:style w:type="character" w:customStyle="1" w:styleId="CommentTextChar">
    <w:name w:val="Comment Text Char"/>
    <w:basedOn w:val="DefaultParagraphFont"/>
    <w:link w:val="CommentText"/>
    <w:uiPriority w:val="99"/>
    <w:rsid w:val="00CD3324"/>
    <w:rPr>
      <w:sz w:val="20"/>
      <w:szCs w:val="20"/>
    </w:rPr>
  </w:style>
  <w:style w:type="paragraph" w:styleId="CommentSubject">
    <w:name w:val="annotation subject"/>
    <w:basedOn w:val="CommentText"/>
    <w:next w:val="CommentText"/>
    <w:link w:val="CommentSubjectChar"/>
    <w:uiPriority w:val="99"/>
    <w:semiHidden/>
    <w:unhideWhenUsed/>
    <w:rsid w:val="00CD3324"/>
    <w:rPr>
      <w:b/>
      <w:bCs/>
    </w:rPr>
  </w:style>
  <w:style w:type="character" w:customStyle="1" w:styleId="CommentSubjectChar">
    <w:name w:val="Comment Subject Char"/>
    <w:basedOn w:val="CommentTextChar"/>
    <w:link w:val="CommentSubject"/>
    <w:uiPriority w:val="99"/>
    <w:semiHidden/>
    <w:rsid w:val="00CD3324"/>
    <w:rPr>
      <w:b/>
      <w:bCs/>
      <w:sz w:val="20"/>
      <w:szCs w:val="20"/>
    </w:rPr>
  </w:style>
  <w:style w:type="paragraph" w:styleId="TOC1">
    <w:name w:val="toc 1"/>
    <w:basedOn w:val="Normal"/>
    <w:next w:val="Normal"/>
    <w:autoRedefine/>
    <w:uiPriority w:val="39"/>
    <w:unhideWhenUsed/>
    <w:rsid w:val="00940FDE"/>
    <w:pPr>
      <w:pBdr>
        <w:between w:val="double" w:sz="6" w:space="0" w:color="auto"/>
      </w:pBdr>
      <w:spacing w:before="120" w:after="120"/>
      <w:jc w:val="center"/>
    </w:pPr>
    <w:rPr>
      <w:rFonts w:cs="Times New Roman"/>
      <w:b/>
      <w:bCs/>
      <w:i/>
      <w:iCs/>
      <w:sz w:val="24"/>
      <w:szCs w:val="28"/>
    </w:rPr>
  </w:style>
  <w:style w:type="paragraph" w:styleId="TOC2">
    <w:name w:val="toc 2"/>
    <w:basedOn w:val="Normal"/>
    <w:next w:val="Normal"/>
    <w:autoRedefine/>
    <w:uiPriority w:val="39"/>
    <w:unhideWhenUsed/>
    <w:rsid w:val="00A631E7"/>
    <w:pPr>
      <w:pBdr>
        <w:between w:val="double" w:sz="6" w:space="0" w:color="auto"/>
      </w:pBdr>
      <w:tabs>
        <w:tab w:val="right" w:leader="dot" w:pos="8630"/>
      </w:tabs>
      <w:spacing w:before="120" w:after="120"/>
      <w:jc w:val="center"/>
    </w:pPr>
    <w:rPr>
      <w:rFonts w:ascii="DiodrumArabic-Regular" w:hAnsi="DiodrumArabic-Regular" w:cs="DiodrumArabic-Regular"/>
      <w:noProof/>
      <w:sz w:val="16"/>
      <w:szCs w:val="16"/>
    </w:rPr>
  </w:style>
  <w:style w:type="paragraph" w:styleId="TOC3">
    <w:name w:val="toc 3"/>
    <w:basedOn w:val="Normal"/>
    <w:next w:val="Normal"/>
    <w:autoRedefine/>
    <w:uiPriority w:val="39"/>
    <w:unhideWhenUsed/>
    <w:rsid w:val="00083043"/>
    <w:pPr>
      <w:pBdr>
        <w:between w:val="double" w:sz="6" w:space="0" w:color="auto"/>
      </w:pBdr>
      <w:spacing w:before="120" w:after="120"/>
      <w:ind w:left="220"/>
      <w:jc w:val="center"/>
    </w:pPr>
    <w:rPr>
      <w:rFonts w:cs="Times New Roman"/>
      <w:sz w:val="20"/>
      <w:szCs w:val="24"/>
    </w:rPr>
  </w:style>
  <w:style w:type="character" w:styleId="FollowedHyperlink">
    <w:name w:val="FollowedHyperlink"/>
    <w:basedOn w:val="DefaultParagraphFont"/>
    <w:uiPriority w:val="99"/>
    <w:semiHidden/>
    <w:unhideWhenUsed/>
    <w:rsid w:val="00BC70F0"/>
    <w:rPr>
      <w:color w:val="800080" w:themeColor="followedHyperlink"/>
      <w:u w:val="single"/>
    </w:rPr>
  </w:style>
  <w:style w:type="paragraph" w:styleId="TOC4">
    <w:name w:val="toc 4"/>
    <w:basedOn w:val="Normal"/>
    <w:next w:val="Normal"/>
    <w:autoRedefine/>
    <w:uiPriority w:val="39"/>
    <w:semiHidden/>
    <w:unhideWhenUsed/>
    <w:rsid w:val="00083043"/>
    <w:pPr>
      <w:pBdr>
        <w:between w:val="double" w:sz="6" w:space="0" w:color="auto"/>
      </w:pBdr>
      <w:spacing w:before="120" w:after="120"/>
      <w:ind w:left="440"/>
      <w:jc w:val="center"/>
    </w:pPr>
    <w:rPr>
      <w:rFonts w:cs="Times New Roman"/>
      <w:sz w:val="20"/>
      <w:szCs w:val="24"/>
    </w:rPr>
  </w:style>
  <w:style w:type="paragraph" w:styleId="TOC5">
    <w:name w:val="toc 5"/>
    <w:basedOn w:val="Normal"/>
    <w:next w:val="Normal"/>
    <w:autoRedefine/>
    <w:uiPriority w:val="39"/>
    <w:semiHidden/>
    <w:unhideWhenUsed/>
    <w:rsid w:val="00083043"/>
    <w:pPr>
      <w:pBdr>
        <w:between w:val="double" w:sz="6" w:space="0" w:color="auto"/>
      </w:pBdr>
      <w:spacing w:before="120" w:after="120"/>
      <w:ind w:left="660"/>
      <w:jc w:val="center"/>
    </w:pPr>
    <w:rPr>
      <w:rFonts w:cs="Times New Roman"/>
      <w:sz w:val="20"/>
      <w:szCs w:val="24"/>
    </w:rPr>
  </w:style>
  <w:style w:type="paragraph" w:styleId="TOC6">
    <w:name w:val="toc 6"/>
    <w:basedOn w:val="Normal"/>
    <w:next w:val="Normal"/>
    <w:autoRedefine/>
    <w:uiPriority w:val="39"/>
    <w:semiHidden/>
    <w:unhideWhenUsed/>
    <w:rsid w:val="00083043"/>
    <w:pPr>
      <w:pBdr>
        <w:between w:val="double" w:sz="6" w:space="0" w:color="auto"/>
      </w:pBdr>
      <w:spacing w:before="120" w:after="120"/>
      <w:ind w:left="880"/>
      <w:jc w:val="center"/>
    </w:pPr>
    <w:rPr>
      <w:rFonts w:cs="Times New Roman"/>
      <w:sz w:val="20"/>
      <w:szCs w:val="24"/>
    </w:rPr>
  </w:style>
  <w:style w:type="paragraph" w:styleId="TOC7">
    <w:name w:val="toc 7"/>
    <w:basedOn w:val="Normal"/>
    <w:next w:val="Normal"/>
    <w:autoRedefine/>
    <w:uiPriority w:val="39"/>
    <w:semiHidden/>
    <w:unhideWhenUsed/>
    <w:rsid w:val="00083043"/>
    <w:pPr>
      <w:pBdr>
        <w:between w:val="double" w:sz="6" w:space="0" w:color="auto"/>
      </w:pBdr>
      <w:spacing w:before="120" w:after="120"/>
      <w:ind w:left="1100"/>
      <w:jc w:val="center"/>
    </w:pPr>
    <w:rPr>
      <w:rFonts w:cs="Times New Roman"/>
      <w:sz w:val="20"/>
      <w:szCs w:val="24"/>
    </w:rPr>
  </w:style>
  <w:style w:type="paragraph" w:styleId="TOC8">
    <w:name w:val="toc 8"/>
    <w:basedOn w:val="Normal"/>
    <w:next w:val="Normal"/>
    <w:autoRedefine/>
    <w:uiPriority w:val="39"/>
    <w:semiHidden/>
    <w:unhideWhenUsed/>
    <w:rsid w:val="00083043"/>
    <w:pPr>
      <w:pBdr>
        <w:between w:val="double" w:sz="6" w:space="0" w:color="auto"/>
      </w:pBdr>
      <w:spacing w:before="120" w:after="120"/>
      <w:ind w:left="1320"/>
      <w:jc w:val="center"/>
    </w:pPr>
    <w:rPr>
      <w:rFonts w:cs="Times New Roman"/>
      <w:sz w:val="20"/>
      <w:szCs w:val="24"/>
    </w:rPr>
  </w:style>
  <w:style w:type="paragraph" w:styleId="TOC9">
    <w:name w:val="toc 9"/>
    <w:basedOn w:val="Normal"/>
    <w:next w:val="Normal"/>
    <w:autoRedefine/>
    <w:uiPriority w:val="39"/>
    <w:semiHidden/>
    <w:unhideWhenUsed/>
    <w:rsid w:val="00083043"/>
    <w:pPr>
      <w:pBdr>
        <w:between w:val="double" w:sz="6" w:space="0" w:color="auto"/>
      </w:pBdr>
      <w:spacing w:before="120" w:after="120"/>
      <w:ind w:left="1540"/>
      <w:jc w:val="center"/>
    </w:pPr>
    <w:rPr>
      <w:rFonts w:cs="Times New Roman"/>
      <w:sz w:val="20"/>
      <w:szCs w:val="24"/>
    </w:rPr>
  </w:style>
  <w:style w:type="character" w:styleId="UnresolvedMention">
    <w:name w:val="Unresolved Mention"/>
    <w:basedOn w:val="DefaultParagraphFont"/>
    <w:uiPriority w:val="99"/>
    <w:semiHidden/>
    <w:unhideWhenUsed/>
    <w:rsid w:val="00F11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11377">
      <w:bodyDiv w:val="1"/>
      <w:marLeft w:val="0"/>
      <w:marRight w:val="0"/>
      <w:marTop w:val="0"/>
      <w:marBottom w:val="0"/>
      <w:divBdr>
        <w:top w:val="none" w:sz="0" w:space="0" w:color="auto"/>
        <w:left w:val="none" w:sz="0" w:space="0" w:color="auto"/>
        <w:bottom w:val="none" w:sz="0" w:space="0" w:color="auto"/>
        <w:right w:val="none" w:sz="0" w:space="0" w:color="auto"/>
      </w:divBdr>
    </w:div>
    <w:div w:id="116917528">
      <w:bodyDiv w:val="1"/>
      <w:marLeft w:val="0"/>
      <w:marRight w:val="0"/>
      <w:marTop w:val="0"/>
      <w:marBottom w:val="0"/>
      <w:divBdr>
        <w:top w:val="none" w:sz="0" w:space="0" w:color="auto"/>
        <w:left w:val="none" w:sz="0" w:space="0" w:color="auto"/>
        <w:bottom w:val="none" w:sz="0" w:space="0" w:color="auto"/>
        <w:right w:val="none" w:sz="0" w:space="0" w:color="auto"/>
      </w:divBdr>
    </w:div>
    <w:div w:id="284895370">
      <w:bodyDiv w:val="1"/>
      <w:marLeft w:val="0"/>
      <w:marRight w:val="0"/>
      <w:marTop w:val="0"/>
      <w:marBottom w:val="0"/>
      <w:divBdr>
        <w:top w:val="none" w:sz="0" w:space="0" w:color="auto"/>
        <w:left w:val="none" w:sz="0" w:space="0" w:color="auto"/>
        <w:bottom w:val="none" w:sz="0" w:space="0" w:color="auto"/>
        <w:right w:val="none" w:sz="0" w:space="0" w:color="auto"/>
      </w:divBdr>
    </w:div>
    <w:div w:id="287011367">
      <w:bodyDiv w:val="1"/>
      <w:marLeft w:val="0"/>
      <w:marRight w:val="0"/>
      <w:marTop w:val="0"/>
      <w:marBottom w:val="0"/>
      <w:divBdr>
        <w:top w:val="none" w:sz="0" w:space="0" w:color="auto"/>
        <w:left w:val="none" w:sz="0" w:space="0" w:color="auto"/>
        <w:bottom w:val="none" w:sz="0" w:space="0" w:color="auto"/>
        <w:right w:val="none" w:sz="0" w:space="0" w:color="auto"/>
      </w:divBdr>
    </w:div>
    <w:div w:id="304703646">
      <w:bodyDiv w:val="1"/>
      <w:marLeft w:val="0"/>
      <w:marRight w:val="0"/>
      <w:marTop w:val="0"/>
      <w:marBottom w:val="0"/>
      <w:divBdr>
        <w:top w:val="none" w:sz="0" w:space="0" w:color="auto"/>
        <w:left w:val="none" w:sz="0" w:space="0" w:color="auto"/>
        <w:bottom w:val="none" w:sz="0" w:space="0" w:color="auto"/>
        <w:right w:val="none" w:sz="0" w:space="0" w:color="auto"/>
      </w:divBdr>
    </w:div>
    <w:div w:id="319583615">
      <w:bodyDiv w:val="1"/>
      <w:marLeft w:val="0"/>
      <w:marRight w:val="0"/>
      <w:marTop w:val="0"/>
      <w:marBottom w:val="0"/>
      <w:divBdr>
        <w:top w:val="none" w:sz="0" w:space="0" w:color="auto"/>
        <w:left w:val="none" w:sz="0" w:space="0" w:color="auto"/>
        <w:bottom w:val="none" w:sz="0" w:space="0" w:color="auto"/>
        <w:right w:val="none" w:sz="0" w:space="0" w:color="auto"/>
      </w:divBdr>
    </w:div>
    <w:div w:id="787044430">
      <w:bodyDiv w:val="1"/>
      <w:marLeft w:val="0"/>
      <w:marRight w:val="0"/>
      <w:marTop w:val="0"/>
      <w:marBottom w:val="0"/>
      <w:divBdr>
        <w:top w:val="none" w:sz="0" w:space="0" w:color="auto"/>
        <w:left w:val="none" w:sz="0" w:space="0" w:color="auto"/>
        <w:bottom w:val="none" w:sz="0" w:space="0" w:color="auto"/>
        <w:right w:val="none" w:sz="0" w:space="0" w:color="auto"/>
      </w:divBdr>
    </w:div>
    <w:div w:id="865757218">
      <w:bodyDiv w:val="1"/>
      <w:marLeft w:val="0"/>
      <w:marRight w:val="0"/>
      <w:marTop w:val="0"/>
      <w:marBottom w:val="0"/>
      <w:divBdr>
        <w:top w:val="none" w:sz="0" w:space="0" w:color="auto"/>
        <w:left w:val="none" w:sz="0" w:space="0" w:color="auto"/>
        <w:bottom w:val="none" w:sz="0" w:space="0" w:color="auto"/>
        <w:right w:val="none" w:sz="0" w:space="0" w:color="auto"/>
      </w:divBdr>
    </w:div>
    <w:div w:id="963972888">
      <w:bodyDiv w:val="1"/>
      <w:marLeft w:val="0"/>
      <w:marRight w:val="0"/>
      <w:marTop w:val="0"/>
      <w:marBottom w:val="0"/>
      <w:divBdr>
        <w:top w:val="none" w:sz="0" w:space="0" w:color="auto"/>
        <w:left w:val="none" w:sz="0" w:space="0" w:color="auto"/>
        <w:bottom w:val="none" w:sz="0" w:space="0" w:color="auto"/>
        <w:right w:val="none" w:sz="0" w:space="0" w:color="auto"/>
      </w:divBdr>
    </w:div>
    <w:div w:id="1290866217">
      <w:bodyDiv w:val="1"/>
      <w:marLeft w:val="0"/>
      <w:marRight w:val="0"/>
      <w:marTop w:val="0"/>
      <w:marBottom w:val="0"/>
      <w:divBdr>
        <w:top w:val="none" w:sz="0" w:space="0" w:color="auto"/>
        <w:left w:val="none" w:sz="0" w:space="0" w:color="auto"/>
        <w:bottom w:val="none" w:sz="0" w:space="0" w:color="auto"/>
        <w:right w:val="none" w:sz="0" w:space="0" w:color="auto"/>
      </w:divBdr>
    </w:div>
    <w:div w:id="1434131150">
      <w:bodyDiv w:val="1"/>
      <w:marLeft w:val="0"/>
      <w:marRight w:val="0"/>
      <w:marTop w:val="0"/>
      <w:marBottom w:val="0"/>
      <w:divBdr>
        <w:top w:val="none" w:sz="0" w:space="0" w:color="auto"/>
        <w:left w:val="none" w:sz="0" w:space="0" w:color="auto"/>
        <w:bottom w:val="none" w:sz="0" w:space="0" w:color="auto"/>
        <w:right w:val="none" w:sz="0" w:space="0" w:color="auto"/>
      </w:divBdr>
    </w:div>
    <w:div w:id="1442148426">
      <w:bodyDiv w:val="1"/>
      <w:marLeft w:val="0"/>
      <w:marRight w:val="0"/>
      <w:marTop w:val="0"/>
      <w:marBottom w:val="0"/>
      <w:divBdr>
        <w:top w:val="none" w:sz="0" w:space="0" w:color="auto"/>
        <w:left w:val="none" w:sz="0" w:space="0" w:color="auto"/>
        <w:bottom w:val="none" w:sz="0" w:space="0" w:color="auto"/>
        <w:right w:val="none" w:sz="0" w:space="0" w:color="auto"/>
      </w:divBdr>
    </w:div>
    <w:div w:id="1819957983">
      <w:bodyDiv w:val="1"/>
      <w:marLeft w:val="0"/>
      <w:marRight w:val="0"/>
      <w:marTop w:val="0"/>
      <w:marBottom w:val="0"/>
      <w:divBdr>
        <w:top w:val="none" w:sz="0" w:space="0" w:color="auto"/>
        <w:left w:val="none" w:sz="0" w:space="0" w:color="auto"/>
        <w:bottom w:val="none" w:sz="0" w:space="0" w:color="auto"/>
        <w:right w:val="none" w:sz="0" w:space="0" w:color="auto"/>
      </w:divBdr>
    </w:div>
    <w:div w:id="1854218729">
      <w:bodyDiv w:val="1"/>
      <w:marLeft w:val="0"/>
      <w:marRight w:val="0"/>
      <w:marTop w:val="0"/>
      <w:marBottom w:val="0"/>
      <w:divBdr>
        <w:top w:val="none" w:sz="0" w:space="0" w:color="auto"/>
        <w:left w:val="none" w:sz="0" w:space="0" w:color="auto"/>
        <w:bottom w:val="none" w:sz="0" w:space="0" w:color="auto"/>
        <w:right w:val="none" w:sz="0" w:space="0" w:color="auto"/>
      </w:divBdr>
    </w:div>
    <w:div w:id="2124686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ga.gov.sa/ar/studies/researche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survey.dga.gov.sa/survey/start/8cd065bf-2633-4476-a3fe-51a300a74b84"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FE147-F6A5-4A2C-A4D8-8A261B4A5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32</Pages>
  <Words>5782</Words>
  <Characters>32962</Characters>
  <Application>Microsoft Office Word</Application>
  <DocSecurity>8</DocSecurity>
  <Lines>274</Lines>
  <Paragraphs>77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Document converted from ar.pptx</vt:lpstr>
      <vt:lpstr>Document converted from ar.pptx</vt:lpstr>
    </vt:vector>
  </TitlesOfParts>
  <Manager/>
  <Company/>
  <LinksUpToDate>false</LinksUpToDate>
  <CharactersWithSpaces>38667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converted from ar.pptx</dc:title>
  <dc:subject>Presentation converted to accessible document format</dc:subject>
  <dc:creator>PPTX to DOCX Converter</dc:creator>
  <cp:keywords/>
  <dc:description>generated by python-docx</dc:description>
  <cp:lastModifiedBy>Ayoub Alsaawi</cp:lastModifiedBy>
  <cp:revision>29</cp:revision>
  <dcterms:created xsi:type="dcterms:W3CDTF">2025-08-11T10:02:00Z</dcterms:created>
  <dcterms:modified xsi:type="dcterms:W3CDTF">2025-08-12T10:56:00Z</dcterms:modified>
  <cp:category/>
</cp:coreProperties>
</file>